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32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14132B" w:rsidRPr="0014132B" w:rsidTr="0014132B">
        <w:tc>
          <w:tcPr>
            <w:tcW w:w="4428" w:type="dxa"/>
          </w:tcPr>
          <w:p w:rsidR="0014132B" w:rsidRPr="0014132B" w:rsidRDefault="0014132B" w:rsidP="001413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:rsidR="0014132B" w:rsidRPr="0014132B" w:rsidRDefault="0014132B" w:rsidP="0014132B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4132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CHI BỘ: ……………………………</w:t>
            </w:r>
          </w:p>
          <w:p w:rsidR="0014132B" w:rsidRPr="0014132B" w:rsidRDefault="0014132B" w:rsidP="001413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4132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Số: ……/BB-CB</w:t>
            </w:r>
          </w:p>
          <w:p w:rsidR="0014132B" w:rsidRPr="0014132B" w:rsidRDefault="0014132B" w:rsidP="0014132B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428" w:type="dxa"/>
          </w:tcPr>
          <w:p w:rsidR="0014132B" w:rsidRPr="0014132B" w:rsidRDefault="0014132B" w:rsidP="0014132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4132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ĐẢNG CỘNG SẢN VIỆT NAM</w:t>
            </w:r>
          </w:p>
          <w:p w:rsidR="0014132B" w:rsidRPr="0014132B" w:rsidRDefault="0014132B" w:rsidP="0014132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4720DB" w:rsidRPr="0014132B" w:rsidRDefault="0014132B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BIÊN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P SINH HO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CHI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K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Ỳ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THÁNG …… NĂM ……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 gian: …… gi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……, ngày …… tháng …… năm ……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m: ………………………………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Thành ph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tham d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: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viên trong chi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: ……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chí.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- Có m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t: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chí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-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m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t: ……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chí (lý do: ………………………)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trì cu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p: Đ/c …………………… – Bí thư Chi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Thư ký: Đ/c ……………………</w:t>
      </w:r>
    </w:p>
    <w:p w:rsidR="004720DB" w:rsidRPr="0014132B" w:rsidRDefault="0014132B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4132B">
        <w:rPr>
          <w:rFonts w:ascii="Times New Roman" w:hAnsi="Times New Roman" w:cs="Times New Roman"/>
          <w:color w:val="000000" w:themeColor="text1"/>
        </w:rPr>
        <w:t>N</w:t>
      </w:r>
      <w:r w:rsidRPr="0014132B">
        <w:rPr>
          <w:rFonts w:ascii="Times New Roman" w:hAnsi="Times New Roman" w:cs="Times New Roman"/>
          <w:color w:val="000000" w:themeColor="text1"/>
        </w:rPr>
        <w:t>Ộ</w:t>
      </w:r>
      <w:r w:rsidRPr="0014132B">
        <w:rPr>
          <w:rFonts w:ascii="Times New Roman" w:hAnsi="Times New Roman" w:cs="Times New Roman"/>
          <w:color w:val="000000" w:themeColor="text1"/>
        </w:rPr>
        <w:t>I DUNG CU</w:t>
      </w:r>
      <w:r w:rsidRPr="0014132B">
        <w:rPr>
          <w:rFonts w:ascii="Times New Roman" w:hAnsi="Times New Roman" w:cs="Times New Roman"/>
          <w:color w:val="000000" w:themeColor="text1"/>
        </w:rPr>
        <w:t>Ộ</w:t>
      </w:r>
      <w:r w:rsidRPr="0014132B">
        <w:rPr>
          <w:rFonts w:ascii="Times New Roman" w:hAnsi="Times New Roman" w:cs="Times New Roman"/>
          <w:color w:val="000000" w:themeColor="text1"/>
        </w:rPr>
        <w:t>C H</w:t>
      </w:r>
      <w:r w:rsidRPr="0014132B">
        <w:rPr>
          <w:rFonts w:ascii="Times New Roman" w:hAnsi="Times New Roman" w:cs="Times New Roman"/>
          <w:color w:val="000000" w:themeColor="text1"/>
        </w:rPr>
        <w:t>Ọ</w:t>
      </w:r>
      <w:r w:rsidRPr="0014132B">
        <w:rPr>
          <w:rFonts w:ascii="Times New Roman" w:hAnsi="Times New Roman" w:cs="Times New Roman"/>
          <w:color w:val="000000" w:themeColor="text1"/>
        </w:rPr>
        <w:t>P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1. Đánh giá tình hình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chính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trong tháng qua: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Tình hình tư tư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ng, chính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 viên 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và qu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chúng.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K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chính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công tác chuyên môn, đoàn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Công tác xây d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ng: tư tư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ng,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c, ki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tra, giám sát.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Nh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m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khó khăn, nguyên nhân và bi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pháp kh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ph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2. Phương hư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ng,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tâm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áng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i: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Các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chính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chuyên môn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tâm.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Công tác giáo d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chính tr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tư tư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Công tác phát tri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và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 dư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ỡ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qu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chúng ưu tú.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Ho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các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đoàn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trong đơn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3. Sinh ho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tư tư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ng, 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p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ngh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quy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m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i: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(Chi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quán tri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t,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o lu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n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 dung ch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ngh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quy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m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p trên – ghi rõ tên văn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n.)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4. Ý ki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đóng góp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viên: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(Ghi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ý ki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phát bi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các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ng viên, n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u có.)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5. K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lu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a Bí thư Chi b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bookmarkStart w:id="0" w:name="_GoBack"/>
      <w:bookmarkEnd w:id="0"/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Đánh giá chung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k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n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• Đ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ra nhi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, gi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 pháp c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tháng t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i.</w:t>
      </w:r>
    </w:p>
    <w:p w:rsidR="004720DB" w:rsidRPr="0014132B" w:rsidRDefault="0014132B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Cu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c h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p k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t thúc lúc: …… gi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413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……, ngày …… tháng …… năm ……</w:t>
      </w:r>
    </w:p>
    <w:p w:rsidR="004720DB" w:rsidRPr="0014132B" w:rsidRDefault="0014132B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THƯ KÝ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  <w:t>CH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TRÌ CU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H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</w:t>
      </w:r>
    </w:p>
    <w:p w:rsidR="004720DB" w:rsidRPr="0014132B" w:rsidRDefault="0014132B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  <w:t>(Bí thư Chi b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– Ký, ghi rõ h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4132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</w:p>
    <w:sectPr w:rsidR="004720DB" w:rsidRPr="001413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132B"/>
    <w:rsid w:val="0015074B"/>
    <w:rsid w:val="0029639D"/>
    <w:rsid w:val="00326F90"/>
    <w:rsid w:val="004720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85584C1-2EC2-46ED-B434-5ABA3B55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781A4A-504B-4A3A-BD40-A2239022B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2025-11-03T01:40:00Z</dcterms:created>
  <dcterms:modified xsi:type="dcterms:W3CDTF">2025-11-03T01:40:00Z</dcterms:modified>
  <cp:category/>
</cp:coreProperties>
</file>