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E4F" w:rsidRPr="00F94E4F" w:rsidRDefault="00F94E4F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F94E4F">
        <w:rPr>
          <w:rFonts w:ascii="Times New Roman" w:hAnsi="Times New Roman" w:cs="Times New Roman"/>
          <w:color w:val="auto"/>
          <w:sz w:val="24"/>
          <w:szCs w:val="24"/>
        </w:rPr>
        <w:t>CÔNG TY……….</w:t>
      </w:r>
    </w:p>
    <w:p w:rsidR="008F0D75" w:rsidRPr="00F94E4F" w:rsidRDefault="00F94E4F" w:rsidP="00F94E4F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94E4F">
        <w:rPr>
          <w:rFonts w:ascii="Times New Roman" w:hAnsi="Times New Roman" w:cs="Times New Roman"/>
          <w:color w:val="auto"/>
          <w:sz w:val="24"/>
          <w:szCs w:val="24"/>
        </w:rPr>
        <w:t>THÔNG BÁO</w:t>
      </w:r>
    </w:p>
    <w:p w:rsidR="008F0D75" w:rsidRDefault="00F94E4F" w:rsidP="00F94E4F">
      <w:pPr>
        <w:pStyle w:val="Heading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94E4F">
        <w:rPr>
          <w:rFonts w:ascii="Times New Roman" w:hAnsi="Times New Roman" w:cs="Times New Roman"/>
          <w:color w:val="auto"/>
          <w:sz w:val="24"/>
          <w:szCs w:val="24"/>
        </w:rPr>
        <w:t>L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ị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ch khám s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ứ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c kh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ỏ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e đ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ị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nh k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ỳ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 xml:space="preserve"> cho nhân viên công ty</w:t>
      </w:r>
    </w:p>
    <w:p w:rsidR="00F94E4F" w:rsidRPr="00F94E4F" w:rsidRDefault="00F94E4F" w:rsidP="00F94E4F"/>
    <w:p w:rsidR="008F0D75" w:rsidRPr="00F94E4F" w:rsidRDefault="00F94E4F">
      <w:pPr>
        <w:rPr>
          <w:rFonts w:ascii="Times New Roman" w:hAnsi="Times New Roman" w:cs="Times New Roman"/>
          <w:sz w:val="24"/>
          <w:szCs w:val="24"/>
        </w:rPr>
      </w:pPr>
      <w:r w:rsidRPr="00F94E4F">
        <w:rPr>
          <w:rFonts w:ascii="Times New Roman" w:hAnsi="Times New Roman" w:cs="Times New Roman"/>
          <w:sz w:val="24"/>
          <w:szCs w:val="24"/>
        </w:rPr>
        <w:t>Kính g</w:t>
      </w:r>
      <w:r w:rsidRPr="00F94E4F">
        <w:rPr>
          <w:rFonts w:ascii="Times New Roman" w:hAnsi="Times New Roman" w:cs="Times New Roman"/>
          <w:sz w:val="24"/>
          <w:szCs w:val="24"/>
        </w:rPr>
        <w:t>ử</w:t>
      </w:r>
      <w:r w:rsidRPr="00F94E4F">
        <w:rPr>
          <w:rFonts w:ascii="Times New Roman" w:hAnsi="Times New Roman" w:cs="Times New Roman"/>
          <w:sz w:val="24"/>
          <w:szCs w:val="24"/>
        </w:rPr>
        <w:t>i: Toàn th</w:t>
      </w:r>
      <w:r w:rsidRPr="00F94E4F">
        <w:rPr>
          <w:rFonts w:ascii="Times New Roman" w:hAnsi="Times New Roman" w:cs="Times New Roman"/>
          <w:sz w:val="24"/>
          <w:szCs w:val="24"/>
        </w:rPr>
        <w:t>ể</w:t>
      </w:r>
      <w:r w:rsidRPr="00F94E4F">
        <w:rPr>
          <w:rFonts w:ascii="Times New Roman" w:hAnsi="Times New Roman" w:cs="Times New Roman"/>
          <w:sz w:val="24"/>
          <w:szCs w:val="24"/>
        </w:rPr>
        <w:t xml:space="preserve"> nhân viên công ty</w:t>
      </w:r>
    </w:p>
    <w:p w:rsidR="008F0D75" w:rsidRPr="00F94E4F" w:rsidRDefault="00F94E4F">
      <w:pPr>
        <w:rPr>
          <w:rFonts w:ascii="Times New Roman" w:hAnsi="Times New Roman" w:cs="Times New Roman"/>
          <w:sz w:val="24"/>
          <w:szCs w:val="24"/>
        </w:rPr>
      </w:pPr>
      <w:r w:rsidRPr="00F94E4F">
        <w:rPr>
          <w:rFonts w:ascii="Times New Roman" w:hAnsi="Times New Roman" w:cs="Times New Roman"/>
          <w:sz w:val="24"/>
          <w:szCs w:val="24"/>
        </w:rPr>
        <w:t>Căn c</w:t>
      </w:r>
      <w:r w:rsidRPr="00F94E4F">
        <w:rPr>
          <w:rFonts w:ascii="Times New Roman" w:hAnsi="Times New Roman" w:cs="Times New Roman"/>
          <w:sz w:val="24"/>
          <w:szCs w:val="24"/>
        </w:rPr>
        <w:t>ứ</w:t>
      </w:r>
      <w:r w:rsidRPr="00F94E4F">
        <w:rPr>
          <w:rFonts w:ascii="Times New Roman" w:hAnsi="Times New Roman" w:cs="Times New Roman"/>
          <w:sz w:val="24"/>
          <w:szCs w:val="24"/>
        </w:rPr>
        <w:t xml:space="preserve"> vào k</w:t>
      </w:r>
      <w:r w:rsidRPr="00F94E4F">
        <w:rPr>
          <w:rFonts w:ascii="Times New Roman" w:hAnsi="Times New Roman" w:cs="Times New Roman"/>
          <w:sz w:val="24"/>
          <w:szCs w:val="24"/>
        </w:rPr>
        <w:t>ế</w:t>
      </w:r>
      <w:r w:rsidRPr="00F94E4F">
        <w:rPr>
          <w:rFonts w:ascii="Times New Roman" w:hAnsi="Times New Roman" w:cs="Times New Roman"/>
          <w:sz w:val="24"/>
          <w:szCs w:val="24"/>
        </w:rPr>
        <w:t xml:space="preserve"> ho</w:t>
      </w:r>
      <w:r w:rsidRPr="00F94E4F">
        <w:rPr>
          <w:rFonts w:ascii="Times New Roman" w:hAnsi="Times New Roman" w:cs="Times New Roman"/>
          <w:sz w:val="24"/>
          <w:szCs w:val="24"/>
        </w:rPr>
        <w:t>ạ</w:t>
      </w:r>
      <w:r w:rsidRPr="00F94E4F">
        <w:rPr>
          <w:rFonts w:ascii="Times New Roman" w:hAnsi="Times New Roman" w:cs="Times New Roman"/>
          <w:sz w:val="24"/>
          <w:szCs w:val="24"/>
        </w:rPr>
        <w:t>ch chăm sóc s</w:t>
      </w:r>
      <w:r w:rsidRPr="00F94E4F">
        <w:rPr>
          <w:rFonts w:ascii="Times New Roman" w:hAnsi="Times New Roman" w:cs="Times New Roman"/>
          <w:sz w:val="24"/>
          <w:szCs w:val="24"/>
        </w:rPr>
        <w:t>ứ</w:t>
      </w:r>
      <w:r w:rsidRPr="00F94E4F">
        <w:rPr>
          <w:rFonts w:ascii="Times New Roman" w:hAnsi="Times New Roman" w:cs="Times New Roman"/>
          <w:sz w:val="24"/>
          <w:szCs w:val="24"/>
        </w:rPr>
        <w:t>c kh</w:t>
      </w:r>
      <w:r w:rsidRPr="00F94E4F">
        <w:rPr>
          <w:rFonts w:ascii="Times New Roman" w:hAnsi="Times New Roman" w:cs="Times New Roman"/>
          <w:sz w:val="24"/>
          <w:szCs w:val="24"/>
        </w:rPr>
        <w:t>ỏ</w:t>
      </w:r>
      <w:r w:rsidRPr="00F94E4F">
        <w:rPr>
          <w:rFonts w:ascii="Times New Roman" w:hAnsi="Times New Roman" w:cs="Times New Roman"/>
          <w:sz w:val="24"/>
          <w:szCs w:val="24"/>
        </w:rPr>
        <w:t>e đ</w:t>
      </w:r>
      <w:r w:rsidRPr="00F94E4F">
        <w:rPr>
          <w:rFonts w:ascii="Times New Roman" w:hAnsi="Times New Roman" w:cs="Times New Roman"/>
          <w:sz w:val="24"/>
          <w:szCs w:val="24"/>
        </w:rPr>
        <w:t>ị</w:t>
      </w:r>
      <w:r w:rsidRPr="00F94E4F">
        <w:rPr>
          <w:rFonts w:ascii="Times New Roman" w:hAnsi="Times New Roman" w:cs="Times New Roman"/>
          <w:sz w:val="24"/>
          <w:szCs w:val="24"/>
        </w:rPr>
        <w:t>nh k</w:t>
      </w:r>
      <w:r w:rsidRPr="00F94E4F">
        <w:rPr>
          <w:rFonts w:ascii="Times New Roman" w:hAnsi="Times New Roman" w:cs="Times New Roman"/>
          <w:sz w:val="24"/>
          <w:szCs w:val="24"/>
        </w:rPr>
        <w:t>ỳ</w:t>
      </w:r>
      <w:r w:rsidRPr="00F94E4F">
        <w:rPr>
          <w:rFonts w:ascii="Times New Roman" w:hAnsi="Times New Roman" w:cs="Times New Roman"/>
          <w:sz w:val="24"/>
          <w:szCs w:val="24"/>
        </w:rPr>
        <w:t xml:space="preserve"> năm …… c</w:t>
      </w:r>
      <w:r w:rsidRPr="00F94E4F">
        <w:rPr>
          <w:rFonts w:ascii="Times New Roman" w:hAnsi="Times New Roman" w:cs="Times New Roman"/>
          <w:sz w:val="24"/>
          <w:szCs w:val="24"/>
        </w:rPr>
        <w:t>ủ</w:t>
      </w:r>
      <w:r w:rsidRPr="00F94E4F">
        <w:rPr>
          <w:rFonts w:ascii="Times New Roman" w:hAnsi="Times New Roman" w:cs="Times New Roman"/>
          <w:sz w:val="24"/>
          <w:szCs w:val="24"/>
        </w:rPr>
        <w:t>a Công ty, Ban lãnh đ</w:t>
      </w:r>
      <w:r w:rsidRPr="00F94E4F">
        <w:rPr>
          <w:rFonts w:ascii="Times New Roman" w:hAnsi="Times New Roman" w:cs="Times New Roman"/>
          <w:sz w:val="24"/>
          <w:szCs w:val="24"/>
        </w:rPr>
        <w:t>ạ</w:t>
      </w:r>
      <w:r w:rsidRPr="00F94E4F">
        <w:rPr>
          <w:rFonts w:ascii="Times New Roman" w:hAnsi="Times New Roman" w:cs="Times New Roman"/>
          <w:sz w:val="24"/>
          <w:szCs w:val="24"/>
        </w:rPr>
        <w:t>o thông báo l</w:t>
      </w:r>
      <w:r w:rsidRPr="00F94E4F">
        <w:rPr>
          <w:rFonts w:ascii="Times New Roman" w:hAnsi="Times New Roman" w:cs="Times New Roman"/>
          <w:sz w:val="24"/>
          <w:szCs w:val="24"/>
        </w:rPr>
        <w:t>ị</w:t>
      </w:r>
      <w:r w:rsidRPr="00F94E4F">
        <w:rPr>
          <w:rFonts w:ascii="Times New Roman" w:hAnsi="Times New Roman" w:cs="Times New Roman"/>
          <w:sz w:val="24"/>
          <w:szCs w:val="24"/>
        </w:rPr>
        <w:t>ch khám s</w:t>
      </w:r>
      <w:r w:rsidRPr="00F94E4F">
        <w:rPr>
          <w:rFonts w:ascii="Times New Roman" w:hAnsi="Times New Roman" w:cs="Times New Roman"/>
          <w:sz w:val="24"/>
          <w:szCs w:val="24"/>
        </w:rPr>
        <w:t>ứ</w:t>
      </w:r>
      <w:r w:rsidRPr="00F94E4F">
        <w:rPr>
          <w:rFonts w:ascii="Times New Roman" w:hAnsi="Times New Roman" w:cs="Times New Roman"/>
          <w:sz w:val="24"/>
          <w:szCs w:val="24"/>
        </w:rPr>
        <w:t>c kh</w:t>
      </w:r>
      <w:r w:rsidRPr="00F94E4F">
        <w:rPr>
          <w:rFonts w:ascii="Times New Roman" w:hAnsi="Times New Roman" w:cs="Times New Roman"/>
          <w:sz w:val="24"/>
          <w:szCs w:val="24"/>
        </w:rPr>
        <w:t>ỏ</w:t>
      </w:r>
      <w:r w:rsidRPr="00F94E4F">
        <w:rPr>
          <w:rFonts w:ascii="Times New Roman" w:hAnsi="Times New Roman" w:cs="Times New Roman"/>
          <w:sz w:val="24"/>
          <w:szCs w:val="24"/>
        </w:rPr>
        <w:t>e đ</w:t>
      </w:r>
      <w:r w:rsidRPr="00F94E4F">
        <w:rPr>
          <w:rFonts w:ascii="Times New Roman" w:hAnsi="Times New Roman" w:cs="Times New Roman"/>
          <w:sz w:val="24"/>
          <w:szCs w:val="24"/>
        </w:rPr>
        <w:t>ị</w:t>
      </w:r>
      <w:r w:rsidRPr="00F94E4F">
        <w:rPr>
          <w:rFonts w:ascii="Times New Roman" w:hAnsi="Times New Roman" w:cs="Times New Roman"/>
          <w:sz w:val="24"/>
          <w:szCs w:val="24"/>
        </w:rPr>
        <w:t>nh k</w:t>
      </w:r>
      <w:r w:rsidRPr="00F94E4F">
        <w:rPr>
          <w:rFonts w:ascii="Times New Roman" w:hAnsi="Times New Roman" w:cs="Times New Roman"/>
          <w:sz w:val="24"/>
          <w:szCs w:val="24"/>
        </w:rPr>
        <w:t>ỳ</w:t>
      </w:r>
      <w:r w:rsidRPr="00F94E4F">
        <w:rPr>
          <w:rFonts w:ascii="Times New Roman" w:hAnsi="Times New Roman" w:cs="Times New Roman"/>
          <w:sz w:val="24"/>
          <w:szCs w:val="24"/>
        </w:rPr>
        <w:t xml:space="preserve"> như sau:</w:t>
      </w:r>
    </w:p>
    <w:p w:rsidR="008F0D75" w:rsidRPr="00F94E4F" w:rsidRDefault="00F94E4F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F94E4F">
        <w:rPr>
          <w:rFonts w:ascii="Times New Roman" w:hAnsi="Times New Roman" w:cs="Times New Roman"/>
          <w:color w:val="auto"/>
          <w:sz w:val="24"/>
          <w:szCs w:val="24"/>
        </w:rPr>
        <w:t>1. Th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ờ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i gian khám:</w:t>
      </w:r>
    </w:p>
    <w:p w:rsidR="008F0D75" w:rsidRPr="00F94E4F" w:rsidRDefault="00F94E4F">
      <w:pPr>
        <w:rPr>
          <w:rFonts w:ascii="Times New Roman" w:hAnsi="Times New Roman" w:cs="Times New Roman"/>
          <w:sz w:val="24"/>
          <w:szCs w:val="24"/>
        </w:rPr>
      </w:pPr>
      <w:r w:rsidRPr="00F94E4F">
        <w:rPr>
          <w:rFonts w:ascii="Times New Roman" w:hAnsi="Times New Roman" w:cs="Times New Roman"/>
          <w:sz w:val="24"/>
          <w:szCs w:val="24"/>
        </w:rPr>
        <w:t xml:space="preserve">Ngày: </w:t>
      </w:r>
      <w:r w:rsidRPr="00F94E4F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8F0D75" w:rsidRPr="00F94E4F" w:rsidRDefault="00F94E4F">
      <w:pPr>
        <w:rPr>
          <w:rFonts w:ascii="Times New Roman" w:hAnsi="Times New Roman" w:cs="Times New Roman"/>
          <w:sz w:val="24"/>
          <w:szCs w:val="24"/>
        </w:rPr>
      </w:pPr>
      <w:r w:rsidRPr="00F94E4F">
        <w:rPr>
          <w:rFonts w:ascii="Times New Roman" w:hAnsi="Times New Roman" w:cs="Times New Roman"/>
          <w:sz w:val="24"/>
          <w:szCs w:val="24"/>
        </w:rPr>
        <w:t>Gi</w:t>
      </w:r>
      <w:r w:rsidRPr="00F94E4F">
        <w:rPr>
          <w:rFonts w:ascii="Times New Roman" w:hAnsi="Times New Roman" w:cs="Times New Roman"/>
          <w:sz w:val="24"/>
          <w:szCs w:val="24"/>
        </w:rPr>
        <w:t>ờ</w:t>
      </w:r>
      <w:r w:rsidRPr="00F94E4F">
        <w:rPr>
          <w:rFonts w:ascii="Times New Roman" w:hAnsi="Times New Roman" w:cs="Times New Roman"/>
          <w:sz w:val="24"/>
          <w:szCs w:val="24"/>
        </w:rPr>
        <w:t>: ……………………………………………………</w:t>
      </w:r>
    </w:p>
    <w:p w:rsidR="008F0D75" w:rsidRPr="00F94E4F" w:rsidRDefault="00F94E4F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F94E4F">
        <w:rPr>
          <w:rFonts w:ascii="Times New Roman" w:hAnsi="Times New Roman" w:cs="Times New Roman"/>
          <w:color w:val="auto"/>
          <w:sz w:val="24"/>
          <w:szCs w:val="24"/>
        </w:rPr>
        <w:t>2. Đ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ị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a đi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ể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m khám:</w:t>
      </w:r>
    </w:p>
    <w:p w:rsidR="008F0D75" w:rsidRPr="00F94E4F" w:rsidRDefault="00F94E4F">
      <w:pPr>
        <w:rPr>
          <w:rFonts w:ascii="Times New Roman" w:hAnsi="Times New Roman" w:cs="Times New Roman"/>
          <w:sz w:val="24"/>
          <w:szCs w:val="24"/>
        </w:rPr>
      </w:pPr>
      <w:r w:rsidRPr="00F94E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:rsidR="008F0D75" w:rsidRPr="00F94E4F" w:rsidRDefault="00F94E4F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F94E4F">
        <w:rPr>
          <w:rFonts w:ascii="Times New Roman" w:hAnsi="Times New Roman" w:cs="Times New Roman"/>
          <w:color w:val="auto"/>
          <w:sz w:val="24"/>
          <w:szCs w:val="24"/>
        </w:rPr>
        <w:t>3. Đ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ố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i tư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ợ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ng khám:</w:t>
      </w:r>
    </w:p>
    <w:p w:rsidR="008F0D75" w:rsidRPr="00F94E4F" w:rsidRDefault="00F94E4F">
      <w:pPr>
        <w:rPr>
          <w:rFonts w:ascii="Times New Roman" w:hAnsi="Times New Roman" w:cs="Times New Roman"/>
          <w:sz w:val="24"/>
          <w:szCs w:val="24"/>
        </w:rPr>
      </w:pPr>
      <w:r w:rsidRPr="00F94E4F">
        <w:rPr>
          <w:rFonts w:ascii="Times New Roman" w:hAnsi="Times New Roman" w:cs="Times New Roman"/>
          <w:sz w:val="24"/>
          <w:szCs w:val="24"/>
        </w:rPr>
        <w:t>Toàn b</w:t>
      </w:r>
      <w:r w:rsidRPr="00F94E4F">
        <w:rPr>
          <w:rFonts w:ascii="Times New Roman" w:hAnsi="Times New Roman" w:cs="Times New Roman"/>
          <w:sz w:val="24"/>
          <w:szCs w:val="24"/>
        </w:rPr>
        <w:t>ộ</w:t>
      </w:r>
      <w:r w:rsidRPr="00F94E4F">
        <w:rPr>
          <w:rFonts w:ascii="Times New Roman" w:hAnsi="Times New Roman" w:cs="Times New Roman"/>
          <w:sz w:val="24"/>
          <w:szCs w:val="24"/>
        </w:rPr>
        <w:t xml:space="preserve"> nhân viên công ty ho</w:t>
      </w:r>
      <w:r w:rsidRPr="00F94E4F">
        <w:rPr>
          <w:rFonts w:ascii="Times New Roman" w:hAnsi="Times New Roman" w:cs="Times New Roman"/>
          <w:sz w:val="24"/>
          <w:szCs w:val="24"/>
        </w:rPr>
        <w:t>ặ</w:t>
      </w:r>
      <w:r w:rsidRPr="00F94E4F">
        <w:rPr>
          <w:rFonts w:ascii="Times New Roman" w:hAnsi="Times New Roman" w:cs="Times New Roman"/>
          <w:sz w:val="24"/>
          <w:szCs w:val="24"/>
        </w:rPr>
        <w:t>c nhóm nhân viên theo danh sách.</w:t>
      </w:r>
    </w:p>
    <w:p w:rsidR="008F0D75" w:rsidRPr="00F94E4F" w:rsidRDefault="00F94E4F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F94E4F">
        <w:rPr>
          <w:rFonts w:ascii="Times New Roman" w:hAnsi="Times New Roman" w:cs="Times New Roman"/>
          <w:color w:val="auto"/>
          <w:sz w:val="24"/>
          <w:szCs w:val="24"/>
        </w:rPr>
        <w:t>4. Yêu c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ầ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u đ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ố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i v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ớ</w:t>
      </w:r>
      <w:r w:rsidRPr="00F94E4F">
        <w:rPr>
          <w:rFonts w:ascii="Times New Roman" w:hAnsi="Times New Roman" w:cs="Times New Roman"/>
          <w:color w:val="auto"/>
          <w:sz w:val="24"/>
          <w:szCs w:val="24"/>
        </w:rPr>
        <w:t>i nhân viên:</w:t>
      </w:r>
    </w:p>
    <w:p w:rsidR="008F0D75" w:rsidRPr="00F94E4F" w:rsidRDefault="00F94E4F">
      <w:pPr>
        <w:rPr>
          <w:rFonts w:ascii="Times New Roman" w:hAnsi="Times New Roman" w:cs="Times New Roman"/>
          <w:sz w:val="24"/>
          <w:szCs w:val="24"/>
        </w:rPr>
      </w:pPr>
      <w:r w:rsidRPr="00F94E4F">
        <w:rPr>
          <w:rFonts w:ascii="Times New Roman" w:hAnsi="Times New Roman" w:cs="Times New Roman"/>
          <w:sz w:val="24"/>
          <w:szCs w:val="24"/>
        </w:rPr>
        <w:t>Mang theo CMND/CCCD.</w:t>
      </w:r>
      <w:bookmarkStart w:id="0" w:name="_GoBack"/>
      <w:bookmarkEnd w:id="0"/>
    </w:p>
    <w:p w:rsidR="008F0D75" w:rsidRPr="00F94E4F" w:rsidRDefault="00F94E4F">
      <w:pPr>
        <w:rPr>
          <w:rFonts w:ascii="Times New Roman" w:hAnsi="Times New Roman" w:cs="Times New Roman"/>
          <w:sz w:val="24"/>
          <w:szCs w:val="24"/>
        </w:rPr>
      </w:pPr>
      <w:r w:rsidRPr="00F94E4F">
        <w:rPr>
          <w:rFonts w:ascii="Times New Roman" w:hAnsi="Times New Roman" w:cs="Times New Roman"/>
          <w:sz w:val="24"/>
          <w:szCs w:val="24"/>
        </w:rPr>
        <w:t>Mang kh</w:t>
      </w:r>
      <w:r w:rsidRPr="00F94E4F">
        <w:rPr>
          <w:rFonts w:ascii="Times New Roman" w:hAnsi="Times New Roman" w:cs="Times New Roman"/>
          <w:sz w:val="24"/>
          <w:szCs w:val="24"/>
        </w:rPr>
        <w:t>ẩ</w:t>
      </w:r>
      <w:r w:rsidRPr="00F94E4F">
        <w:rPr>
          <w:rFonts w:ascii="Times New Roman" w:hAnsi="Times New Roman" w:cs="Times New Roman"/>
          <w:sz w:val="24"/>
          <w:szCs w:val="24"/>
        </w:rPr>
        <w:t>u trang và tuâ</w:t>
      </w:r>
      <w:r w:rsidRPr="00F94E4F">
        <w:rPr>
          <w:rFonts w:ascii="Times New Roman" w:hAnsi="Times New Roman" w:cs="Times New Roman"/>
          <w:sz w:val="24"/>
          <w:szCs w:val="24"/>
        </w:rPr>
        <w:t>n th</w:t>
      </w:r>
      <w:r w:rsidRPr="00F94E4F">
        <w:rPr>
          <w:rFonts w:ascii="Times New Roman" w:hAnsi="Times New Roman" w:cs="Times New Roman"/>
          <w:sz w:val="24"/>
          <w:szCs w:val="24"/>
        </w:rPr>
        <w:t>ủ</w:t>
      </w:r>
      <w:r w:rsidRPr="00F94E4F">
        <w:rPr>
          <w:rFonts w:ascii="Times New Roman" w:hAnsi="Times New Roman" w:cs="Times New Roman"/>
          <w:sz w:val="24"/>
          <w:szCs w:val="24"/>
        </w:rPr>
        <w:t xml:space="preserve"> hư</w:t>
      </w:r>
      <w:r w:rsidRPr="00F94E4F">
        <w:rPr>
          <w:rFonts w:ascii="Times New Roman" w:hAnsi="Times New Roman" w:cs="Times New Roman"/>
          <w:sz w:val="24"/>
          <w:szCs w:val="24"/>
        </w:rPr>
        <w:t>ớ</w:t>
      </w:r>
      <w:r w:rsidRPr="00F94E4F">
        <w:rPr>
          <w:rFonts w:ascii="Times New Roman" w:hAnsi="Times New Roman" w:cs="Times New Roman"/>
          <w:sz w:val="24"/>
          <w:szCs w:val="24"/>
        </w:rPr>
        <w:t>ng d</w:t>
      </w:r>
      <w:r w:rsidRPr="00F94E4F">
        <w:rPr>
          <w:rFonts w:ascii="Times New Roman" w:hAnsi="Times New Roman" w:cs="Times New Roman"/>
          <w:sz w:val="24"/>
          <w:szCs w:val="24"/>
        </w:rPr>
        <w:t>ẫ</w:t>
      </w:r>
      <w:r w:rsidRPr="00F94E4F">
        <w:rPr>
          <w:rFonts w:ascii="Times New Roman" w:hAnsi="Times New Roman" w:cs="Times New Roman"/>
          <w:sz w:val="24"/>
          <w:szCs w:val="24"/>
        </w:rPr>
        <w:t>n an toàn.</w:t>
      </w:r>
    </w:p>
    <w:p w:rsidR="008F0D75" w:rsidRPr="00F94E4F" w:rsidRDefault="00F94E4F">
      <w:pPr>
        <w:rPr>
          <w:rFonts w:ascii="Times New Roman" w:hAnsi="Times New Roman" w:cs="Times New Roman"/>
          <w:sz w:val="24"/>
          <w:szCs w:val="24"/>
        </w:rPr>
      </w:pPr>
      <w:r w:rsidRPr="00F94E4F">
        <w:rPr>
          <w:rFonts w:ascii="Times New Roman" w:hAnsi="Times New Roman" w:cs="Times New Roman"/>
          <w:sz w:val="24"/>
          <w:szCs w:val="24"/>
        </w:rPr>
        <w:t>Có m</w:t>
      </w:r>
      <w:r w:rsidRPr="00F94E4F">
        <w:rPr>
          <w:rFonts w:ascii="Times New Roman" w:hAnsi="Times New Roman" w:cs="Times New Roman"/>
          <w:sz w:val="24"/>
          <w:szCs w:val="24"/>
        </w:rPr>
        <w:t>ặ</w:t>
      </w:r>
      <w:r w:rsidRPr="00F94E4F">
        <w:rPr>
          <w:rFonts w:ascii="Times New Roman" w:hAnsi="Times New Roman" w:cs="Times New Roman"/>
          <w:sz w:val="24"/>
          <w:szCs w:val="24"/>
        </w:rPr>
        <w:t>t đúng gi</w:t>
      </w:r>
      <w:r w:rsidRPr="00F94E4F">
        <w:rPr>
          <w:rFonts w:ascii="Times New Roman" w:hAnsi="Times New Roman" w:cs="Times New Roman"/>
          <w:sz w:val="24"/>
          <w:szCs w:val="24"/>
        </w:rPr>
        <w:t>ờ</w:t>
      </w:r>
      <w:r w:rsidRPr="00F94E4F">
        <w:rPr>
          <w:rFonts w:ascii="Times New Roman" w:hAnsi="Times New Roman" w:cs="Times New Roman"/>
          <w:sz w:val="24"/>
          <w:szCs w:val="24"/>
        </w:rPr>
        <w:t xml:space="preserve"> theo l</w:t>
      </w:r>
      <w:r w:rsidRPr="00F94E4F">
        <w:rPr>
          <w:rFonts w:ascii="Times New Roman" w:hAnsi="Times New Roman" w:cs="Times New Roman"/>
          <w:sz w:val="24"/>
          <w:szCs w:val="24"/>
        </w:rPr>
        <w:t>ị</w:t>
      </w:r>
      <w:r w:rsidRPr="00F94E4F">
        <w:rPr>
          <w:rFonts w:ascii="Times New Roman" w:hAnsi="Times New Roman" w:cs="Times New Roman"/>
          <w:sz w:val="24"/>
          <w:szCs w:val="24"/>
        </w:rPr>
        <w:t>ch đư</w:t>
      </w:r>
      <w:r w:rsidRPr="00F94E4F">
        <w:rPr>
          <w:rFonts w:ascii="Times New Roman" w:hAnsi="Times New Roman" w:cs="Times New Roman"/>
          <w:sz w:val="24"/>
          <w:szCs w:val="24"/>
        </w:rPr>
        <w:t>ợ</w:t>
      </w:r>
      <w:r w:rsidRPr="00F94E4F">
        <w:rPr>
          <w:rFonts w:ascii="Times New Roman" w:hAnsi="Times New Roman" w:cs="Times New Roman"/>
          <w:sz w:val="24"/>
          <w:szCs w:val="24"/>
        </w:rPr>
        <w:t>c phân b</w:t>
      </w:r>
      <w:r w:rsidRPr="00F94E4F">
        <w:rPr>
          <w:rFonts w:ascii="Times New Roman" w:hAnsi="Times New Roman" w:cs="Times New Roman"/>
          <w:sz w:val="24"/>
          <w:szCs w:val="24"/>
        </w:rPr>
        <w:t>ổ</w:t>
      </w:r>
      <w:r w:rsidRPr="00F94E4F">
        <w:rPr>
          <w:rFonts w:ascii="Times New Roman" w:hAnsi="Times New Roman" w:cs="Times New Roman"/>
          <w:sz w:val="24"/>
          <w:szCs w:val="24"/>
        </w:rPr>
        <w:t>.</w:t>
      </w:r>
    </w:p>
    <w:p w:rsidR="008F0D75" w:rsidRPr="00F94E4F" w:rsidRDefault="00F94E4F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F94E4F">
        <w:rPr>
          <w:rFonts w:ascii="Times New Roman" w:hAnsi="Times New Roman" w:cs="Times New Roman"/>
          <w:color w:val="auto"/>
          <w:sz w:val="24"/>
          <w:szCs w:val="24"/>
        </w:rPr>
        <w:t>5. Danh sách đăng ký khám: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F94E4F" w:rsidRPr="00F94E4F" w:rsidTr="00F94E4F">
        <w:tc>
          <w:tcPr>
            <w:tcW w:w="2880" w:type="dxa"/>
          </w:tcPr>
          <w:p w:rsidR="008F0D75" w:rsidRPr="00F94E4F" w:rsidRDefault="00F94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E4F">
              <w:rPr>
                <w:rFonts w:ascii="Times New Roman" w:hAnsi="Times New Roman" w:cs="Times New Roman"/>
                <w:sz w:val="24"/>
                <w:szCs w:val="24"/>
              </w:rPr>
              <w:t>STT</w:t>
            </w:r>
          </w:p>
        </w:tc>
        <w:tc>
          <w:tcPr>
            <w:tcW w:w="2880" w:type="dxa"/>
          </w:tcPr>
          <w:p w:rsidR="008F0D75" w:rsidRPr="00F94E4F" w:rsidRDefault="00F94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E4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F94E4F">
              <w:rPr>
                <w:rFonts w:ascii="Times New Roman" w:hAnsi="Times New Roman" w:cs="Times New Roman"/>
                <w:sz w:val="24"/>
                <w:szCs w:val="24"/>
              </w:rPr>
              <w:t>ọ</w:t>
            </w:r>
            <w:r w:rsidRPr="00F94E4F">
              <w:rPr>
                <w:rFonts w:ascii="Times New Roman" w:hAnsi="Times New Roman" w:cs="Times New Roman"/>
                <w:sz w:val="24"/>
                <w:szCs w:val="24"/>
              </w:rPr>
              <w:t xml:space="preserve"> và tên</w:t>
            </w:r>
          </w:p>
        </w:tc>
        <w:tc>
          <w:tcPr>
            <w:tcW w:w="2880" w:type="dxa"/>
          </w:tcPr>
          <w:p w:rsidR="008F0D75" w:rsidRPr="00F94E4F" w:rsidRDefault="00F94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E4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F94E4F">
              <w:rPr>
                <w:rFonts w:ascii="Times New Roman" w:hAnsi="Times New Roman" w:cs="Times New Roman"/>
                <w:sz w:val="24"/>
                <w:szCs w:val="24"/>
              </w:rPr>
              <w:t>ộ</w:t>
            </w:r>
            <w:r w:rsidRPr="00F94E4F">
              <w:rPr>
                <w:rFonts w:ascii="Times New Roman" w:hAnsi="Times New Roman" w:cs="Times New Roman"/>
                <w:sz w:val="24"/>
                <w:szCs w:val="24"/>
              </w:rPr>
              <w:t xml:space="preserve"> ph</w:t>
            </w:r>
            <w:r w:rsidRPr="00F94E4F">
              <w:rPr>
                <w:rFonts w:ascii="Times New Roman" w:hAnsi="Times New Roman" w:cs="Times New Roman"/>
                <w:sz w:val="24"/>
                <w:szCs w:val="24"/>
              </w:rPr>
              <w:t>ậ</w:t>
            </w:r>
            <w:r w:rsidRPr="00F94E4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F94E4F" w:rsidRPr="00F94E4F" w:rsidTr="00F94E4F">
        <w:tc>
          <w:tcPr>
            <w:tcW w:w="2880" w:type="dxa"/>
          </w:tcPr>
          <w:p w:rsidR="008F0D75" w:rsidRPr="00F94E4F" w:rsidRDefault="00F94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E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0" w:type="dxa"/>
          </w:tcPr>
          <w:p w:rsidR="008F0D75" w:rsidRPr="00F94E4F" w:rsidRDefault="008F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8F0D75" w:rsidRPr="00F94E4F" w:rsidRDefault="008F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E4F" w:rsidRPr="00F94E4F" w:rsidTr="00F94E4F">
        <w:tc>
          <w:tcPr>
            <w:tcW w:w="2880" w:type="dxa"/>
          </w:tcPr>
          <w:p w:rsidR="008F0D75" w:rsidRPr="00F94E4F" w:rsidRDefault="00F94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E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0" w:type="dxa"/>
          </w:tcPr>
          <w:p w:rsidR="008F0D75" w:rsidRPr="00F94E4F" w:rsidRDefault="008F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8F0D75" w:rsidRPr="00F94E4F" w:rsidRDefault="008F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E4F" w:rsidRPr="00F94E4F" w:rsidTr="00F94E4F">
        <w:tc>
          <w:tcPr>
            <w:tcW w:w="2880" w:type="dxa"/>
          </w:tcPr>
          <w:p w:rsidR="008F0D75" w:rsidRPr="00F94E4F" w:rsidRDefault="00F94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E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0" w:type="dxa"/>
          </w:tcPr>
          <w:p w:rsidR="008F0D75" w:rsidRPr="00F94E4F" w:rsidRDefault="008F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8F0D75" w:rsidRPr="00F94E4F" w:rsidRDefault="008F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E4F" w:rsidRPr="00F94E4F" w:rsidTr="00F94E4F">
        <w:tc>
          <w:tcPr>
            <w:tcW w:w="2880" w:type="dxa"/>
          </w:tcPr>
          <w:p w:rsidR="008F0D75" w:rsidRPr="00F94E4F" w:rsidRDefault="00F94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E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0" w:type="dxa"/>
          </w:tcPr>
          <w:p w:rsidR="008F0D75" w:rsidRPr="00F94E4F" w:rsidRDefault="008F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8F0D75" w:rsidRPr="00F94E4F" w:rsidRDefault="008F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E4F" w:rsidRPr="00F94E4F" w:rsidTr="00F94E4F">
        <w:tc>
          <w:tcPr>
            <w:tcW w:w="2880" w:type="dxa"/>
          </w:tcPr>
          <w:p w:rsidR="008F0D75" w:rsidRPr="00F94E4F" w:rsidRDefault="00F94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E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0" w:type="dxa"/>
          </w:tcPr>
          <w:p w:rsidR="008F0D75" w:rsidRPr="00F94E4F" w:rsidRDefault="008F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8F0D75" w:rsidRPr="00F94E4F" w:rsidRDefault="008F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0D75" w:rsidRPr="00F94E4F" w:rsidRDefault="00F94E4F">
      <w:pPr>
        <w:rPr>
          <w:rFonts w:ascii="Times New Roman" w:hAnsi="Times New Roman" w:cs="Times New Roman"/>
          <w:sz w:val="24"/>
          <w:szCs w:val="24"/>
        </w:rPr>
      </w:pPr>
      <w:r w:rsidRPr="00F94E4F">
        <w:rPr>
          <w:rFonts w:ascii="Times New Roman" w:hAnsi="Times New Roman" w:cs="Times New Roman"/>
          <w:sz w:val="24"/>
          <w:szCs w:val="24"/>
        </w:rPr>
        <w:br/>
        <w:t>Đ</w:t>
      </w:r>
      <w:r w:rsidRPr="00F94E4F">
        <w:rPr>
          <w:rFonts w:ascii="Times New Roman" w:hAnsi="Times New Roman" w:cs="Times New Roman"/>
          <w:sz w:val="24"/>
          <w:szCs w:val="24"/>
        </w:rPr>
        <w:t>ề</w:t>
      </w:r>
      <w:r w:rsidRPr="00F94E4F">
        <w:rPr>
          <w:rFonts w:ascii="Times New Roman" w:hAnsi="Times New Roman" w:cs="Times New Roman"/>
          <w:sz w:val="24"/>
          <w:szCs w:val="24"/>
        </w:rPr>
        <w:t xml:space="preserve"> ngh</w:t>
      </w:r>
      <w:r w:rsidRPr="00F94E4F">
        <w:rPr>
          <w:rFonts w:ascii="Times New Roman" w:hAnsi="Times New Roman" w:cs="Times New Roman"/>
          <w:sz w:val="24"/>
          <w:szCs w:val="24"/>
        </w:rPr>
        <w:t>ị</w:t>
      </w:r>
      <w:r w:rsidRPr="00F94E4F">
        <w:rPr>
          <w:rFonts w:ascii="Times New Roman" w:hAnsi="Times New Roman" w:cs="Times New Roman"/>
          <w:sz w:val="24"/>
          <w:szCs w:val="24"/>
        </w:rPr>
        <w:t xml:space="preserve"> các b</w:t>
      </w:r>
      <w:r w:rsidRPr="00F94E4F">
        <w:rPr>
          <w:rFonts w:ascii="Times New Roman" w:hAnsi="Times New Roman" w:cs="Times New Roman"/>
          <w:sz w:val="24"/>
          <w:szCs w:val="24"/>
        </w:rPr>
        <w:t>ộ</w:t>
      </w:r>
      <w:r w:rsidRPr="00F94E4F">
        <w:rPr>
          <w:rFonts w:ascii="Times New Roman" w:hAnsi="Times New Roman" w:cs="Times New Roman"/>
          <w:sz w:val="24"/>
          <w:szCs w:val="24"/>
        </w:rPr>
        <w:t xml:space="preserve"> ph</w:t>
      </w:r>
      <w:r w:rsidRPr="00F94E4F">
        <w:rPr>
          <w:rFonts w:ascii="Times New Roman" w:hAnsi="Times New Roman" w:cs="Times New Roman"/>
          <w:sz w:val="24"/>
          <w:szCs w:val="24"/>
        </w:rPr>
        <w:t>ậ</w:t>
      </w:r>
      <w:r w:rsidRPr="00F94E4F">
        <w:rPr>
          <w:rFonts w:ascii="Times New Roman" w:hAnsi="Times New Roman" w:cs="Times New Roman"/>
          <w:sz w:val="24"/>
          <w:szCs w:val="24"/>
        </w:rPr>
        <w:t>n ph</w:t>
      </w:r>
      <w:r w:rsidRPr="00F94E4F">
        <w:rPr>
          <w:rFonts w:ascii="Times New Roman" w:hAnsi="Times New Roman" w:cs="Times New Roman"/>
          <w:sz w:val="24"/>
          <w:szCs w:val="24"/>
        </w:rPr>
        <w:t>ổ</w:t>
      </w:r>
      <w:r w:rsidRPr="00F94E4F">
        <w:rPr>
          <w:rFonts w:ascii="Times New Roman" w:hAnsi="Times New Roman" w:cs="Times New Roman"/>
          <w:sz w:val="24"/>
          <w:szCs w:val="24"/>
        </w:rPr>
        <w:t xml:space="preserve"> bi</w:t>
      </w:r>
      <w:r w:rsidRPr="00F94E4F">
        <w:rPr>
          <w:rFonts w:ascii="Times New Roman" w:hAnsi="Times New Roman" w:cs="Times New Roman"/>
          <w:sz w:val="24"/>
          <w:szCs w:val="24"/>
        </w:rPr>
        <w:t>ế</w:t>
      </w:r>
      <w:r w:rsidRPr="00F94E4F">
        <w:rPr>
          <w:rFonts w:ascii="Times New Roman" w:hAnsi="Times New Roman" w:cs="Times New Roman"/>
          <w:sz w:val="24"/>
          <w:szCs w:val="24"/>
        </w:rPr>
        <w:t>n thông báo này đ</w:t>
      </w:r>
      <w:r w:rsidRPr="00F94E4F">
        <w:rPr>
          <w:rFonts w:ascii="Times New Roman" w:hAnsi="Times New Roman" w:cs="Times New Roman"/>
          <w:sz w:val="24"/>
          <w:szCs w:val="24"/>
        </w:rPr>
        <w:t>ế</w:t>
      </w:r>
      <w:r w:rsidRPr="00F94E4F">
        <w:rPr>
          <w:rFonts w:ascii="Times New Roman" w:hAnsi="Times New Roman" w:cs="Times New Roman"/>
          <w:sz w:val="24"/>
          <w:szCs w:val="24"/>
        </w:rPr>
        <w:t>n toàn th</w:t>
      </w:r>
      <w:r w:rsidRPr="00F94E4F">
        <w:rPr>
          <w:rFonts w:ascii="Times New Roman" w:hAnsi="Times New Roman" w:cs="Times New Roman"/>
          <w:sz w:val="24"/>
          <w:szCs w:val="24"/>
        </w:rPr>
        <w:t>ể</w:t>
      </w:r>
      <w:r w:rsidRPr="00F94E4F">
        <w:rPr>
          <w:rFonts w:ascii="Times New Roman" w:hAnsi="Times New Roman" w:cs="Times New Roman"/>
          <w:sz w:val="24"/>
          <w:szCs w:val="24"/>
        </w:rPr>
        <w:t xml:space="preserve"> nhân viên.</w:t>
      </w:r>
    </w:p>
    <w:p w:rsidR="00F94E4F" w:rsidRDefault="00F94E4F">
      <w:pPr>
        <w:rPr>
          <w:rFonts w:ascii="Times New Roman" w:hAnsi="Times New Roman" w:cs="Times New Roman"/>
          <w:sz w:val="24"/>
          <w:szCs w:val="24"/>
        </w:rPr>
      </w:pPr>
      <w:r w:rsidRPr="00F94E4F">
        <w:rPr>
          <w:rFonts w:ascii="Times New Roman" w:hAnsi="Times New Roman" w:cs="Times New Roman"/>
          <w:sz w:val="24"/>
          <w:szCs w:val="24"/>
        </w:rPr>
        <w:lastRenderedPageBreak/>
        <w:br/>
        <w:t>Trân tr</w:t>
      </w:r>
      <w:r w:rsidRPr="00F94E4F">
        <w:rPr>
          <w:rFonts w:ascii="Times New Roman" w:hAnsi="Times New Roman" w:cs="Times New Roman"/>
          <w:sz w:val="24"/>
          <w:szCs w:val="24"/>
        </w:rPr>
        <w:t>ọ</w:t>
      </w:r>
      <w:r w:rsidRPr="00F94E4F">
        <w:rPr>
          <w:rFonts w:ascii="Times New Roman" w:hAnsi="Times New Roman" w:cs="Times New Roman"/>
          <w:sz w:val="24"/>
          <w:szCs w:val="24"/>
        </w:rPr>
        <w:t>ng,</w:t>
      </w:r>
    </w:p>
    <w:p w:rsidR="00F94E4F" w:rsidRPr="00F94E4F" w:rsidRDefault="00F94E4F" w:rsidP="00F94E4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4E4F" w:rsidRPr="00F94E4F" w:rsidRDefault="00F94E4F" w:rsidP="00F94E4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94E4F">
        <w:rPr>
          <w:rFonts w:ascii="Times New Roman" w:hAnsi="Times New Roman" w:cs="Times New Roman"/>
          <w:b/>
          <w:sz w:val="24"/>
          <w:szCs w:val="24"/>
        </w:rPr>
        <w:t>GIÁM ĐỐC</w:t>
      </w:r>
    </w:p>
    <w:p w:rsidR="00F94E4F" w:rsidRPr="00F94E4F" w:rsidRDefault="00F94E4F" w:rsidP="00F94E4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94E4F">
        <w:rPr>
          <w:rFonts w:ascii="Times New Roman" w:hAnsi="Times New Roman" w:cs="Times New Roman"/>
          <w:b/>
          <w:sz w:val="24"/>
          <w:szCs w:val="24"/>
        </w:rPr>
        <w:t>(Ký, ghi rõ họ tên)</w:t>
      </w:r>
    </w:p>
    <w:sectPr w:rsidR="00F94E4F" w:rsidRPr="00F94E4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F0D75"/>
    <w:rsid w:val="00AA1D8D"/>
    <w:rsid w:val="00B47730"/>
    <w:rsid w:val="00CB0664"/>
    <w:rsid w:val="00F94E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6B224F0C-5018-4C63-B322-E047D337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EBBFAB-0B22-4384-94C9-B6F352A95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2025-11-20T04:31:00Z</dcterms:created>
  <dcterms:modified xsi:type="dcterms:W3CDTF">2025-11-20T04:31:00Z</dcterms:modified>
  <cp:category/>
</cp:coreProperties>
</file>