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9E8" w:rsidRPr="00806A91" w:rsidRDefault="00CA55FA" w:rsidP="00806A91">
      <w:pPr>
        <w:pStyle w:val="Heading1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C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NG HÒA XÃ H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I CH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NGHĨA VI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T NAM</w:t>
      </w:r>
    </w:p>
    <w:p w:rsidR="00CD59E8" w:rsidRPr="00806A91" w:rsidRDefault="00CA55FA" w:rsidP="00806A91">
      <w:pPr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06A9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Đ</w:t>
      </w:r>
      <w:r w:rsidRPr="00806A9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ộ</w:t>
      </w:r>
      <w:r w:rsidRPr="00806A9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 l</w:t>
      </w:r>
      <w:r w:rsidRPr="00806A9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ậ</w:t>
      </w:r>
      <w:r w:rsidRPr="00806A9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p – T</w:t>
      </w:r>
      <w:r w:rsidRPr="00806A9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ự</w:t>
      </w:r>
      <w:r w:rsidRPr="00806A9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do – H</w:t>
      </w:r>
      <w:r w:rsidRPr="00806A9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ạ</w:t>
      </w:r>
      <w:r w:rsidRPr="00806A9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nh phúc</w:t>
      </w:r>
      <w:r w:rsidRPr="00806A91">
        <w:rPr>
          <w:rFonts w:ascii="Times New Roman" w:hAnsi="Times New Roman" w:cs="Times New Roman"/>
          <w:b/>
          <w:color w:val="000000" w:themeColor="text1"/>
          <w:sz w:val="26"/>
          <w:szCs w:val="26"/>
        </w:rPr>
        <w:br/>
      </w:r>
    </w:p>
    <w:p w:rsidR="00CD59E8" w:rsidRPr="00806A91" w:rsidRDefault="00CA55FA" w:rsidP="00806A91">
      <w:pPr>
        <w:pStyle w:val="Heading1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BIÊN B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N T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NG K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T, B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M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C</w:t>
      </w:r>
    </w:p>
    <w:p w:rsidR="00CD59E8" w:rsidRPr="00806A91" w:rsidRDefault="00CA55FA" w:rsidP="00806A91">
      <w:pPr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06A9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CÁC HO</w:t>
      </w:r>
      <w:r w:rsidRPr="00806A9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Ạ</w:t>
      </w:r>
      <w:r w:rsidRPr="00806A9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 Đ</w:t>
      </w:r>
      <w:r w:rsidRPr="00806A9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Ộ</w:t>
      </w:r>
      <w:r w:rsidRPr="00806A9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NG CHÀO M</w:t>
      </w:r>
      <w:r w:rsidRPr="00806A9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Ừ</w:t>
      </w:r>
      <w:r w:rsidRPr="00806A9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NG NGÀY NHÀ GIÁO VI</w:t>
      </w:r>
      <w:r w:rsidRPr="00806A9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Ệ</w:t>
      </w:r>
      <w:r w:rsidRPr="00806A9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T NAM 20/11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:rsidR="00CD59E8" w:rsidRPr="00806A91" w:rsidRDefault="00CA55FA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806A91">
        <w:rPr>
          <w:rFonts w:ascii="Times New Roman" w:hAnsi="Times New Roman" w:cs="Times New Roman"/>
          <w:color w:val="000000" w:themeColor="text1"/>
        </w:rPr>
        <w:t>I. Th</w:t>
      </w:r>
      <w:r w:rsidRPr="00806A91">
        <w:rPr>
          <w:rFonts w:ascii="Times New Roman" w:hAnsi="Times New Roman" w:cs="Times New Roman"/>
          <w:color w:val="000000" w:themeColor="text1"/>
        </w:rPr>
        <w:t>ờ</w:t>
      </w:r>
      <w:r w:rsidRPr="00806A91">
        <w:rPr>
          <w:rFonts w:ascii="Times New Roman" w:hAnsi="Times New Roman" w:cs="Times New Roman"/>
          <w:color w:val="000000" w:themeColor="text1"/>
        </w:rPr>
        <w:t>i gian, đ</w:t>
      </w:r>
      <w:r w:rsidRPr="00806A91">
        <w:rPr>
          <w:rFonts w:ascii="Times New Roman" w:hAnsi="Times New Roman" w:cs="Times New Roman"/>
          <w:color w:val="000000" w:themeColor="text1"/>
        </w:rPr>
        <w:t>ị</w:t>
      </w:r>
      <w:r w:rsidRPr="00806A91">
        <w:rPr>
          <w:rFonts w:ascii="Times New Roman" w:hAnsi="Times New Roman" w:cs="Times New Roman"/>
          <w:color w:val="000000" w:themeColor="text1"/>
        </w:rPr>
        <w:t>a đi</w:t>
      </w:r>
      <w:r w:rsidRPr="00806A91">
        <w:rPr>
          <w:rFonts w:ascii="Times New Roman" w:hAnsi="Times New Roman" w:cs="Times New Roman"/>
          <w:color w:val="000000" w:themeColor="text1"/>
        </w:rPr>
        <w:t>ể</w:t>
      </w:r>
      <w:r w:rsidRPr="00806A91">
        <w:rPr>
          <w:rFonts w:ascii="Times New Roman" w:hAnsi="Times New Roman" w:cs="Times New Roman"/>
          <w:color w:val="000000" w:themeColor="text1"/>
        </w:rPr>
        <w:t>m</w:t>
      </w:r>
    </w:p>
    <w:p w:rsidR="00CD59E8" w:rsidRPr="00806A91" w:rsidRDefault="00CA55F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- Th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i gian: ………, ngày … tháng … năm 20…</w:t>
      </w:r>
    </w:p>
    <w:p w:rsidR="00CD59E8" w:rsidRPr="00806A91" w:rsidRDefault="00CA55F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- Đ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a đi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m: 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………………………………………………………………………</w:t>
      </w:r>
    </w:p>
    <w:p w:rsidR="00CD59E8" w:rsidRPr="00806A91" w:rsidRDefault="00CA55FA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806A91">
        <w:rPr>
          <w:rFonts w:ascii="Times New Roman" w:hAnsi="Times New Roman" w:cs="Times New Roman"/>
          <w:color w:val="000000" w:themeColor="text1"/>
        </w:rPr>
        <w:t>II. Thành ph</w:t>
      </w:r>
      <w:r w:rsidRPr="00806A91">
        <w:rPr>
          <w:rFonts w:ascii="Times New Roman" w:hAnsi="Times New Roman" w:cs="Times New Roman"/>
          <w:color w:val="000000" w:themeColor="text1"/>
        </w:rPr>
        <w:t>ầ</w:t>
      </w:r>
      <w:r w:rsidRPr="00806A91">
        <w:rPr>
          <w:rFonts w:ascii="Times New Roman" w:hAnsi="Times New Roman" w:cs="Times New Roman"/>
          <w:color w:val="000000" w:themeColor="text1"/>
        </w:rPr>
        <w:t>n tham d</w:t>
      </w:r>
      <w:r w:rsidRPr="00806A91">
        <w:rPr>
          <w:rFonts w:ascii="Times New Roman" w:hAnsi="Times New Roman" w:cs="Times New Roman"/>
          <w:color w:val="000000" w:themeColor="text1"/>
        </w:rPr>
        <w:t>ự</w:t>
      </w:r>
    </w:p>
    <w:p w:rsidR="00CD59E8" w:rsidRPr="00806A91" w:rsidRDefault="00CA55F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- Đ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i di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n Ban Giám hi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u: ……………………………………………………</w:t>
      </w:r>
    </w:p>
    <w:p w:rsidR="00CD59E8" w:rsidRPr="00806A91" w:rsidRDefault="00CA55F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- Đ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i di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n Công đoàn, Đoàn – Đ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i: …………………………………………</w:t>
      </w:r>
    </w:p>
    <w:p w:rsidR="00CD59E8" w:rsidRPr="00806A91" w:rsidRDefault="00CA55F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- Các th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ầ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y cô giáo, cán b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– nhân viên, h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ọ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c sinh: ……………………………</w:t>
      </w:r>
    </w:p>
    <w:p w:rsidR="00CD59E8" w:rsidRPr="00806A91" w:rsidRDefault="00CA55F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- Khách m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i: …………………………………………………………………</w:t>
      </w:r>
    </w:p>
    <w:p w:rsidR="00CD59E8" w:rsidRPr="00806A91" w:rsidRDefault="00CA55FA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806A91">
        <w:rPr>
          <w:rFonts w:ascii="Times New Roman" w:hAnsi="Times New Roman" w:cs="Times New Roman"/>
          <w:color w:val="000000" w:themeColor="text1"/>
        </w:rPr>
        <w:t>III. N</w:t>
      </w:r>
      <w:r w:rsidRPr="00806A91">
        <w:rPr>
          <w:rFonts w:ascii="Times New Roman" w:hAnsi="Times New Roman" w:cs="Times New Roman"/>
          <w:color w:val="000000" w:themeColor="text1"/>
        </w:rPr>
        <w:t>ộ</w:t>
      </w:r>
      <w:r w:rsidRPr="00806A91">
        <w:rPr>
          <w:rFonts w:ascii="Times New Roman" w:hAnsi="Times New Roman" w:cs="Times New Roman"/>
          <w:color w:val="000000" w:themeColor="text1"/>
        </w:rPr>
        <w:t>i dung cu</w:t>
      </w:r>
      <w:r w:rsidRPr="00806A91">
        <w:rPr>
          <w:rFonts w:ascii="Times New Roman" w:hAnsi="Times New Roman" w:cs="Times New Roman"/>
          <w:color w:val="000000" w:themeColor="text1"/>
        </w:rPr>
        <w:t>ộ</w:t>
      </w:r>
      <w:r w:rsidRPr="00806A91">
        <w:rPr>
          <w:rFonts w:ascii="Times New Roman" w:hAnsi="Times New Roman" w:cs="Times New Roman"/>
          <w:color w:val="000000" w:themeColor="text1"/>
        </w:rPr>
        <w:t>c h</w:t>
      </w:r>
      <w:r w:rsidRPr="00806A91">
        <w:rPr>
          <w:rFonts w:ascii="Times New Roman" w:hAnsi="Times New Roman" w:cs="Times New Roman"/>
          <w:color w:val="000000" w:themeColor="text1"/>
        </w:rPr>
        <w:t>ọ</w:t>
      </w:r>
      <w:r w:rsidRPr="00806A91">
        <w:rPr>
          <w:rFonts w:ascii="Times New Roman" w:hAnsi="Times New Roman" w:cs="Times New Roman"/>
          <w:color w:val="000000" w:themeColor="text1"/>
        </w:rPr>
        <w:t>p</w:t>
      </w:r>
    </w:p>
    <w:p w:rsidR="00CD59E8" w:rsidRPr="00806A91" w:rsidRDefault="00CA55F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1. Báo cáo t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ng k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t các ho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t đ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ng chào m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ừ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ng 20/11:</w:t>
      </w:r>
      <w:bookmarkStart w:id="0" w:name="_GoBack"/>
      <w:bookmarkEnd w:id="0"/>
    </w:p>
    <w:p w:rsidR="00CD59E8" w:rsidRPr="00806A91" w:rsidRDefault="00CA55F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- T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ng s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ho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t đ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ng đã t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c: …………………………………………</w:t>
      </w:r>
    </w:p>
    <w:p w:rsidR="00CD59E8" w:rsidRPr="00806A91" w:rsidRDefault="00CA55F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- Các hình th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c ho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t đ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ng: (thi văn ngh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, báo tư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ng, thi đua d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y t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t – h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ọ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c t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t, th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thao, trang trí l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ớ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p h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ọ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c, vi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t tri ân, v.v.)</w:t>
      </w:r>
    </w:p>
    <w:p w:rsidR="00CD59E8" w:rsidRPr="00806A91" w:rsidRDefault="00CA55F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- 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K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t qu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đ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t đư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c: …………………………………………………………</w:t>
      </w:r>
    </w:p>
    <w:p w:rsidR="00CD59E8" w:rsidRPr="00806A91" w:rsidRDefault="00CA55F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- Đánh giá chung: ……………………………………………………………</w:t>
      </w:r>
    </w:p>
    <w:p w:rsidR="00CD59E8" w:rsidRPr="00806A91" w:rsidRDefault="00CA55F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2. Công b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k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t qu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, khen thư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ở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ng:</w:t>
      </w:r>
    </w:p>
    <w:p w:rsidR="00CD59E8" w:rsidRPr="00806A91" w:rsidRDefault="00CA55F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- Danh sách các t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p th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/cá nhân đ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t thành tích xu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t s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ắ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c:</w:t>
      </w:r>
    </w:p>
    <w:p w:rsidR="00CD59E8" w:rsidRPr="00806A91" w:rsidRDefault="00CA55F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+ Gi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i Nh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t: ………………………………………………………………</w:t>
      </w:r>
    </w:p>
    <w:p w:rsidR="00CD59E8" w:rsidRPr="00806A91" w:rsidRDefault="00CA55F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+ Gi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i Nhì: ……………………………………………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…………………</w:t>
      </w:r>
    </w:p>
    <w:p w:rsidR="00CD59E8" w:rsidRPr="00806A91" w:rsidRDefault="00CA55F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     + Gi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i Ba: ………………………………………………………………</w:t>
      </w:r>
    </w:p>
    <w:p w:rsidR="00CD59E8" w:rsidRPr="00806A91" w:rsidRDefault="00CA55F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+ Khuy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n khích: …………………………………………………………</w:t>
      </w:r>
    </w:p>
    <w:p w:rsidR="00CD59E8" w:rsidRPr="00806A91" w:rsidRDefault="00CA55F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3. Phát bi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u b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m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c:</w:t>
      </w:r>
    </w:p>
    <w:p w:rsidR="00CD59E8" w:rsidRPr="00806A91" w:rsidRDefault="00CA55F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- Đ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i di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n Ban t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c/Hi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u trư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ở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ng phát bi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u đánh giá, ghi nh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n, và đ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nh hư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ớ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ng ho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t đ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ng thi đua th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i gian t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ớ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i.</w:t>
      </w:r>
    </w:p>
    <w:p w:rsidR="00CD59E8" w:rsidRPr="00806A91" w:rsidRDefault="00CA55F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- Đ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i di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 giáo viên và 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h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ọ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c sinh phát bi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u c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m tư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ở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ng, tri ân.</w:t>
      </w:r>
    </w:p>
    <w:p w:rsidR="00CD59E8" w:rsidRPr="00806A91" w:rsidRDefault="00CA55F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4. K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t thúc bu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i l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ễ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CD59E8" w:rsidRPr="00806A91" w:rsidRDefault="00CA55F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- Ho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t đ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ng b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m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c di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ễ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n ra trong không khí vui tươi, ph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n kh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ở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i, đ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m b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o an toàn, ti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ế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t ki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m, hi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u qu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CD59E8" w:rsidRPr="00806A91" w:rsidRDefault="00CA55FA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806A91">
        <w:rPr>
          <w:rFonts w:ascii="Times New Roman" w:hAnsi="Times New Roman" w:cs="Times New Roman"/>
          <w:color w:val="000000" w:themeColor="text1"/>
        </w:rPr>
        <w:t>IV. K</w:t>
      </w:r>
      <w:r w:rsidRPr="00806A91">
        <w:rPr>
          <w:rFonts w:ascii="Times New Roman" w:hAnsi="Times New Roman" w:cs="Times New Roman"/>
          <w:color w:val="000000" w:themeColor="text1"/>
        </w:rPr>
        <w:t>ế</w:t>
      </w:r>
      <w:r w:rsidRPr="00806A91">
        <w:rPr>
          <w:rFonts w:ascii="Times New Roman" w:hAnsi="Times New Roman" w:cs="Times New Roman"/>
          <w:color w:val="000000" w:themeColor="text1"/>
        </w:rPr>
        <w:t>t lu</w:t>
      </w:r>
      <w:r w:rsidRPr="00806A91">
        <w:rPr>
          <w:rFonts w:ascii="Times New Roman" w:hAnsi="Times New Roman" w:cs="Times New Roman"/>
          <w:color w:val="000000" w:themeColor="text1"/>
        </w:rPr>
        <w:t>ậ</w:t>
      </w:r>
      <w:r w:rsidRPr="00806A91">
        <w:rPr>
          <w:rFonts w:ascii="Times New Roman" w:hAnsi="Times New Roman" w:cs="Times New Roman"/>
          <w:color w:val="000000" w:themeColor="text1"/>
        </w:rPr>
        <w:t>n</w:t>
      </w:r>
    </w:p>
    <w:p w:rsidR="00CD59E8" w:rsidRPr="00806A91" w:rsidRDefault="00CA55F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- Các ho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t đ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ng chào m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ừ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ng Ngày Nhà giáo Vi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t Nam 20/11 đã hoàn thành t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t đ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ẹ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p, 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đ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t đư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c m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c tiêu đ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ra.</w:t>
      </w:r>
    </w:p>
    <w:p w:rsidR="00CD59E8" w:rsidRPr="00806A91" w:rsidRDefault="00CA55F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- Ban t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ổ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c th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ng nh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t thông qua biên b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n này làm căn c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lưu tr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ữ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, báo cáo và khen thư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ở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ng theo quy đ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806A91">
        <w:rPr>
          <w:rFonts w:ascii="Times New Roman" w:hAnsi="Times New Roman" w:cs="Times New Roman"/>
          <w:color w:val="000000" w:themeColor="text1"/>
          <w:sz w:val="26"/>
          <w:szCs w:val="26"/>
        </w:rPr>
        <w:t>nh.</w:t>
      </w:r>
    </w:p>
    <w:p w:rsidR="00CD59E8" w:rsidRDefault="00CA55FA">
      <w:pPr>
        <w:pStyle w:val="Heading2"/>
        <w:rPr>
          <w:rFonts w:ascii="Times New Roman" w:hAnsi="Times New Roman" w:cs="Times New Roman"/>
          <w:color w:val="000000" w:themeColor="text1"/>
        </w:rPr>
      </w:pPr>
      <w:r w:rsidRPr="00806A91">
        <w:rPr>
          <w:rFonts w:ascii="Times New Roman" w:hAnsi="Times New Roman" w:cs="Times New Roman"/>
          <w:color w:val="000000" w:themeColor="text1"/>
        </w:rPr>
        <w:t>V. Ch</w:t>
      </w:r>
      <w:r w:rsidRPr="00806A91">
        <w:rPr>
          <w:rFonts w:ascii="Times New Roman" w:hAnsi="Times New Roman" w:cs="Times New Roman"/>
          <w:color w:val="000000" w:themeColor="text1"/>
        </w:rPr>
        <w:t>ữ</w:t>
      </w:r>
      <w:r w:rsidRPr="00806A91">
        <w:rPr>
          <w:rFonts w:ascii="Times New Roman" w:hAnsi="Times New Roman" w:cs="Times New Roman"/>
          <w:color w:val="000000" w:themeColor="text1"/>
        </w:rPr>
        <w:t xml:space="preserve"> ký xác nh</w:t>
      </w:r>
      <w:r w:rsidRPr="00806A91">
        <w:rPr>
          <w:rFonts w:ascii="Times New Roman" w:hAnsi="Times New Roman" w:cs="Times New Roman"/>
          <w:color w:val="000000" w:themeColor="text1"/>
        </w:rPr>
        <w:t>ậ</w:t>
      </w:r>
      <w:r w:rsidRPr="00806A91">
        <w:rPr>
          <w:rFonts w:ascii="Times New Roman" w:hAnsi="Times New Roman" w:cs="Times New Roman"/>
          <w:color w:val="000000" w:themeColor="text1"/>
        </w:rPr>
        <w:t>n</w:t>
      </w:r>
    </w:p>
    <w:p w:rsidR="00806A91" w:rsidRPr="00806A91" w:rsidRDefault="00806A91" w:rsidP="00806A91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0"/>
        <w:gridCol w:w="4320"/>
      </w:tblGrid>
      <w:tr w:rsidR="00806A91" w:rsidRPr="00806A91" w:rsidTr="00806A91">
        <w:trPr>
          <w:jc w:val="center"/>
        </w:trPr>
        <w:tc>
          <w:tcPr>
            <w:tcW w:w="4320" w:type="dxa"/>
          </w:tcPr>
          <w:p w:rsidR="00CD59E8" w:rsidRPr="00806A91" w:rsidRDefault="00CA55FA" w:rsidP="00806A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806A9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THƯ KÝ</w:t>
            </w:r>
            <w:r w:rsidRPr="00806A9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br/>
              <w:t>(Ký, ghi rõ h</w:t>
            </w:r>
            <w:r w:rsidRPr="00806A9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ọ</w:t>
            </w:r>
            <w:r w:rsidRPr="00806A9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tên)</w:t>
            </w:r>
          </w:p>
        </w:tc>
        <w:tc>
          <w:tcPr>
            <w:tcW w:w="4320" w:type="dxa"/>
          </w:tcPr>
          <w:p w:rsidR="00CD59E8" w:rsidRPr="00806A91" w:rsidRDefault="00CA55FA" w:rsidP="00806A9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806A9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TRƯ</w:t>
            </w:r>
            <w:r w:rsidRPr="00806A9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Ở</w:t>
            </w:r>
            <w:r w:rsidRPr="00806A9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NG BAN T</w:t>
            </w:r>
            <w:r w:rsidRPr="00806A9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Ổ</w:t>
            </w:r>
            <w:r w:rsidRPr="00806A9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CH</w:t>
            </w:r>
            <w:r w:rsidRPr="00806A9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Ứ</w:t>
            </w:r>
            <w:r w:rsidRPr="00806A9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C</w:t>
            </w:r>
            <w:r w:rsidRPr="00806A9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br/>
              <w:t>(Ký, ghi rõ h</w:t>
            </w:r>
            <w:r w:rsidRPr="00806A9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ọ</w:t>
            </w:r>
            <w:r w:rsidRPr="00806A9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tên, đóng d</w:t>
            </w:r>
            <w:r w:rsidRPr="00806A9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ấ</w:t>
            </w:r>
            <w:r w:rsidRPr="00806A9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u n</w:t>
            </w:r>
            <w:r w:rsidRPr="00806A9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ế</w:t>
            </w:r>
            <w:r w:rsidRPr="00806A9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u có)</w:t>
            </w:r>
          </w:p>
        </w:tc>
      </w:tr>
      <w:tr w:rsidR="00806A91" w:rsidRPr="00806A91" w:rsidTr="00806A91">
        <w:trPr>
          <w:jc w:val="center"/>
        </w:trPr>
        <w:tc>
          <w:tcPr>
            <w:tcW w:w="4320" w:type="dxa"/>
          </w:tcPr>
          <w:p w:rsidR="00CD59E8" w:rsidRPr="00806A91" w:rsidRDefault="00CD59E8">
            <w:pP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4320" w:type="dxa"/>
          </w:tcPr>
          <w:p w:rsidR="00CD59E8" w:rsidRPr="00806A91" w:rsidRDefault="00CD59E8">
            <w:pP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</w:tr>
    </w:tbl>
    <w:p w:rsidR="00CA55FA" w:rsidRPr="00806A91" w:rsidRDefault="00CA55FA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sectPr w:rsidR="00CA55FA" w:rsidRPr="00806A9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06A91"/>
    <w:rsid w:val="00AA1D8D"/>
    <w:rsid w:val="00B47730"/>
    <w:rsid w:val="00CA55FA"/>
    <w:rsid w:val="00CB0664"/>
    <w:rsid w:val="00CD59E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5B2DFA78-06D8-40C6-8A46-90573194E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06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6A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5BDB391-E9D7-4E51-BFA4-728AB7BBD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2025-11-05T08:19:00Z</dcterms:created>
  <dcterms:modified xsi:type="dcterms:W3CDTF">2025-11-05T08:19:00Z</dcterms:modified>
  <cp:category/>
</cp:coreProperties>
</file>