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1"/>
        <w:gridCol w:w="5739"/>
      </w:tblGrid>
      <w:tr w:rsidR="006D675A" w:rsidRPr="006D675A" w:rsidTr="006D675A">
        <w:tc>
          <w:tcPr>
            <w:tcW w:w="2943" w:type="dxa"/>
          </w:tcPr>
          <w:p w:rsidR="006D675A" w:rsidRPr="006D675A" w:rsidRDefault="006D675A" w:rsidP="006D675A">
            <w:pPr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D675A">
              <w:rPr>
                <w:rFonts w:ascii="Times New Roman" w:hAnsi="Times New Roman" w:cs="Times New Roman"/>
                <w:b/>
                <w:sz w:val="26"/>
                <w:szCs w:val="26"/>
              </w:rPr>
              <w:t>CÔNG TY ………………</w:t>
            </w:r>
          </w:p>
          <w:p w:rsidR="006D675A" w:rsidRPr="006D675A" w:rsidRDefault="006D675A" w:rsidP="006D675A">
            <w:pPr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D675A">
              <w:rPr>
                <w:rFonts w:ascii="Times New Roman" w:hAnsi="Times New Roman" w:cs="Times New Roman"/>
                <w:b/>
                <w:sz w:val="26"/>
                <w:szCs w:val="26"/>
              </w:rPr>
              <w:t>Số: …/TB-…</w:t>
            </w:r>
          </w:p>
        </w:tc>
        <w:tc>
          <w:tcPr>
            <w:tcW w:w="5913" w:type="dxa"/>
          </w:tcPr>
          <w:p w:rsidR="006D675A" w:rsidRPr="006D675A" w:rsidRDefault="006D675A" w:rsidP="006D67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D675A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:rsidR="006D675A" w:rsidRPr="006D675A" w:rsidRDefault="006D675A" w:rsidP="006D67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D675A">
              <w:rPr>
                <w:rFonts w:ascii="Times New Roman" w:hAnsi="Times New Roman" w:cs="Times New Roman"/>
                <w:b/>
                <w:sz w:val="26"/>
                <w:szCs w:val="26"/>
              </w:rPr>
              <w:t>Độc lập-Tự do-Hạnh phúc</w:t>
            </w:r>
          </w:p>
        </w:tc>
      </w:tr>
    </w:tbl>
    <w:p w:rsidR="006D675A" w:rsidRPr="006D675A" w:rsidRDefault="006D675A" w:rsidP="006D675A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6D675A" w:rsidRPr="006D675A" w:rsidRDefault="006D675A" w:rsidP="006D675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675A">
        <w:rPr>
          <w:rFonts w:ascii="Times New Roman" w:hAnsi="Times New Roman" w:cs="Times New Roman"/>
          <w:b/>
          <w:sz w:val="26"/>
          <w:szCs w:val="26"/>
        </w:rPr>
        <w:t>THÔNG BÁO</w:t>
      </w:r>
    </w:p>
    <w:p w:rsidR="00C14F9A" w:rsidRPr="006D675A" w:rsidRDefault="006D675A" w:rsidP="006D675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675A">
        <w:rPr>
          <w:rFonts w:ascii="Times New Roman" w:hAnsi="Times New Roman" w:cs="Times New Roman"/>
          <w:b/>
          <w:sz w:val="26"/>
          <w:szCs w:val="26"/>
        </w:rPr>
        <w:t>T</w:t>
      </w:r>
      <w:r w:rsidRPr="006D675A">
        <w:rPr>
          <w:rFonts w:ascii="Times New Roman" w:hAnsi="Times New Roman" w:cs="Times New Roman"/>
          <w:b/>
          <w:sz w:val="26"/>
          <w:szCs w:val="26"/>
        </w:rPr>
        <w:t>ạ</w:t>
      </w:r>
      <w:r w:rsidRPr="006D675A">
        <w:rPr>
          <w:rFonts w:ascii="Times New Roman" w:hAnsi="Times New Roman" w:cs="Times New Roman"/>
          <w:b/>
          <w:sz w:val="26"/>
          <w:szCs w:val="26"/>
        </w:rPr>
        <w:t xml:space="preserve">m </w:t>
      </w:r>
      <w:r w:rsidRPr="006D675A">
        <w:rPr>
          <w:rFonts w:ascii="Times New Roman" w:hAnsi="Times New Roman" w:cs="Times New Roman"/>
          <w:b/>
          <w:sz w:val="26"/>
          <w:szCs w:val="26"/>
        </w:rPr>
        <w:t>ứ</w:t>
      </w:r>
      <w:r w:rsidRPr="006D675A">
        <w:rPr>
          <w:rFonts w:ascii="Times New Roman" w:hAnsi="Times New Roman" w:cs="Times New Roman"/>
          <w:b/>
          <w:sz w:val="26"/>
          <w:szCs w:val="26"/>
        </w:rPr>
        <w:t>ng lương d</w:t>
      </w:r>
      <w:r w:rsidRPr="006D675A">
        <w:rPr>
          <w:rFonts w:ascii="Times New Roman" w:hAnsi="Times New Roman" w:cs="Times New Roman"/>
          <w:b/>
          <w:sz w:val="26"/>
          <w:szCs w:val="26"/>
        </w:rPr>
        <w:t>ị</w:t>
      </w:r>
      <w:r w:rsidRPr="006D675A">
        <w:rPr>
          <w:rFonts w:ascii="Times New Roman" w:hAnsi="Times New Roman" w:cs="Times New Roman"/>
          <w:b/>
          <w:sz w:val="26"/>
          <w:szCs w:val="26"/>
        </w:rPr>
        <w:t>p ngh</w:t>
      </w:r>
      <w:r w:rsidRPr="006D675A">
        <w:rPr>
          <w:rFonts w:ascii="Times New Roman" w:hAnsi="Times New Roman" w:cs="Times New Roman"/>
          <w:b/>
          <w:sz w:val="26"/>
          <w:szCs w:val="26"/>
        </w:rPr>
        <w:t>ỉ</w:t>
      </w:r>
      <w:r w:rsidRPr="006D675A">
        <w:rPr>
          <w:rFonts w:ascii="Times New Roman" w:hAnsi="Times New Roman" w:cs="Times New Roman"/>
          <w:b/>
          <w:sz w:val="26"/>
          <w:szCs w:val="26"/>
        </w:rPr>
        <w:t xml:space="preserve"> l</w:t>
      </w:r>
      <w:r w:rsidRPr="006D675A">
        <w:rPr>
          <w:rFonts w:ascii="Times New Roman" w:hAnsi="Times New Roman" w:cs="Times New Roman"/>
          <w:b/>
          <w:sz w:val="26"/>
          <w:szCs w:val="26"/>
        </w:rPr>
        <w:t>ễ</w:t>
      </w:r>
      <w:r w:rsidRPr="006D675A">
        <w:rPr>
          <w:rFonts w:ascii="Times New Roman" w:hAnsi="Times New Roman" w:cs="Times New Roman"/>
          <w:b/>
          <w:sz w:val="26"/>
          <w:szCs w:val="26"/>
        </w:rPr>
        <w:t xml:space="preserve"> Qu</w:t>
      </w:r>
      <w:r w:rsidRPr="006D675A">
        <w:rPr>
          <w:rFonts w:ascii="Times New Roman" w:hAnsi="Times New Roman" w:cs="Times New Roman"/>
          <w:b/>
          <w:sz w:val="26"/>
          <w:szCs w:val="26"/>
        </w:rPr>
        <w:t>ốc khánh</w:t>
      </w:r>
    </w:p>
    <w:p w:rsidR="006D675A" w:rsidRPr="006D675A" w:rsidRDefault="006D675A" w:rsidP="006D675A">
      <w:pPr>
        <w:rPr>
          <w:rFonts w:ascii="Times New Roman" w:hAnsi="Times New Roman" w:cs="Times New Roman"/>
          <w:sz w:val="26"/>
          <w:szCs w:val="26"/>
        </w:rPr>
      </w:pPr>
    </w:p>
    <w:p w:rsidR="00C14F9A" w:rsidRPr="006D675A" w:rsidRDefault="006D675A">
      <w:pPr>
        <w:rPr>
          <w:rFonts w:ascii="Times New Roman" w:hAnsi="Times New Roman" w:cs="Times New Roman"/>
          <w:sz w:val="26"/>
          <w:szCs w:val="26"/>
        </w:rPr>
      </w:pPr>
      <w:r w:rsidRPr="006D675A">
        <w:rPr>
          <w:rFonts w:ascii="Times New Roman" w:hAnsi="Times New Roman" w:cs="Times New Roman"/>
          <w:sz w:val="26"/>
          <w:szCs w:val="26"/>
        </w:rPr>
        <w:t>Kính g</w:t>
      </w:r>
      <w:r w:rsidRPr="006D675A">
        <w:rPr>
          <w:rFonts w:ascii="Times New Roman" w:hAnsi="Times New Roman" w:cs="Times New Roman"/>
          <w:sz w:val="26"/>
          <w:szCs w:val="26"/>
        </w:rPr>
        <w:t>ử</w:t>
      </w:r>
      <w:r w:rsidRPr="006D675A">
        <w:rPr>
          <w:rFonts w:ascii="Times New Roman" w:hAnsi="Times New Roman" w:cs="Times New Roman"/>
          <w:sz w:val="26"/>
          <w:szCs w:val="26"/>
        </w:rPr>
        <w:t>i: Toàn th</w:t>
      </w:r>
      <w:r w:rsidRPr="006D675A">
        <w:rPr>
          <w:rFonts w:ascii="Times New Roman" w:hAnsi="Times New Roman" w:cs="Times New Roman"/>
          <w:sz w:val="26"/>
          <w:szCs w:val="26"/>
        </w:rPr>
        <w:t>ể</w:t>
      </w:r>
      <w:r w:rsidRPr="006D675A">
        <w:rPr>
          <w:rFonts w:ascii="Times New Roman" w:hAnsi="Times New Roman" w:cs="Times New Roman"/>
          <w:sz w:val="26"/>
          <w:szCs w:val="26"/>
        </w:rPr>
        <w:t xml:space="preserve"> Ngư</w:t>
      </w:r>
      <w:r w:rsidRPr="006D675A">
        <w:rPr>
          <w:rFonts w:ascii="Times New Roman" w:hAnsi="Times New Roman" w:cs="Times New Roman"/>
          <w:sz w:val="26"/>
          <w:szCs w:val="26"/>
        </w:rPr>
        <w:t>ờ</w:t>
      </w:r>
      <w:r w:rsidRPr="006D675A">
        <w:rPr>
          <w:rFonts w:ascii="Times New Roman" w:hAnsi="Times New Roman" w:cs="Times New Roman"/>
          <w:sz w:val="26"/>
          <w:szCs w:val="26"/>
        </w:rPr>
        <w:t>i lao đ</w:t>
      </w:r>
      <w:r w:rsidRPr="006D675A">
        <w:rPr>
          <w:rFonts w:ascii="Times New Roman" w:hAnsi="Times New Roman" w:cs="Times New Roman"/>
          <w:sz w:val="26"/>
          <w:szCs w:val="26"/>
        </w:rPr>
        <w:t>ộ</w:t>
      </w:r>
      <w:r w:rsidRPr="006D675A">
        <w:rPr>
          <w:rFonts w:ascii="Times New Roman" w:hAnsi="Times New Roman" w:cs="Times New Roman"/>
          <w:sz w:val="26"/>
          <w:szCs w:val="26"/>
        </w:rPr>
        <w:t>ng trong Công ty</w:t>
      </w:r>
    </w:p>
    <w:p w:rsidR="00C14F9A" w:rsidRPr="006D675A" w:rsidRDefault="006D675A">
      <w:pPr>
        <w:rPr>
          <w:rFonts w:ascii="Times New Roman" w:hAnsi="Times New Roman" w:cs="Times New Roman"/>
          <w:sz w:val="26"/>
          <w:szCs w:val="26"/>
        </w:rPr>
      </w:pPr>
      <w:r w:rsidRPr="006D675A">
        <w:rPr>
          <w:rFonts w:ascii="Times New Roman" w:hAnsi="Times New Roman" w:cs="Times New Roman"/>
          <w:sz w:val="26"/>
          <w:szCs w:val="26"/>
        </w:rPr>
        <w:t>Nh</w:t>
      </w:r>
      <w:r w:rsidRPr="006D675A">
        <w:rPr>
          <w:rFonts w:ascii="Times New Roman" w:hAnsi="Times New Roman" w:cs="Times New Roman"/>
          <w:sz w:val="26"/>
          <w:szCs w:val="26"/>
        </w:rPr>
        <w:t>ằ</w:t>
      </w:r>
      <w:r w:rsidRPr="006D675A">
        <w:rPr>
          <w:rFonts w:ascii="Times New Roman" w:hAnsi="Times New Roman" w:cs="Times New Roman"/>
          <w:sz w:val="26"/>
          <w:szCs w:val="26"/>
        </w:rPr>
        <w:t>m t</w:t>
      </w:r>
      <w:r w:rsidRPr="006D675A">
        <w:rPr>
          <w:rFonts w:ascii="Times New Roman" w:hAnsi="Times New Roman" w:cs="Times New Roman"/>
          <w:sz w:val="26"/>
          <w:szCs w:val="26"/>
        </w:rPr>
        <w:t>ạ</w:t>
      </w:r>
      <w:r w:rsidRPr="006D675A">
        <w:rPr>
          <w:rFonts w:ascii="Times New Roman" w:hAnsi="Times New Roman" w:cs="Times New Roman"/>
          <w:sz w:val="26"/>
          <w:szCs w:val="26"/>
        </w:rPr>
        <w:t>o đi</w:t>
      </w:r>
      <w:r w:rsidRPr="006D675A">
        <w:rPr>
          <w:rFonts w:ascii="Times New Roman" w:hAnsi="Times New Roman" w:cs="Times New Roman"/>
          <w:sz w:val="26"/>
          <w:szCs w:val="26"/>
        </w:rPr>
        <w:t>ề</w:t>
      </w:r>
      <w:r w:rsidRPr="006D675A">
        <w:rPr>
          <w:rFonts w:ascii="Times New Roman" w:hAnsi="Times New Roman" w:cs="Times New Roman"/>
          <w:sz w:val="26"/>
          <w:szCs w:val="26"/>
        </w:rPr>
        <w:t>u ki</w:t>
      </w:r>
      <w:r w:rsidRPr="006D675A">
        <w:rPr>
          <w:rFonts w:ascii="Times New Roman" w:hAnsi="Times New Roman" w:cs="Times New Roman"/>
          <w:sz w:val="26"/>
          <w:szCs w:val="26"/>
        </w:rPr>
        <w:t>ệ</w:t>
      </w:r>
      <w:r w:rsidRPr="006D675A">
        <w:rPr>
          <w:rFonts w:ascii="Times New Roman" w:hAnsi="Times New Roman" w:cs="Times New Roman"/>
          <w:sz w:val="26"/>
          <w:szCs w:val="26"/>
        </w:rPr>
        <w:t>n thu</w:t>
      </w:r>
      <w:r w:rsidRPr="006D675A">
        <w:rPr>
          <w:rFonts w:ascii="Times New Roman" w:hAnsi="Times New Roman" w:cs="Times New Roman"/>
          <w:sz w:val="26"/>
          <w:szCs w:val="26"/>
        </w:rPr>
        <w:t>ậ</w:t>
      </w:r>
      <w:r w:rsidRPr="006D675A">
        <w:rPr>
          <w:rFonts w:ascii="Times New Roman" w:hAnsi="Times New Roman" w:cs="Times New Roman"/>
          <w:sz w:val="26"/>
          <w:szCs w:val="26"/>
        </w:rPr>
        <w:t>n l</w:t>
      </w:r>
      <w:r w:rsidRPr="006D675A">
        <w:rPr>
          <w:rFonts w:ascii="Times New Roman" w:hAnsi="Times New Roman" w:cs="Times New Roman"/>
          <w:sz w:val="26"/>
          <w:szCs w:val="26"/>
        </w:rPr>
        <w:t>ợ</w:t>
      </w:r>
      <w:r w:rsidRPr="006D675A">
        <w:rPr>
          <w:rFonts w:ascii="Times New Roman" w:hAnsi="Times New Roman" w:cs="Times New Roman"/>
          <w:sz w:val="26"/>
          <w:szCs w:val="26"/>
        </w:rPr>
        <w:t>i cho ngư</w:t>
      </w:r>
      <w:r w:rsidRPr="006D675A">
        <w:rPr>
          <w:rFonts w:ascii="Times New Roman" w:hAnsi="Times New Roman" w:cs="Times New Roman"/>
          <w:sz w:val="26"/>
          <w:szCs w:val="26"/>
        </w:rPr>
        <w:t>ờ</w:t>
      </w:r>
      <w:r w:rsidRPr="006D675A">
        <w:rPr>
          <w:rFonts w:ascii="Times New Roman" w:hAnsi="Times New Roman" w:cs="Times New Roman"/>
          <w:sz w:val="26"/>
          <w:szCs w:val="26"/>
        </w:rPr>
        <w:t>i lao đ</w:t>
      </w:r>
      <w:r w:rsidRPr="006D675A">
        <w:rPr>
          <w:rFonts w:ascii="Times New Roman" w:hAnsi="Times New Roman" w:cs="Times New Roman"/>
          <w:sz w:val="26"/>
          <w:szCs w:val="26"/>
        </w:rPr>
        <w:t>ộ</w:t>
      </w:r>
      <w:r w:rsidRPr="006D675A">
        <w:rPr>
          <w:rFonts w:ascii="Times New Roman" w:hAnsi="Times New Roman" w:cs="Times New Roman"/>
          <w:sz w:val="26"/>
          <w:szCs w:val="26"/>
        </w:rPr>
        <w:t>ng trong vi</w:t>
      </w:r>
      <w:r w:rsidRPr="006D675A">
        <w:rPr>
          <w:rFonts w:ascii="Times New Roman" w:hAnsi="Times New Roman" w:cs="Times New Roman"/>
          <w:sz w:val="26"/>
          <w:szCs w:val="26"/>
        </w:rPr>
        <w:t>ệ</w:t>
      </w:r>
      <w:r w:rsidRPr="006D675A">
        <w:rPr>
          <w:rFonts w:ascii="Times New Roman" w:hAnsi="Times New Roman" w:cs="Times New Roman"/>
          <w:sz w:val="26"/>
          <w:szCs w:val="26"/>
        </w:rPr>
        <w:t>c chu</w:t>
      </w:r>
      <w:r w:rsidRPr="006D675A">
        <w:rPr>
          <w:rFonts w:ascii="Times New Roman" w:hAnsi="Times New Roman" w:cs="Times New Roman"/>
          <w:sz w:val="26"/>
          <w:szCs w:val="26"/>
        </w:rPr>
        <w:t>ẩ</w:t>
      </w:r>
      <w:r w:rsidRPr="006D675A">
        <w:rPr>
          <w:rFonts w:ascii="Times New Roman" w:hAnsi="Times New Roman" w:cs="Times New Roman"/>
          <w:sz w:val="26"/>
          <w:szCs w:val="26"/>
        </w:rPr>
        <w:t>n b</w:t>
      </w:r>
      <w:r w:rsidRPr="006D675A">
        <w:rPr>
          <w:rFonts w:ascii="Times New Roman" w:hAnsi="Times New Roman" w:cs="Times New Roman"/>
          <w:sz w:val="26"/>
          <w:szCs w:val="26"/>
        </w:rPr>
        <w:t>ị</w:t>
      </w:r>
      <w:r w:rsidRPr="006D675A">
        <w:rPr>
          <w:rFonts w:ascii="Times New Roman" w:hAnsi="Times New Roman" w:cs="Times New Roman"/>
          <w:sz w:val="26"/>
          <w:szCs w:val="26"/>
        </w:rPr>
        <w:t xml:space="preserve"> cho k</w:t>
      </w:r>
      <w:r w:rsidRPr="006D675A">
        <w:rPr>
          <w:rFonts w:ascii="Times New Roman" w:hAnsi="Times New Roman" w:cs="Times New Roman"/>
          <w:sz w:val="26"/>
          <w:szCs w:val="26"/>
        </w:rPr>
        <w:t>ỳ</w:t>
      </w:r>
      <w:r w:rsidRPr="006D675A">
        <w:rPr>
          <w:rFonts w:ascii="Times New Roman" w:hAnsi="Times New Roman" w:cs="Times New Roman"/>
          <w:sz w:val="26"/>
          <w:szCs w:val="26"/>
        </w:rPr>
        <w:t xml:space="preserve"> ngh</w:t>
      </w:r>
      <w:r w:rsidRPr="006D675A">
        <w:rPr>
          <w:rFonts w:ascii="Times New Roman" w:hAnsi="Times New Roman" w:cs="Times New Roman"/>
          <w:sz w:val="26"/>
          <w:szCs w:val="26"/>
        </w:rPr>
        <w:t>ỉ</w:t>
      </w:r>
      <w:r w:rsidRPr="006D675A">
        <w:rPr>
          <w:rFonts w:ascii="Times New Roman" w:hAnsi="Times New Roman" w:cs="Times New Roman"/>
          <w:sz w:val="26"/>
          <w:szCs w:val="26"/>
        </w:rPr>
        <w:t xml:space="preserve"> l</w:t>
      </w:r>
      <w:r w:rsidRPr="006D675A">
        <w:rPr>
          <w:rFonts w:ascii="Times New Roman" w:hAnsi="Times New Roman" w:cs="Times New Roman"/>
          <w:sz w:val="26"/>
          <w:szCs w:val="26"/>
        </w:rPr>
        <w:t>ễ</w:t>
      </w:r>
      <w:r w:rsidRPr="006D675A">
        <w:rPr>
          <w:rFonts w:ascii="Times New Roman" w:hAnsi="Times New Roman" w:cs="Times New Roman"/>
          <w:sz w:val="26"/>
          <w:szCs w:val="26"/>
        </w:rPr>
        <w:t xml:space="preserve"> Qu</w:t>
      </w:r>
      <w:r w:rsidRPr="006D675A">
        <w:rPr>
          <w:rFonts w:ascii="Times New Roman" w:hAnsi="Times New Roman" w:cs="Times New Roman"/>
          <w:sz w:val="26"/>
          <w:szCs w:val="26"/>
        </w:rPr>
        <w:t>ố</w:t>
      </w:r>
      <w:r w:rsidRPr="006D675A">
        <w:rPr>
          <w:rFonts w:ascii="Times New Roman" w:hAnsi="Times New Roman" w:cs="Times New Roman"/>
          <w:sz w:val="26"/>
          <w:szCs w:val="26"/>
        </w:rPr>
        <w:t>c khánh 2/9, Ban Giám đ</w:t>
      </w:r>
      <w:r w:rsidRPr="006D675A">
        <w:rPr>
          <w:rFonts w:ascii="Times New Roman" w:hAnsi="Times New Roman" w:cs="Times New Roman"/>
          <w:sz w:val="26"/>
          <w:szCs w:val="26"/>
        </w:rPr>
        <w:t>ố</w:t>
      </w:r>
      <w:r w:rsidRPr="006D675A">
        <w:rPr>
          <w:rFonts w:ascii="Times New Roman" w:hAnsi="Times New Roman" w:cs="Times New Roman"/>
          <w:sz w:val="26"/>
          <w:szCs w:val="26"/>
        </w:rPr>
        <w:t>c Công ty quy</w:t>
      </w:r>
      <w:r w:rsidRPr="006D675A">
        <w:rPr>
          <w:rFonts w:ascii="Times New Roman" w:hAnsi="Times New Roman" w:cs="Times New Roman"/>
          <w:sz w:val="26"/>
          <w:szCs w:val="26"/>
        </w:rPr>
        <w:t>ế</w:t>
      </w:r>
      <w:r w:rsidRPr="006D675A">
        <w:rPr>
          <w:rFonts w:ascii="Times New Roman" w:hAnsi="Times New Roman" w:cs="Times New Roman"/>
          <w:sz w:val="26"/>
          <w:szCs w:val="26"/>
        </w:rPr>
        <w:t>t</w:t>
      </w:r>
      <w:r w:rsidRPr="006D675A">
        <w:rPr>
          <w:rFonts w:ascii="Times New Roman" w:hAnsi="Times New Roman" w:cs="Times New Roman"/>
          <w:sz w:val="26"/>
          <w:szCs w:val="26"/>
        </w:rPr>
        <w:t xml:space="preserve"> đ</w:t>
      </w:r>
      <w:r w:rsidRPr="006D675A">
        <w:rPr>
          <w:rFonts w:ascii="Times New Roman" w:hAnsi="Times New Roman" w:cs="Times New Roman"/>
          <w:sz w:val="26"/>
          <w:szCs w:val="26"/>
        </w:rPr>
        <w:t>ị</w:t>
      </w:r>
      <w:r w:rsidRPr="006D675A">
        <w:rPr>
          <w:rFonts w:ascii="Times New Roman" w:hAnsi="Times New Roman" w:cs="Times New Roman"/>
          <w:sz w:val="26"/>
          <w:szCs w:val="26"/>
        </w:rPr>
        <w:t>nh th</w:t>
      </w:r>
      <w:r w:rsidRPr="006D675A">
        <w:rPr>
          <w:rFonts w:ascii="Times New Roman" w:hAnsi="Times New Roman" w:cs="Times New Roman"/>
          <w:sz w:val="26"/>
          <w:szCs w:val="26"/>
        </w:rPr>
        <w:t>ự</w:t>
      </w:r>
      <w:r w:rsidRPr="006D675A">
        <w:rPr>
          <w:rFonts w:ascii="Times New Roman" w:hAnsi="Times New Roman" w:cs="Times New Roman"/>
          <w:sz w:val="26"/>
          <w:szCs w:val="26"/>
        </w:rPr>
        <w:t>c hi</w:t>
      </w:r>
      <w:r w:rsidRPr="006D675A">
        <w:rPr>
          <w:rFonts w:ascii="Times New Roman" w:hAnsi="Times New Roman" w:cs="Times New Roman"/>
          <w:sz w:val="26"/>
          <w:szCs w:val="26"/>
        </w:rPr>
        <w:t>ệ</w:t>
      </w:r>
      <w:r w:rsidRPr="006D675A">
        <w:rPr>
          <w:rFonts w:ascii="Times New Roman" w:hAnsi="Times New Roman" w:cs="Times New Roman"/>
          <w:sz w:val="26"/>
          <w:szCs w:val="26"/>
        </w:rPr>
        <w:t>n chính sách t</w:t>
      </w:r>
      <w:r w:rsidRPr="006D675A">
        <w:rPr>
          <w:rFonts w:ascii="Times New Roman" w:hAnsi="Times New Roman" w:cs="Times New Roman"/>
          <w:sz w:val="26"/>
          <w:szCs w:val="26"/>
        </w:rPr>
        <w:t>ạ</w:t>
      </w:r>
      <w:r w:rsidRPr="006D675A">
        <w:rPr>
          <w:rFonts w:ascii="Times New Roman" w:hAnsi="Times New Roman" w:cs="Times New Roman"/>
          <w:sz w:val="26"/>
          <w:szCs w:val="26"/>
        </w:rPr>
        <w:t xml:space="preserve">m </w:t>
      </w:r>
      <w:r w:rsidRPr="006D675A">
        <w:rPr>
          <w:rFonts w:ascii="Times New Roman" w:hAnsi="Times New Roman" w:cs="Times New Roman"/>
          <w:sz w:val="26"/>
          <w:szCs w:val="26"/>
        </w:rPr>
        <w:t>ứ</w:t>
      </w:r>
      <w:r w:rsidRPr="006D675A">
        <w:rPr>
          <w:rFonts w:ascii="Times New Roman" w:hAnsi="Times New Roman" w:cs="Times New Roman"/>
          <w:sz w:val="26"/>
          <w:szCs w:val="26"/>
        </w:rPr>
        <w:t>ng lương tháng …/20… như sau:</w:t>
      </w:r>
    </w:p>
    <w:p w:rsidR="00C14F9A" w:rsidRPr="006D675A" w:rsidRDefault="006D675A">
      <w:pPr>
        <w:rPr>
          <w:rFonts w:ascii="Times New Roman" w:hAnsi="Times New Roman" w:cs="Times New Roman"/>
          <w:sz w:val="26"/>
          <w:szCs w:val="26"/>
        </w:rPr>
      </w:pPr>
      <w:r w:rsidRPr="006D675A">
        <w:rPr>
          <w:rFonts w:ascii="Times New Roman" w:hAnsi="Times New Roman" w:cs="Times New Roman"/>
          <w:sz w:val="26"/>
          <w:szCs w:val="26"/>
        </w:rPr>
        <w:t>1. Đ</w:t>
      </w:r>
      <w:r w:rsidRPr="006D675A">
        <w:rPr>
          <w:rFonts w:ascii="Times New Roman" w:hAnsi="Times New Roman" w:cs="Times New Roman"/>
          <w:sz w:val="26"/>
          <w:szCs w:val="26"/>
        </w:rPr>
        <w:t>ố</w:t>
      </w:r>
      <w:r w:rsidRPr="006D675A">
        <w:rPr>
          <w:rFonts w:ascii="Times New Roman" w:hAnsi="Times New Roman" w:cs="Times New Roman"/>
          <w:sz w:val="26"/>
          <w:szCs w:val="26"/>
        </w:rPr>
        <w:t>i tư</w:t>
      </w:r>
      <w:r w:rsidRPr="006D675A">
        <w:rPr>
          <w:rFonts w:ascii="Times New Roman" w:hAnsi="Times New Roman" w:cs="Times New Roman"/>
          <w:sz w:val="26"/>
          <w:szCs w:val="26"/>
        </w:rPr>
        <w:t>ợ</w:t>
      </w:r>
      <w:r w:rsidRPr="006D675A">
        <w:rPr>
          <w:rFonts w:ascii="Times New Roman" w:hAnsi="Times New Roman" w:cs="Times New Roman"/>
          <w:sz w:val="26"/>
          <w:szCs w:val="26"/>
        </w:rPr>
        <w:t>ng áp d</w:t>
      </w:r>
      <w:r w:rsidRPr="006D675A">
        <w:rPr>
          <w:rFonts w:ascii="Times New Roman" w:hAnsi="Times New Roman" w:cs="Times New Roman"/>
          <w:sz w:val="26"/>
          <w:szCs w:val="26"/>
        </w:rPr>
        <w:t>ụ</w:t>
      </w:r>
      <w:r w:rsidRPr="006D675A">
        <w:rPr>
          <w:rFonts w:ascii="Times New Roman" w:hAnsi="Times New Roman" w:cs="Times New Roman"/>
          <w:sz w:val="26"/>
          <w:szCs w:val="26"/>
        </w:rPr>
        <w:t>ng: Toàn b</w:t>
      </w:r>
      <w:r w:rsidRPr="006D675A">
        <w:rPr>
          <w:rFonts w:ascii="Times New Roman" w:hAnsi="Times New Roman" w:cs="Times New Roman"/>
          <w:sz w:val="26"/>
          <w:szCs w:val="26"/>
        </w:rPr>
        <w:t>ộ</w:t>
      </w:r>
      <w:r w:rsidRPr="006D675A">
        <w:rPr>
          <w:rFonts w:ascii="Times New Roman" w:hAnsi="Times New Roman" w:cs="Times New Roman"/>
          <w:sz w:val="26"/>
          <w:szCs w:val="26"/>
        </w:rPr>
        <w:t xml:space="preserve"> ngư</w:t>
      </w:r>
      <w:r w:rsidRPr="006D675A">
        <w:rPr>
          <w:rFonts w:ascii="Times New Roman" w:hAnsi="Times New Roman" w:cs="Times New Roman"/>
          <w:sz w:val="26"/>
          <w:szCs w:val="26"/>
        </w:rPr>
        <w:t>ờ</w:t>
      </w:r>
      <w:r w:rsidRPr="006D675A">
        <w:rPr>
          <w:rFonts w:ascii="Times New Roman" w:hAnsi="Times New Roman" w:cs="Times New Roman"/>
          <w:sz w:val="26"/>
          <w:szCs w:val="26"/>
        </w:rPr>
        <w:t>i lao đ</w:t>
      </w:r>
      <w:r w:rsidRPr="006D675A">
        <w:rPr>
          <w:rFonts w:ascii="Times New Roman" w:hAnsi="Times New Roman" w:cs="Times New Roman"/>
          <w:sz w:val="26"/>
          <w:szCs w:val="26"/>
        </w:rPr>
        <w:t>ộ</w:t>
      </w:r>
      <w:r w:rsidRPr="006D675A">
        <w:rPr>
          <w:rFonts w:ascii="Times New Roman" w:hAnsi="Times New Roman" w:cs="Times New Roman"/>
          <w:sz w:val="26"/>
          <w:szCs w:val="26"/>
        </w:rPr>
        <w:t>ng đang làm vi</w:t>
      </w:r>
      <w:r w:rsidRPr="006D675A">
        <w:rPr>
          <w:rFonts w:ascii="Times New Roman" w:hAnsi="Times New Roman" w:cs="Times New Roman"/>
          <w:sz w:val="26"/>
          <w:szCs w:val="26"/>
        </w:rPr>
        <w:t>ệ</w:t>
      </w:r>
      <w:r w:rsidRPr="006D675A">
        <w:rPr>
          <w:rFonts w:ascii="Times New Roman" w:hAnsi="Times New Roman" w:cs="Times New Roman"/>
          <w:sz w:val="26"/>
          <w:szCs w:val="26"/>
        </w:rPr>
        <w:t>c t</w:t>
      </w:r>
      <w:r w:rsidRPr="006D675A">
        <w:rPr>
          <w:rFonts w:ascii="Times New Roman" w:hAnsi="Times New Roman" w:cs="Times New Roman"/>
          <w:sz w:val="26"/>
          <w:szCs w:val="26"/>
        </w:rPr>
        <w:t>ạ</w:t>
      </w:r>
      <w:r w:rsidRPr="006D675A">
        <w:rPr>
          <w:rFonts w:ascii="Times New Roman" w:hAnsi="Times New Roman" w:cs="Times New Roman"/>
          <w:sz w:val="26"/>
          <w:szCs w:val="26"/>
        </w:rPr>
        <w:t>i Công ty.</w:t>
      </w:r>
    </w:p>
    <w:p w:rsidR="00C14F9A" w:rsidRPr="006D675A" w:rsidRDefault="006D675A">
      <w:pPr>
        <w:rPr>
          <w:rFonts w:ascii="Times New Roman" w:hAnsi="Times New Roman" w:cs="Times New Roman"/>
          <w:sz w:val="26"/>
          <w:szCs w:val="26"/>
        </w:rPr>
      </w:pPr>
      <w:r w:rsidRPr="006D675A">
        <w:rPr>
          <w:rFonts w:ascii="Times New Roman" w:hAnsi="Times New Roman" w:cs="Times New Roman"/>
          <w:sz w:val="26"/>
          <w:szCs w:val="26"/>
        </w:rPr>
        <w:t>2. M</w:t>
      </w:r>
      <w:r w:rsidRPr="006D675A">
        <w:rPr>
          <w:rFonts w:ascii="Times New Roman" w:hAnsi="Times New Roman" w:cs="Times New Roman"/>
          <w:sz w:val="26"/>
          <w:szCs w:val="26"/>
        </w:rPr>
        <w:t>ứ</w:t>
      </w:r>
      <w:r w:rsidRPr="006D675A">
        <w:rPr>
          <w:rFonts w:ascii="Times New Roman" w:hAnsi="Times New Roman" w:cs="Times New Roman"/>
          <w:sz w:val="26"/>
          <w:szCs w:val="26"/>
        </w:rPr>
        <w:t>c t</w:t>
      </w:r>
      <w:r w:rsidRPr="006D675A">
        <w:rPr>
          <w:rFonts w:ascii="Times New Roman" w:hAnsi="Times New Roman" w:cs="Times New Roman"/>
          <w:sz w:val="26"/>
          <w:szCs w:val="26"/>
        </w:rPr>
        <w:t>ạ</w:t>
      </w:r>
      <w:r w:rsidRPr="006D675A">
        <w:rPr>
          <w:rFonts w:ascii="Times New Roman" w:hAnsi="Times New Roman" w:cs="Times New Roman"/>
          <w:sz w:val="26"/>
          <w:szCs w:val="26"/>
        </w:rPr>
        <w:t xml:space="preserve">m </w:t>
      </w:r>
      <w:r w:rsidRPr="006D675A">
        <w:rPr>
          <w:rFonts w:ascii="Times New Roman" w:hAnsi="Times New Roman" w:cs="Times New Roman"/>
          <w:sz w:val="26"/>
          <w:szCs w:val="26"/>
        </w:rPr>
        <w:t>ứ</w:t>
      </w:r>
      <w:r w:rsidRPr="006D675A">
        <w:rPr>
          <w:rFonts w:ascii="Times New Roman" w:hAnsi="Times New Roman" w:cs="Times New Roman"/>
          <w:sz w:val="26"/>
          <w:szCs w:val="26"/>
        </w:rPr>
        <w:t>ng: T</w:t>
      </w:r>
      <w:r w:rsidRPr="006D675A">
        <w:rPr>
          <w:rFonts w:ascii="Times New Roman" w:hAnsi="Times New Roman" w:cs="Times New Roman"/>
          <w:sz w:val="26"/>
          <w:szCs w:val="26"/>
        </w:rPr>
        <w:t>ố</w:t>
      </w:r>
      <w:r w:rsidRPr="006D675A">
        <w:rPr>
          <w:rFonts w:ascii="Times New Roman" w:hAnsi="Times New Roman" w:cs="Times New Roman"/>
          <w:sz w:val="26"/>
          <w:szCs w:val="26"/>
        </w:rPr>
        <w:t>i đa …% m</w:t>
      </w:r>
      <w:r w:rsidRPr="006D675A">
        <w:rPr>
          <w:rFonts w:ascii="Times New Roman" w:hAnsi="Times New Roman" w:cs="Times New Roman"/>
          <w:sz w:val="26"/>
          <w:szCs w:val="26"/>
        </w:rPr>
        <w:t>ứ</w:t>
      </w:r>
      <w:r w:rsidRPr="006D675A">
        <w:rPr>
          <w:rFonts w:ascii="Times New Roman" w:hAnsi="Times New Roman" w:cs="Times New Roman"/>
          <w:sz w:val="26"/>
          <w:szCs w:val="26"/>
        </w:rPr>
        <w:t>c lương tháng …/20…</w:t>
      </w:r>
    </w:p>
    <w:p w:rsidR="00C14F9A" w:rsidRPr="006D675A" w:rsidRDefault="006D675A">
      <w:pPr>
        <w:rPr>
          <w:rFonts w:ascii="Times New Roman" w:hAnsi="Times New Roman" w:cs="Times New Roman"/>
          <w:sz w:val="26"/>
          <w:szCs w:val="26"/>
        </w:rPr>
      </w:pPr>
      <w:r w:rsidRPr="006D675A">
        <w:rPr>
          <w:rFonts w:ascii="Times New Roman" w:hAnsi="Times New Roman" w:cs="Times New Roman"/>
          <w:sz w:val="26"/>
          <w:szCs w:val="26"/>
        </w:rPr>
        <w:t>3. Th</w:t>
      </w:r>
      <w:r w:rsidRPr="006D675A">
        <w:rPr>
          <w:rFonts w:ascii="Times New Roman" w:hAnsi="Times New Roman" w:cs="Times New Roman"/>
          <w:sz w:val="26"/>
          <w:szCs w:val="26"/>
        </w:rPr>
        <w:t>ờ</w:t>
      </w:r>
      <w:r w:rsidRPr="006D675A">
        <w:rPr>
          <w:rFonts w:ascii="Times New Roman" w:hAnsi="Times New Roman" w:cs="Times New Roman"/>
          <w:sz w:val="26"/>
          <w:szCs w:val="26"/>
        </w:rPr>
        <w:t>i gian chi tr</w:t>
      </w:r>
      <w:r w:rsidRPr="006D675A">
        <w:rPr>
          <w:rFonts w:ascii="Times New Roman" w:hAnsi="Times New Roman" w:cs="Times New Roman"/>
          <w:sz w:val="26"/>
          <w:szCs w:val="26"/>
        </w:rPr>
        <w:t>ả</w:t>
      </w:r>
      <w:r w:rsidRPr="006D675A">
        <w:rPr>
          <w:rFonts w:ascii="Times New Roman" w:hAnsi="Times New Roman" w:cs="Times New Roman"/>
          <w:sz w:val="26"/>
          <w:szCs w:val="26"/>
        </w:rPr>
        <w:t>: Ngày … tháng … năm 20…</w:t>
      </w:r>
    </w:p>
    <w:p w:rsidR="00C14F9A" w:rsidRPr="006D675A" w:rsidRDefault="006D675A">
      <w:pPr>
        <w:rPr>
          <w:rFonts w:ascii="Times New Roman" w:hAnsi="Times New Roman" w:cs="Times New Roman"/>
          <w:sz w:val="26"/>
          <w:szCs w:val="26"/>
        </w:rPr>
      </w:pPr>
      <w:r w:rsidRPr="006D675A">
        <w:rPr>
          <w:rFonts w:ascii="Times New Roman" w:hAnsi="Times New Roman" w:cs="Times New Roman"/>
          <w:sz w:val="26"/>
          <w:szCs w:val="26"/>
        </w:rPr>
        <w:t>4. Hình th</w:t>
      </w:r>
      <w:r w:rsidRPr="006D675A">
        <w:rPr>
          <w:rFonts w:ascii="Times New Roman" w:hAnsi="Times New Roman" w:cs="Times New Roman"/>
          <w:sz w:val="26"/>
          <w:szCs w:val="26"/>
        </w:rPr>
        <w:t>ứ</w:t>
      </w:r>
      <w:r w:rsidRPr="006D675A">
        <w:rPr>
          <w:rFonts w:ascii="Times New Roman" w:hAnsi="Times New Roman" w:cs="Times New Roman"/>
          <w:sz w:val="26"/>
          <w:szCs w:val="26"/>
        </w:rPr>
        <w:t>c chi tr</w:t>
      </w:r>
      <w:r w:rsidRPr="006D675A">
        <w:rPr>
          <w:rFonts w:ascii="Times New Roman" w:hAnsi="Times New Roman" w:cs="Times New Roman"/>
          <w:sz w:val="26"/>
          <w:szCs w:val="26"/>
        </w:rPr>
        <w:t>ả</w:t>
      </w:r>
      <w:r w:rsidRPr="006D675A">
        <w:rPr>
          <w:rFonts w:ascii="Times New Roman" w:hAnsi="Times New Roman" w:cs="Times New Roman"/>
          <w:sz w:val="26"/>
          <w:szCs w:val="26"/>
        </w:rPr>
        <w:t>: Chuy</w:t>
      </w:r>
      <w:r w:rsidRPr="006D675A">
        <w:rPr>
          <w:rFonts w:ascii="Times New Roman" w:hAnsi="Times New Roman" w:cs="Times New Roman"/>
          <w:sz w:val="26"/>
          <w:szCs w:val="26"/>
        </w:rPr>
        <w:t>ể</w:t>
      </w:r>
      <w:r w:rsidRPr="006D675A">
        <w:rPr>
          <w:rFonts w:ascii="Times New Roman" w:hAnsi="Times New Roman" w:cs="Times New Roman"/>
          <w:sz w:val="26"/>
          <w:szCs w:val="26"/>
        </w:rPr>
        <w:t xml:space="preserve">n </w:t>
      </w:r>
      <w:r w:rsidRPr="006D675A">
        <w:rPr>
          <w:rFonts w:ascii="Times New Roman" w:hAnsi="Times New Roman" w:cs="Times New Roman"/>
          <w:sz w:val="26"/>
          <w:szCs w:val="26"/>
        </w:rPr>
        <w:t>kho</w:t>
      </w:r>
      <w:r w:rsidRPr="006D675A">
        <w:rPr>
          <w:rFonts w:ascii="Times New Roman" w:hAnsi="Times New Roman" w:cs="Times New Roman"/>
          <w:sz w:val="26"/>
          <w:szCs w:val="26"/>
        </w:rPr>
        <w:t>ả</w:t>
      </w:r>
      <w:r w:rsidRPr="006D675A">
        <w:rPr>
          <w:rFonts w:ascii="Times New Roman" w:hAnsi="Times New Roman" w:cs="Times New Roman"/>
          <w:sz w:val="26"/>
          <w:szCs w:val="26"/>
        </w:rPr>
        <w:t>n vào tài kho</w:t>
      </w:r>
      <w:r w:rsidRPr="006D675A">
        <w:rPr>
          <w:rFonts w:ascii="Times New Roman" w:hAnsi="Times New Roman" w:cs="Times New Roman"/>
          <w:sz w:val="26"/>
          <w:szCs w:val="26"/>
        </w:rPr>
        <w:t>ả</w:t>
      </w:r>
      <w:r w:rsidRPr="006D675A">
        <w:rPr>
          <w:rFonts w:ascii="Times New Roman" w:hAnsi="Times New Roman" w:cs="Times New Roman"/>
          <w:sz w:val="26"/>
          <w:szCs w:val="26"/>
        </w:rPr>
        <w:t>n lương c</w:t>
      </w:r>
      <w:r w:rsidRPr="006D675A">
        <w:rPr>
          <w:rFonts w:ascii="Times New Roman" w:hAnsi="Times New Roman" w:cs="Times New Roman"/>
          <w:sz w:val="26"/>
          <w:szCs w:val="26"/>
        </w:rPr>
        <w:t>ủ</w:t>
      </w:r>
      <w:r w:rsidRPr="006D675A">
        <w:rPr>
          <w:rFonts w:ascii="Times New Roman" w:hAnsi="Times New Roman" w:cs="Times New Roman"/>
          <w:sz w:val="26"/>
          <w:szCs w:val="26"/>
        </w:rPr>
        <w:t>a ngư</w:t>
      </w:r>
      <w:r w:rsidRPr="006D675A">
        <w:rPr>
          <w:rFonts w:ascii="Times New Roman" w:hAnsi="Times New Roman" w:cs="Times New Roman"/>
          <w:sz w:val="26"/>
          <w:szCs w:val="26"/>
        </w:rPr>
        <w:t>ờ</w:t>
      </w:r>
      <w:r w:rsidRPr="006D675A">
        <w:rPr>
          <w:rFonts w:ascii="Times New Roman" w:hAnsi="Times New Roman" w:cs="Times New Roman"/>
          <w:sz w:val="26"/>
          <w:szCs w:val="26"/>
        </w:rPr>
        <w:t>i lao đ</w:t>
      </w:r>
      <w:r w:rsidRPr="006D675A">
        <w:rPr>
          <w:rFonts w:ascii="Times New Roman" w:hAnsi="Times New Roman" w:cs="Times New Roman"/>
          <w:sz w:val="26"/>
          <w:szCs w:val="26"/>
        </w:rPr>
        <w:t>ộ</w:t>
      </w:r>
      <w:r w:rsidRPr="006D675A">
        <w:rPr>
          <w:rFonts w:ascii="Times New Roman" w:hAnsi="Times New Roman" w:cs="Times New Roman"/>
          <w:sz w:val="26"/>
          <w:szCs w:val="26"/>
        </w:rPr>
        <w:t>ng.</w:t>
      </w:r>
    </w:p>
    <w:p w:rsidR="00C14F9A" w:rsidRPr="006D675A" w:rsidRDefault="006D675A">
      <w:pPr>
        <w:rPr>
          <w:rFonts w:ascii="Times New Roman" w:hAnsi="Times New Roman" w:cs="Times New Roman"/>
          <w:sz w:val="26"/>
          <w:szCs w:val="26"/>
        </w:rPr>
      </w:pPr>
      <w:r w:rsidRPr="006D675A">
        <w:rPr>
          <w:rFonts w:ascii="Times New Roman" w:hAnsi="Times New Roman" w:cs="Times New Roman"/>
          <w:sz w:val="26"/>
          <w:szCs w:val="26"/>
        </w:rPr>
        <w:t>5. Th</w:t>
      </w:r>
      <w:r w:rsidRPr="006D675A">
        <w:rPr>
          <w:rFonts w:ascii="Times New Roman" w:hAnsi="Times New Roman" w:cs="Times New Roman"/>
          <w:sz w:val="26"/>
          <w:szCs w:val="26"/>
        </w:rPr>
        <w:t>ủ</w:t>
      </w:r>
      <w:r w:rsidRPr="006D675A">
        <w:rPr>
          <w:rFonts w:ascii="Times New Roman" w:hAnsi="Times New Roman" w:cs="Times New Roman"/>
          <w:sz w:val="26"/>
          <w:szCs w:val="26"/>
        </w:rPr>
        <w:t xml:space="preserve"> t</w:t>
      </w:r>
      <w:r w:rsidRPr="006D675A">
        <w:rPr>
          <w:rFonts w:ascii="Times New Roman" w:hAnsi="Times New Roman" w:cs="Times New Roman"/>
          <w:sz w:val="26"/>
          <w:szCs w:val="26"/>
        </w:rPr>
        <w:t>ụ</w:t>
      </w:r>
      <w:r w:rsidRPr="006D675A">
        <w:rPr>
          <w:rFonts w:ascii="Times New Roman" w:hAnsi="Times New Roman" w:cs="Times New Roman"/>
          <w:sz w:val="26"/>
          <w:szCs w:val="26"/>
        </w:rPr>
        <w:t>c đăng ký: Ngư</w:t>
      </w:r>
      <w:r w:rsidRPr="006D675A">
        <w:rPr>
          <w:rFonts w:ascii="Times New Roman" w:hAnsi="Times New Roman" w:cs="Times New Roman"/>
          <w:sz w:val="26"/>
          <w:szCs w:val="26"/>
        </w:rPr>
        <w:t>ờ</w:t>
      </w:r>
      <w:r w:rsidRPr="006D675A">
        <w:rPr>
          <w:rFonts w:ascii="Times New Roman" w:hAnsi="Times New Roman" w:cs="Times New Roman"/>
          <w:sz w:val="26"/>
          <w:szCs w:val="26"/>
        </w:rPr>
        <w:t>i lao đ</w:t>
      </w:r>
      <w:r w:rsidRPr="006D675A">
        <w:rPr>
          <w:rFonts w:ascii="Times New Roman" w:hAnsi="Times New Roman" w:cs="Times New Roman"/>
          <w:sz w:val="26"/>
          <w:szCs w:val="26"/>
        </w:rPr>
        <w:t>ộ</w:t>
      </w:r>
      <w:r w:rsidRPr="006D675A">
        <w:rPr>
          <w:rFonts w:ascii="Times New Roman" w:hAnsi="Times New Roman" w:cs="Times New Roman"/>
          <w:sz w:val="26"/>
          <w:szCs w:val="26"/>
        </w:rPr>
        <w:t>ng có nhu c</w:t>
      </w:r>
      <w:r w:rsidRPr="006D675A">
        <w:rPr>
          <w:rFonts w:ascii="Times New Roman" w:hAnsi="Times New Roman" w:cs="Times New Roman"/>
          <w:sz w:val="26"/>
          <w:szCs w:val="26"/>
        </w:rPr>
        <w:t>ầ</w:t>
      </w:r>
      <w:r w:rsidRPr="006D675A">
        <w:rPr>
          <w:rFonts w:ascii="Times New Roman" w:hAnsi="Times New Roman" w:cs="Times New Roman"/>
          <w:sz w:val="26"/>
          <w:szCs w:val="26"/>
        </w:rPr>
        <w:t>u t</w:t>
      </w:r>
      <w:r w:rsidRPr="006D675A">
        <w:rPr>
          <w:rFonts w:ascii="Times New Roman" w:hAnsi="Times New Roman" w:cs="Times New Roman"/>
          <w:sz w:val="26"/>
          <w:szCs w:val="26"/>
        </w:rPr>
        <w:t>ạ</w:t>
      </w:r>
      <w:r w:rsidRPr="006D675A">
        <w:rPr>
          <w:rFonts w:ascii="Times New Roman" w:hAnsi="Times New Roman" w:cs="Times New Roman"/>
          <w:sz w:val="26"/>
          <w:szCs w:val="26"/>
        </w:rPr>
        <w:t xml:space="preserve">m </w:t>
      </w:r>
      <w:r w:rsidRPr="006D675A">
        <w:rPr>
          <w:rFonts w:ascii="Times New Roman" w:hAnsi="Times New Roman" w:cs="Times New Roman"/>
          <w:sz w:val="26"/>
          <w:szCs w:val="26"/>
        </w:rPr>
        <w:t>ứ</w:t>
      </w:r>
      <w:r w:rsidRPr="006D675A">
        <w:rPr>
          <w:rFonts w:ascii="Times New Roman" w:hAnsi="Times New Roman" w:cs="Times New Roman"/>
          <w:sz w:val="26"/>
          <w:szCs w:val="26"/>
        </w:rPr>
        <w:t>ng lương vui lòng đăng ký v</w:t>
      </w:r>
      <w:r w:rsidRPr="006D675A">
        <w:rPr>
          <w:rFonts w:ascii="Times New Roman" w:hAnsi="Times New Roman" w:cs="Times New Roman"/>
          <w:sz w:val="26"/>
          <w:szCs w:val="26"/>
        </w:rPr>
        <w:t>ớ</w:t>
      </w:r>
      <w:r w:rsidRPr="006D675A">
        <w:rPr>
          <w:rFonts w:ascii="Times New Roman" w:hAnsi="Times New Roman" w:cs="Times New Roman"/>
          <w:sz w:val="26"/>
          <w:szCs w:val="26"/>
        </w:rPr>
        <w:t>i Phòng Hành chính – Nhân s</w:t>
      </w:r>
      <w:r w:rsidRPr="006D675A">
        <w:rPr>
          <w:rFonts w:ascii="Times New Roman" w:hAnsi="Times New Roman" w:cs="Times New Roman"/>
          <w:sz w:val="26"/>
          <w:szCs w:val="26"/>
        </w:rPr>
        <w:t>ự</w:t>
      </w:r>
      <w:r w:rsidRPr="006D675A">
        <w:rPr>
          <w:rFonts w:ascii="Times New Roman" w:hAnsi="Times New Roman" w:cs="Times New Roman"/>
          <w:sz w:val="26"/>
          <w:szCs w:val="26"/>
        </w:rPr>
        <w:t xml:space="preserve"> trư</w:t>
      </w:r>
      <w:r w:rsidRPr="006D675A">
        <w:rPr>
          <w:rFonts w:ascii="Times New Roman" w:hAnsi="Times New Roman" w:cs="Times New Roman"/>
          <w:sz w:val="26"/>
          <w:szCs w:val="26"/>
        </w:rPr>
        <w:t>ớ</w:t>
      </w:r>
      <w:r w:rsidRPr="006D675A">
        <w:rPr>
          <w:rFonts w:ascii="Times New Roman" w:hAnsi="Times New Roman" w:cs="Times New Roman"/>
          <w:sz w:val="26"/>
          <w:szCs w:val="26"/>
        </w:rPr>
        <w:t>c ngày … tháng … năm 20…</w:t>
      </w:r>
    </w:p>
    <w:p w:rsidR="00C14F9A" w:rsidRPr="006D675A" w:rsidRDefault="006D675A">
      <w:pPr>
        <w:rPr>
          <w:rFonts w:ascii="Times New Roman" w:hAnsi="Times New Roman" w:cs="Times New Roman"/>
          <w:sz w:val="26"/>
          <w:szCs w:val="26"/>
        </w:rPr>
      </w:pPr>
      <w:r w:rsidRPr="006D675A">
        <w:rPr>
          <w:rFonts w:ascii="Times New Roman" w:hAnsi="Times New Roman" w:cs="Times New Roman"/>
          <w:sz w:val="26"/>
          <w:szCs w:val="26"/>
        </w:rPr>
        <w:t>Đ</w:t>
      </w:r>
      <w:r w:rsidRPr="006D675A">
        <w:rPr>
          <w:rFonts w:ascii="Times New Roman" w:hAnsi="Times New Roman" w:cs="Times New Roman"/>
          <w:sz w:val="26"/>
          <w:szCs w:val="26"/>
        </w:rPr>
        <w:t>ề</w:t>
      </w:r>
      <w:r w:rsidRPr="006D675A">
        <w:rPr>
          <w:rFonts w:ascii="Times New Roman" w:hAnsi="Times New Roman" w:cs="Times New Roman"/>
          <w:sz w:val="26"/>
          <w:szCs w:val="26"/>
        </w:rPr>
        <w:t xml:space="preserve"> ngh</w:t>
      </w:r>
      <w:r w:rsidRPr="006D675A">
        <w:rPr>
          <w:rFonts w:ascii="Times New Roman" w:hAnsi="Times New Roman" w:cs="Times New Roman"/>
          <w:sz w:val="26"/>
          <w:szCs w:val="26"/>
        </w:rPr>
        <w:t>ị</w:t>
      </w:r>
      <w:r w:rsidRPr="006D675A">
        <w:rPr>
          <w:rFonts w:ascii="Times New Roman" w:hAnsi="Times New Roman" w:cs="Times New Roman"/>
          <w:sz w:val="26"/>
          <w:szCs w:val="26"/>
        </w:rPr>
        <w:t xml:space="preserve"> các Trư</w:t>
      </w:r>
      <w:r w:rsidRPr="006D675A">
        <w:rPr>
          <w:rFonts w:ascii="Times New Roman" w:hAnsi="Times New Roman" w:cs="Times New Roman"/>
          <w:sz w:val="26"/>
          <w:szCs w:val="26"/>
        </w:rPr>
        <w:t>ở</w:t>
      </w:r>
      <w:r w:rsidRPr="006D675A">
        <w:rPr>
          <w:rFonts w:ascii="Times New Roman" w:hAnsi="Times New Roman" w:cs="Times New Roman"/>
          <w:sz w:val="26"/>
          <w:szCs w:val="26"/>
        </w:rPr>
        <w:t>ng b</w:t>
      </w:r>
      <w:r w:rsidRPr="006D675A">
        <w:rPr>
          <w:rFonts w:ascii="Times New Roman" w:hAnsi="Times New Roman" w:cs="Times New Roman"/>
          <w:sz w:val="26"/>
          <w:szCs w:val="26"/>
        </w:rPr>
        <w:t>ộ</w:t>
      </w:r>
      <w:r w:rsidRPr="006D675A">
        <w:rPr>
          <w:rFonts w:ascii="Times New Roman" w:hAnsi="Times New Roman" w:cs="Times New Roman"/>
          <w:sz w:val="26"/>
          <w:szCs w:val="26"/>
        </w:rPr>
        <w:t xml:space="preserve"> ph</w:t>
      </w:r>
      <w:r w:rsidRPr="006D675A">
        <w:rPr>
          <w:rFonts w:ascii="Times New Roman" w:hAnsi="Times New Roman" w:cs="Times New Roman"/>
          <w:sz w:val="26"/>
          <w:szCs w:val="26"/>
        </w:rPr>
        <w:t>ậ</w:t>
      </w:r>
      <w:r w:rsidRPr="006D675A">
        <w:rPr>
          <w:rFonts w:ascii="Times New Roman" w:hAnsi="Times New Roman" w:cs="Times New Roman"/>
          <w:sz w:val="26"/>
          <w:szCs w:val="26"/>
        </w:rPr>
        <w:t>n thông báo đ</w:t>
      </w:r>
      <w:r w:rsidRPr="006D675A">
        <w:rPr>
          <w:rFonts w:ascii="Times New Roman" w:hAnsi="Times New Roman" w:cs="Times New Roman"/>
          <w:sz w:val="26"/>
          <w:szCs w:val="26"/>
        </w:rPr>
        <w:t>ế</w:t>
      </w:r>
      <w:r w:rsidRPr="006D675A">
        <w:rPr>
          <w:rFonts w:ascii="Times New Roman" w:hAnsi="Times New Roman" w:cs="Times New Roman"/>
          <w:sz w:val="26"/>
          <w:szCs w:val="26"/>
        </w:rPr>
        <w:t>n toàn th</w:t>
      </w:r>
      <w:r w:rsidRPr="006D675A">
        <w:rPr>
          <w:rFonts w:ascii="Times New Roman" w:hAnsi="Times New Roman" w:cs="Times New Roman"/>
          <w:sz w:val="26"/>
          <w:szCs w:val="26"/>
        </w:rPr>
        <w:t>ể</w:t>
      </w:r>
      <w:r w:rsidRPr="006D675A">
        <w:rPr>
          <w:rFonts w:ascii="Times New Roman" w:hAnsi="Times New Roman" w:cs="Times New Roman"/>
          <w:sz w:val="26"/>
          <w:szCs w:val="26"/>
        </w:rPr>
        <w:t xml:space="preserve"> nhân viên và t</w:t>
      </w:r>
      <w:r w:rsidRPr="006D675A">
        <w:rPr>
          <w:rFonts w:ascii="Times New Roman" w:hAnsi="Times New Roman" w:cs="Times New Roman"/>
          <w:sz w:val="26"/>
          <w:szCs w:val="26"/>
        </w:rPr>
        <w:t>ạ</w:t>
      </w:r>
      <w:r w:rsidRPr="006D675A">
        <w:rPr>
          <w:rFonts w:ascii="Times New Roman" w:hAnsi="Times New Roman" w:cs="Times New Roman"/>
          <w:sz w:val="26"/>
          <w:szCs w:val="26"/>
        </w:rPr>
        <w:t>o đi</w:t>
      </w:r>
      <w:r w:rsidRPr="006D675A">
        <w:rPr>
          <w:rFonts w:ascii="Times New Roman" w:hAnsi="Times New Roman" w:cs="Times New Roman"/>
          <w:sz w:val="26"/>
          <w:szCs w:val="26"/>
        </w:rPr>
        <w:t>ề</w:t>
      </w:r>
      <w:r w:rsidRPr="006D675A">
        <w:rPr>
          <w:rFonts w:ascii="Times New Roman" w:hAnsi="Times New Roman" w:cs="Times New Roman"/>
          <w:sz w:val="26"/>
          <w:szCs w:val="26"/>
        </w:rPr>
        <w:t>u k</w:t>
      </w:r>
      <w:r w:rsidRPr="006D675A">
        <w:rPr>
          <w:rFonts w:ascii="Times New Roman" w:hAnsi="Times New Roman" w:cs="Times New Roman"/>
          <w:sz w:val="26"/>
          <w:szCs w:val="26"/>
        </w:rPr>
        <w:t>i</w:t>
      </w:r>
      <w:r w:rsidRPr="006D675A">
        <w:rPr>
          <w:rFonts w:ascii="Times New Roman" w:hAnsi="Times New Roman" w:cs="Times New Roman"/>
          <w:sz w:val="26"/>
          <w:szCs w:val="26"/>
        </w:rPr>
        <w:t>ệ</w:t>
      </w:r>
      <w:r w:rsidRPr="006D675A">
        <w:rPr>
          <w:rFonts w:ascii="Times New Roman" w:hAnsi="Times New Roman" w:cs="Times New Roman"/>
          <w:sz w:val="26"/>
          <w:szCs w:val="26"/>
        </w:rPr>
        <w:t>n đ</w:t>
      </w:r>
      <w:r w:rsidRPr="006D675A">
        <w:rPr>
          <w:rFonts w:ascii="Times New Roman" w:hAnsi="Times New Roman" w:cs="Times New Roman"/>
          <w:sz w:val="26"/>
          <w:szCs w:val="26"/>
        </w:rPr>
        <w:t>ể</w:t>
      </w:r>
      <w:r w:rsidRPr="006D675A">
        <w:rPr>
          <w:rFonts w:ascii="Times New Roman" w:hAnsi="Times New Roman" w:cs="Times New Roman"/>
          <w:sz w:val="26"/>
          <w:szCs w:val="26"/>
        </w:rPr>
        <w:t xml:space="preserve"> th</w:t>
      </w:r>
      <w:r w:rsidRPr="006D675A">
        <w:rPr>
          <w:rFonts w:ascii="Times New Roman" w:hAnsi="Times New Roman" w:cs="Times New Roman"/>
          <w:sz w:val="26"/>
          <w:szCs w:val="26"/>
        </w:rPr>
        <w:t>ự</w:t>
      </w:r>
      <w:r w:rsidRPr="006D675A">
        <w:rPr>
          <w:rFonts w:ascii="Times New Roman" w:hAnsi="Times New Roman" w:cs="Times New Roman"/>
          <w:sz w:val="26"/>
          <w:szCs w:val="26"/>
        </w:rPr>
        <w:t>c hi</w:t>
      </w:r>
      <w:r w:rsidRPr="006D675A">
        <w:rPr>
          <w:rFonts w:ascii="Times New Roman" w:hAnsi="Times New Roman" w:cs="Times New Roman"/>
          <w:sz w:val="26"/>
          <w:szCs w:val="26"/>
        </w:rPr>
        <w:t>ệ</w:t>
      </w:r>
      <w:r w:rsidRPr="006D675A">
        <w:rPr>
          <w:rFonts w:ascii="Times New Roman" w:hAnsi="Times New Roman" w:cs="Times New Roman"/>
          <w:sz w:val="26"/>
          <w:szCs w:val="26"/>
        </w:rPr>
        <w:t>n theo thông báo này.</w:t>
      </w:r>
      <w:bookmarkStart w:id="0" w:name="_GoBack"/>
      <w:bookmarkEnd w:id="0"/>
    </w:p>
    <w:p w:rsidR="00C14F9A" w:rsidRPr="006D675A" w:rsidRDefault="006D675A">
      <w:pPr>
        <w:rPr>
          <w:rFonts w:ascii="Times New Roman" w:hAnsi="Times New Roman" w:cs="Times New Roman"/>
          <w:sz w:val="26"/>
          <w:szCs w:val="26"/>
        </w:rPr>
      </w:pPr>
      <w:r w:rsidRPr="006D675A">
        <w:rPr>
          <w:rFonts w:ascii="Times New Roman" w:hAnsi="Times New Roman" w:cs="Times New Roman"/>
          <w:sz w:val="26"/>
          <w:szCs w:val="26"/>
        </w:rPr>
        <w:t>Trân tr</w:t>
      </w:r>
      <w:r w:rsidRPr="006D675A">
        <w:rPr>
          <w:rFonts w:ascii="Times New Roman" w:hAnsi="Times New Roman" w:cs="Times New Roman"/>
          <w:sz w:val="26"/>
          <w:szCs w:val="26"/>
        </w:rPr>
        <w:t>ọ</w:t>
      </w:r>
      <w:r w:rsidRPr="006D675A">
        <w:rPr>
          <w:rFonts w:ascii="Times New Roman" w:hAnsi="Times New Roman" w:cs="Times New Roman"/>
          <w:sz w:val="26"/>
          <w:szCs w:val="26"/>
        </w:rPr>
        <w:t>ng thông báo.</w:t>
      </w:r>
    </w:p>
    <w:p w:rsidR="00C14F9A" w:rsidRPr="006D675A" w:rsidRDefault="006D675A" w:rsidP="006D675A">
      <w:pPr>
        <w:jc w:val="right"/>
        <w:rPr>
          <w:rFonts w:ascii="Times New Roman" w:hAnsi="Times New Roman" w:cs="Times New Roman"/>
          <w:i/>
          <w:sz w:val="26"/>
          <w:szCs w:val="26"/>
        </w:rPr>
      </w:pPr>
      <w:r w:rsidRPr="006D675A">
        <w:rPr>
          <w:rFonts w:ascii="Times New Roman" w:hAnsi="Times New Roman" w:cs="Times New Roman"/>
          <w:i/>
          <w:sz w:val="26"/>
          <w:szCs w:val="26"/>
        </w:rPr>
        <w:t>…, ngày … tháng … năm 20…</w:t>
      </w:r>
    </w:p>
    <w:p w:rsidR="00C14F9A" w:rsidRPr="006D675A" w:rsidRDefault="006D675A" w:rsidP="006D675A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6D675A">
        <w:rPr>
          <w:rFonts w:ascii="Times New Roman" w:hAnsi="Times New Roman" w:cs="Times New Roman"/>
          <w:b/>
          <w:sz w:val="26"/>
          <w:szCs w:val="26"/>
        </w:rPr>
        <w:t>Đ</w:t>
      </w:r>
      <w:r w:rsidRPr="006D675A">
        <w:rPr>
          <w:rFonts w:ascii="Times New Roman" w:hAnsi="Times New Roman" w:cs="Times New Roman"/>
          <w:b/>
          <w:sz w:val="26"/>
          <w:szCs w:val="26"/>
        </w:rPr>
        <w:t>Ạ</w:t>
      </w:r>
      <w:r w:rsidRPr="006D675A">
        <w:rPr>
          <w:rFonts w:ascii="Times New Roman" w:hAnsi="Times New Roman" w:cs="Times New Roman"/>
          <w:b/>
          <w:sz w:val="26"/>
          <w:szCs w:val="26"/>
        </w:rPr>
        <w:t>I DI</w:t>
      </w:r>
      <w:r w:rsidRPr="006D675A">
        <w:rPr>
          <w:rFonts w:ascii="Times New Roman" w:hAnsi="Times New Roman" w:cs="Times New Roman"/>
          <w:b/>
          <w:sz w:val="26"/>
          <w:szCs w:val="26"/>
        </w:rPr>
        <w:t>Ệ</w:t>
      </w:r>
      <w:r w:rsidRPr="006D675A">
        <w:rPr>
          <w:rFonts w:ascii="Times New Roman" w:hAnsi="Times New Roman" w:cs="Times New Roman"/>
          <w:b/>
          <w:sz w:val="26"/>
          <w:szCs w:val="26"/>
        </w:rPr>
        <w:t>N CÔNG TY</w:t>
      </w:r>
    </w:p>
    <w:p w:rsidR="00C14F9A" w:rsidRPr="006D675A" w:rsidRDefault="006D675A" w:rsidP="006D675A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6D675A">
        <w:rPr>
          <w:rFonts w:ascii="Times New Roman" w:hAnsi="Times New Roman" w:cs="Times New Roman"/>
          <w:b/>
          <w:sz w:val="26"/>
          <w:szCs w:val="26"/>
        </w:rPr>
        <w:t>(Ký, ghi rõ h</w:t>
      </w:r>
      <w:r w:rsidRPr="006D675A">
        <w:rPr>
          <w:rFonts w:ascii="Times New Roman" w:hAnsi="Times New Roman" w:cs="Times New Roman"/>
          <w:b/>
          <w:sz w:val="26"/>
          <w:szCs w:val="26"/>
        </w:rPr>
        <w:t>ọ</w:t>
      </w:r>
      <w:r w:rsidRPr="006D675A">
        <w:rPr>
          <w:rFonts w:ascii="Times New Roman" w:hAnsi="Times New Roman" w:cs="Times New Roman"/>
          <w:b/>
          <w:sz w:val="26"/>
          <w:szCs w:val="26"/>
        </w:rPr>
        <w:t xml:space="preserve"> tên, đóng d</w:t>
      </w:r>
      <w:r w:rsidRPr="006D675A">
        <w:rPr>
          <w:rFonts w:ascii="Times New Roman" w:hAnsi="Times New Roman" w:cs="Times New Roman"/>
          <w:b/>
          <w:sz w:val="26"/>
          <w:szCs w:val="26"/>
        </w:rPr>
        <w:t>ấ</w:t>
      </w:r>
      <w:r w:rsidRPr="006D675A">
        <w:rPr>
          <w:rFonts w:ascii="Times New Roman" w:hAnsi="Times New Roman" w:cs="Times New Roman"/>
          <w:b/>
          <w:sz w:val="26"/>
          <w:szCs w:val="26"/>
        </w:rPr>
        <w:t>u)</w:t>
      </w:r>
    </w:p>
    <w:sectPr w:rsidR="00C14F9A" w:rsidRPr="006D675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D675A"/>
    <w:rsid w:val="00AA1D8D"/>
    <w:rsid w:val="00B47730"/>
    <w:rsid w:val="00C14F9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11BFA9AA-6777-4635-8EE8-5566B6EF1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B19E6A-D6D0-48B5-85C4-1D87496D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2025-08-15T03:49:00Z</dcterms:created>
  <dcterms:modified xsi:type="dcterms:W3CDTF">2025-08-15T03:49:00Z</dcterms:modified>
  <cp:category/>
</cp:coreProperties>
</file>