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437" w:rsidRPr="00BD76BC" w:rsidRDefault="0073341C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C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NG HÒA XÃ H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I CH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NGHĨA VI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T NAM</w:t>
      </w:r>
    </w:p>
    <w:p w:rsidR="00C91437" w:rsidRPr="00BD76BC" w:rsidRDefault="0073341C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D76B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</w:t>
      </w:r>
      <w:r w:rsidRPr="00BD76B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BD76B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 l</w:t>
      </w:r>
      <w:r w:rsidRPr="00BD76B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ậ</w:t>
      </w:r>
      <w:r w:rsidRPr="00BD76B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 – T</w:t>
      </w:r>
      <w:r w:rsidRPr="00BD76B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ự</w:t>
      </w:r>
      <w:r w:rsidRPr="00BD76B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do – H</w:t>
      </w:r>
      <w:r w:rsidRPr="00BD76B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BD76B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 phúc</w:t>
      </w:r>
    </w:p>
    <w:p w:rsidR="00C91437" w:rsidRPr="00BD76BC" w:rsidRDefault="00C91437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C91437" w:rsidRPr="00BD76BC" w:rsidRDefault="0073341C">
      <w:pPr>
        <w:pStyle w:val="Heading2"/>
        <w:jc w:val="center"/>
        <w:rPr>
          <w:rFonts w:ascii="Times New Roman" w:hAnsi="Times New Roman" w:cs="Times New Roman"/>
          <w:color w:val="000000" w:themeColor="text1"/>
        </w:rPr>
      </w:pPr>
      <w:r w:rsidRPr="00BD76BC">
        <w:rPr>
          <w:rFonts w:ascii="Times New Roman" w:hAnsi="Times New Roman" w:cs="Times New Roman"/>
          <w:color w:val="000000" w:themeColor="text1"/>
        </w:rPr>
        <w:t>BIÊN B</w:t>
      </w:r>
      <w:r w:rsidRPr="00BD76BC">
        <w:rPr>
          <w:rFonts w:ascii="Times New Roman" w:hAnsi="Times New Roman" w:cs="Times New Roman"/>
          <w:color w:val="000000" w:themeColor="text1"/>
        </w:rPr>
        <w:t>Ả</w:t>
      </w:r>
      <w:r w:rsidRPr="00BD76BC">
        <w:rPr>
          <w:rFonts w:ascii="Times New Roman" w:hAnsi="Times New Roman" w:cs="Times New Roman"/>
          <w:color w:val="000000" w:themeColor="text1"/>
        </w:rPr>
        <w:t>N ĐI</w:t>
      </w:r>
      <w:r w:rsidRPr="00BD76BC">
        <w:rPr>
          <w:rFonts w:ascii="Times New Roman" w:hAnsi="Times New Roman" w:cs="Times New Roman"/>
          <w:color w:val="000000" w:themeColor="text1"/>
        </w:rPr>
        <w:t>Ề</w:t>
      </w:r>
      <w:r w:rsidRPr="00BD76BC">
        <w:rPr>
          <w:rFonts w:ascii="Times New Roman" w:hAnsi="Times New Roman" w:cs="Times New Roman"/>
          <w:color w:val="000000" w:themeColor="text1"/>
        </w:rPr>
        <w:t>U CH</w:t>
      </w:r>
      <w:r w:rsidRPr="00BD76BC">
        <w:rPr>
          <w:rFonts w:ascii="Times New Roman" w:hAnsi="Times New Roman" w:cs="Times New Roman"/>
          <w:color w:val="000000" w:themeColor="text1"/>
        </w:rPr>
        <w:t>Ỉ</w:t>
      </w:r>
      <w:r w:rsidRPr="00BD76BC">
        <w:rPr>
          <w:rFonts w:ascii="Times New Roman" w:hAnsi="Times New Roman" w:cs="Times New Roman"/>
          <w:color w:val="000000" w:themeColor="text1"/>
        </w:rPr>
        <w:t>NH HÓA ĐƠN GIÁ TR</w:t>
      </w:r>
      <w:r w:rsidRPr="00BD76BC">
        <w:rPr>
          <w:rFonts w:ascii="Times New Roman" w:hAnsi="Times New Roman" w:cs="Times New Roman"/>
          <w:color w:val="000000" w:themeColor="text1"/>
        </w:rPr>
        <w:t>Ị</w:t>
      </w:r>
      <w:r w:rsidRPr="00BD76BC">
        <w:rPr>
          <w:rFonts w:ascii="Times New Roman" w:hAnsi="Times New Roman" w:cs="Times New Roman"/>
          <w:color w:val="000000" w:themeColor="text1"/>
        </w:rPr>
        <w:t xml:space="preserve"> GIA TĂNG</w:t>
      </w:r>
    </w:p>
    <w:p w:rsidR="00BD76BC" w:rsidRPr="00BD76BC" w:rsidRDefault="00BD76BC" w:rsidP="00BD76BC"/>
    <w:p w:rsidR="00C91437" w:rsidRPr="00BD76BC" w:rsidRDefault="0073341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Hôm nay, ngày …… tháng …… năm 20……, chúng tôi g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m có: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C91437" w:rsidRPr="00BD76BC" w:rsidRDefault="0073341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BÊN A (ngư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i bán):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Tên đơn v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: ……………………………………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Mã s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thu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……………………………………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Đ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: ……………………………………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Đ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 bên A: …………………… Ch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: ………………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C91437" w:rsidRPr="00BD76BC" w:rsidRDefault="0073341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BÊN B (ngư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i mua):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Tên đơn v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: ……………………………………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Mã s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thu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: ……………………………………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Đ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: ……………………………………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Đ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 bên B: …………………… Ch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: ………………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C91437" w:rsidRPr="00BD76BC" w:rsidRDefault="0073341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Hai bên cùng xác nh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n: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C91437" w:rsidRPr="00BD76BC" w:rsidRDefault="0073341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Ngày …… tháng …… năm 20……, Bên A đã l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p hóa đơn đi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 t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mang s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: ………… ký hi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u: ………… ngày …… / …… / 20…… g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i cho Bên B.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C91437" w:rsidRPr="00BD76BC" w:rsidRDefault="0073341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i dung hóa đơn có sai sót như sau: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Sai thu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su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t: ghi … % thay vì … %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ho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c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Sai ti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 thu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: ghi … đ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ng thay vì … đ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ng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C91437" w:rsidRPr="00BD76BC" w:rsidRDefault="0073341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Hai bên th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ng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nh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t đi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u ch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nh như sau: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Thu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su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t đúng: …… %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- Ti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 thu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GTGT đúng: …… đ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ng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(T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ng ti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 thanh toán đúng: …… đ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ng)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C91437" w:rsidRPr="00BD76BC" w:rsidRDefault="0073341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Căn c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vào biên b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 này, Bên A s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ẽ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p hóa đơn đi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 t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đi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u ch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nh cho hóa đơn đã l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p theo đúng quy đ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nh.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C91437" w:rsidRPr="00BD76BC" w:rsidRDefault="0073341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Biên b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 này đư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c l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p thành 02 b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n, m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ỗ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i bên gi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01 b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n và có giá tr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pháp lý như nhau.</w:t>
      </w:r>
      <w:r w:rsidRPr="00BD76B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D76BC" w:rsidRPr="00BD76BC">
        <w:tc>
          <w:tcPr>
            <w:tcW w:w="4320" w:type="dxa"/>
          </w:tcPr>
          <w:p w:rsidR="00C91437" w:rsidRPr="00BD76BC" w:rsidRDefault="0073341C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Đ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Ạ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I DI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Ệ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 BÊN A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br/>
              <w:t>(Ký, ghi rõ h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ọ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tên, đóng d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ấ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u n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ế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u có)</w:t>
            </w:r>
          </w:p>
        </w:tc>
        <w:tc>
          <w:tcPr>
            <w:tcW w:w="4320" w:type="dxa"/>
          </w:tcPr>
          <w:p w:rsidR="00C91437" w:rsidRPr="00BD76BC" w:rsidRDefault="0073341C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Đ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Ạ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I DI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Ệ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 BÊN B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br/>
              <w:t>(Ký, ghi rõ h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ọ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tên, đóng d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ấ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u n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ế</w:t>
            </w:r>
            <w:r w:rsidRPr="00BD76B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u có)</w:t>
            </w:r>
          </w:p>
        </w:tc>
      </w:tr>
    </w:tbl>
    <w:p w:rsidR="0073341C" w:rsidRPr="00BD76BC" w:rsidRDefault="0073341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GoBack"/>
      <w:bookmarkEnd w:id="0"/>
    </w:p>
    <w:sectPr w:rsidR="0073341C" w:rsidRPr="00BD76B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3341C"/>
    <w:rsid w:val="00AA1D8D"/>
    <w:rsid w:val="00B47730"/>
    <w:rsid w:val="00BD76BC"/>
    <w:rsid w:val="00C9143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94B6236-F9A0-4251-ADDC-B486AF1D7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DBB1A0-939B-49C8-9359-F87BDA581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2025-10-14T02:11:00Z</dcterms:created>
  <dcterms:modified xsi:type="dcterms:W3CDTF">2025-10-14T02:11:00Z</dcterms:modified>
  <cp:category/>
</cp:coreProperties>
</file>