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911" w:rsidRPr="00952911" w:rsidRDefault="00952911" w:rsidP="00952911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CỘNG HÒA XÃ HỘI CHỦ NGHĨA VIỆT NAM</w:t>
      </w:r>
    </w:p>
    <w:p w:rsidR="00952911" w:rsidRPr="00952911" w:rsidRDefault="00952911" w:rsidP="00952911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Độc lập-Tự do-Hạnh phúc</w:t>
      </w:r>
    </w:p>
    <w:p w:rsidR="00944B5A" w:rsidRPr="00952911" w:rsidRDefault="00952911" w:rsidP="00952911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GI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Y CAM K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</w:t>
      </w:r>
    </w:p>
    <w:p w:rsidR="00944B5A" w:rsidRPr="00952911" w:rsidRDefault="00952911" w:rsidP="00952911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V/v: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m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o an toàn lao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ng và tiêu chu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ẩ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an toàn k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ỹ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thu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 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trong quá trình thi công</w:t>
      </w:r>
    </w:p>
    <w:p w:rsidR="00944B5A" w:rsidRPr="00952911" w:rsidRDefault="0095291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Hôm nay, ngày ..... tháng ..... năm ......., t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.........................................................., chúng tôi g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m có: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944B5A" w:rsidRPr="00952911" w:rsidRDefault="0095291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I.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Ch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u tư: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 tên: ..........................................................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......................................................................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S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tho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........................................................</w:t>
      </w:r>
    </w:p>
    <w:p w:rsidR="00944B5A" w:rsidRPr="00952911" w:rsidRDefault="0095291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II.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Nhà th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u th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i công: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 tên: ..........................................................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......................................................................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S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tho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........................................................</w:t>
      </w:r>
    </w:p>
    <w:p w:rsidR="00944B5A" w:rsidRPr="00952911" w:rsidRDefault="0095291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III. N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dung c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am k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t: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944B5A" w:rsidRPr="00952911" w:rsidRDefault="0095291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1. Nhà th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u cam k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 tuân th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nghiêm ng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 các quy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nh c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a pháp lu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 v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an toàn lao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ng, v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sinh môi trư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ng và tiêu chu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ẩ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k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ỹ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thu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 trong quá trình thi công công trình.</w:t>
      </w:r>
    </w:p>
    <w:p w:rsidR="00944B5A" w:rsidRPr="00952911" w:rsidRDefault="0095291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2. Toàn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nhân, k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ỹ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sư, cán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ỹ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thu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 tham gia thi công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u đư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c trang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y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o 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lao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ng, hu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luy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an toàn theo quy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nh.</w:t>
      </w:r>
    </w:p>
    <w:p w:rsidR="00944B5A" w:rsidRPr="00952911" w:rsidRDefault="0095291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3. Nhà th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u trách nhi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m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trí cán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an toàn lao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ng giám sát thư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ng xuyên trên công trư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ng,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m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o phòng ng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a r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ro và tai n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lao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ng.</w:t>
      </w:r>
    </w:p>
    <w:p w:rsidR="00944B5A" w:rsidRPr="00952911" w:rsidRDefault="0095291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4. Trư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ng 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p x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y ra s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ho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c tai n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do vi p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m quy trình an toàn, nhà th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u hoàn toàn ch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u trách nhi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m trư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 </w:t>
      </w:r>
      <w:bookmarkStart w:id="0" w:name="_GoBack"/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pháp lu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 và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thư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ng thi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 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theo quy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nh.</w:t>
      </w:r>
    </w:p>
    <w:p w:rsidR="00944B5A" w:rsidRPr="00952911" w:rsidRDefault="0095291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5. Biên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này đư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c l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p nh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ằ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m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m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o an </w:t>
      </w:r>
      <w:bookmarkEnd w:id="0"/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toàn tuy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cho ngư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và tài s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trong su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 th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gian thi công.</w:t>
      </w:r>
    </w:p>
    <w:p w:rsidR="00944B5A" w:rsidRPr="00952911" w:rsidRDefault="0095291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Biên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đư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c l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p thành 02 (hai) 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 có giá tr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pháp lý như nhau, m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ỗ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i bên gi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01 (m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t) b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t>n.</w:t>
      </w:r>
      <w:r w:rsidRPr="0095291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944B5A" w:rsidRPr="00952911" w:rsidRDefault="00952911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DI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 CH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Ủ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Đ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Ầ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TƯ                               Đ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DI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 NHÀ TH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Ầ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THI CÔNG</w:t>
      </w:r>
    </w:p>
    <w:p w:rsidR="00944B5A" w:rsidRPr="00952911" w:rsidRDefault="00952911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(Ký, ghi rõ h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                               (Ký, ghi rõ h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9529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</w:t>
      </w:r>
    </w:p>
    <w:sectPr w:rsidR="00944B5A" w:rsidRPr="009529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44B5A"/>
    <w:rsid w:val="0095291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F11E7BC-235A-4728-A3E2-6E83E4BFE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25551C-86C2-4C2F-8684-A14607B6E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2025-10-09T03:06:00Z</dcterms:created>
  <dcterms:modified xsi:type="dcterms:W3CDTF">2025-10-09T03:06:00Z</dcterms:modified>
  <cp:category/>
</cp:coreProperties>
</file>