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C23" w:rsidRPr="00311C23" w:rsidRDefault="00311C23" w:rsidP="00311C23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CÔNG TY:…………………………….</w:t>
      </w:r>
    </w:p>
    <w:p w:rsidR="00FC2537" w:rsidRDefault="00311C23" w:rsidP="00311C23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B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 BÁO GIÁ THI CÔNG NHÀ PH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 GÓI</w:t>
      </w:r>
    </w:p>
    <w:p w:rsidR="00311C23" w:rsidRPr="00311C23" w:rsidRDefault="00311C23" w:rsidP="00311C23"/>
    <w:p w:rsidR="00FC2537" w:rsidRPr="00311C23" w:rsidRDefault="00311C2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Kính g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...............................................................</w:t>
      </w:r>
    </w:p>
    <w:p w:rsidR="00FC2537" w:rsidRPr="00311C23" w:rsidRDefault="00311C2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theo nhu c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u xây d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 c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a Quý khách hàng, chúng tôi xin g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i đ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 Quý khách b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 báo giá thi công nhà ph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 gói tham kh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o như sau: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311C23" w:rsidRPr="00311C23" w:rsidTr="00311C23"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ạ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 m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ụ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 thi công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Đơn v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ị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tính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Đơn giá (VNĐ/m²)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311C23" w:rsidRPr="00311C23" w:rsidTr="00311C23"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ầ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móng và k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c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1.200.000 – 1.800.000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Tùy đ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ị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 ch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t, lo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ạ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 móng</w:t>
            </w:r>
          </w:p>
        </w:tc>
      </w:tr>
      <w:tr w:rsidR="00311C23" w:rsidRPr="00311C23" w:rsidTr="00311C23"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ầ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thô (v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ậ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tư + nhân công)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3.200.000 – 3.800.000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Bao g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ồ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 tư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ờ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ng, sàn, mái, đi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nư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ớ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 âm</w:t>
            </w:r>
          </w:p>
        </w:tc>
      </w:tr>
      <w:tr w:rsidR="00311C23" w:rsidRPr="00311C23" w:rsidTr="00311C23"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Hoàn thi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cơ b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ả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2.000.000 – 2.500.000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ạ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ch, sơn, c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ử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a, thi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b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ị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v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sinh</w:t>
            </w:r>
          </w:p>
        </w:tc>
      </w:tr>
      <w:tr w:rsidR="00311C23" w:rsidRPr="00311C23" w:rsidTr="00311C23"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Hoàn thi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cao c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3.000.000 – 4.000.000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ậ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li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u, n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ộ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 th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cao c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</w:t>
            </w:r>
          </w:p>
        </w:tc>
      </w:tr>
      <w:tr w:rsidR="00311C23" w:rsidRPr="00311C23" w:rsidTr="00311C23"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Gói tr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ọ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gói (chìa khóa trao tay)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5.500.000 – 7.500.000</w:t>
            </w:r>
          </w:p>
        </w:tc>
        <w:tc>
          <w:tcPr>
            <w:tcW w:w="1728" w:type="dxa"/>
          </w:tcPr>
          <w:p w:rsidR="00FC2537" w:rsidRPr="00311C23" w:rsidRDefault="00311C2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ừ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thi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k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đ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311C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bàn giao</w:t>
            </w:r>
          </w:p>
        </w:tc>
      </w:tr>
    </w:tbl>
    <w:p w:rsidR="00FC2537" w:rsidRPr="00311C23" w:rsidRDefault="00311C2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br/>
        <w:t>**Ghi chú:**</w:t>
      </w:r>
    </w:p>
    <w:p w:rsidR="00FC2537" w:rsidRPr="00311C23" w:rsidRDefault="00311C2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- Đơn giá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trên ch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mang tính tham kh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o, có th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thay đ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i tùy theo v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trí xây d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ng, yêu c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u thi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 k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 lo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i v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 li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u s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FC2537" w:rsidRPr="00311C23" w:rsidRDefault="00311C2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- Báo giá đã bao g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m nhân công, v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 tư, v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 chuy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 trong n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i thành.</w:t>
      </w:r>
    </w:p>
    <w:p w:rsidR="00FC2537" w:rsidRPr="00311C23" w:rsidRDefault="00311C2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Chưa bao g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m chi phí xin phép xây d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ng, thi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 k</w:t>
      </w:r>
      <w:bookmarkStart w:id="0" w:name="_GoBack"/>
      <w:bookmarkEnd w:id="0"/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chi ti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t, và n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i th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r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i.</w:t>
      </w:r>
    </w:p>
    <w:p w:rsidR="00FC2537" w:rsidRPr="00311C23" w:rsidRDefault="00311C2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- Chúng tôi cam k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 thi công đúng ti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, đ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o ch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t lư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 và an toàn lao đ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FC2537" w:rsidRPr="00311C23" w:rsidRDefault="00311C23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Trân tr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t>ng!</w:t>
      </w:r>
      <w:r w:rsidRPr="00311C23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FC2537" w:rsidRPr="00311C23" w:rsidRDefault="00311C23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DI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CÔNG TY XÂY D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</w:t>
      </w:r>
    </w:p>
    <w:p w:rsidR="00FC2537" w:rsidRPr="00311C23" w:rsidRDefault="00311C23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(Ký, ghi rõ h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tên, đóng d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n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ế</w:t>
      </w:r>
      <w:r w:rsidRPr="00311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có)</w:t>
      </w:r>
    </w:p>
    <w:sectPr w:rsidR="00FC2537" w:rsidRPr="00311C2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11C23"/>
    <w:rsid w:val="00326F90"/>
    <w:rsid w:val="00AA1D8D"/>
    <w:rsid w:val="00B47730"/>
    <w:rsid w:val="00CB0664"/>
    <w:rsid w:val="00FC25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3021EFBB-6ABF-4A49-A5C5-66BAC109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8C0EE1-DBC5-468F-A4B3-C03D17D79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2025-10-09T03:27:00Z</dcterms:created>
  <dcterms:modified xsi:type="dcterms:W3CDTF">2025-10-09T03:27:00Z</dcterms:modified>
  <cp:category/>
</cp:coreProperties>
</file>