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EF4" w:rsidRPr="00860EF4" w:rsidRDefault="00860EF4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CÔNG TY: ………………………………………</w:t>
      </w:r>
    </w:p>
    <w:p w:rsidR="00660E75" w:rsidRDefault="00860EF4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B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 BÁO GIÁ THI CÔNG XÂY D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 NHÀ C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P 4 TR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 GÓI</w:t>
      </w:r>
    </w:p>
    <w:p w:rsidR="00860EF4" w:rsidRPr="00860EF4" w:rsidRDefault="00860EF4" w:rsidP="00860EF4"/>
    <w:p w:rsidR="00660E75" w:rsidRPr="00860EF4" w:rsidRDefault="00860EF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Kính g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...............................................................</w:t>
      </w:r>
    </w:p>
    <w:p w:rsidR="00660E75" w:rsidRPr="00860EF4" w:rsidRDefault="00860EF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theo nhu c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u xây d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 c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a Quý khách hàng, chúng tôi xin g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i đ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 Quý khách b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 báo giá thi công nhà c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p 4 tr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 gói thông 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d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 như sau: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860EF4" w:rsidRPr="00860EF4" w:rsidTr="00860EF4"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ạ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 m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 thi công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Đơn v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ị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tính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Đơn giá (VNĐ/m²)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860EF4" w:rsidRPr="00860EF4" w:rsidTr="00860EF4"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Nhà c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 4 mái tôn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4.500.000 – 5.500.000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Phù h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ợ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 khu v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ự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 nông thôn, chi phí ti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ki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</w:t>
            </w:r>
          </w:p>
        </w:tc>
      </w:tr>
      <w:tr w:rsidR="00860EF4" w:rsidRPr="00860EF4" w:rsidTr="00860EF4"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Nhà c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 4 mái thái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5.800.000 – 6.800.000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ẩ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 m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ỹ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cao, k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c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u ph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ứ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 t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ạ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 hơn</w:t>
            </w:r>
          </w:p>
        </w:tc>
      </w:tr>
      <w:tr w:rsidR="00860EF4" w:rsidRPr="00860EF4" w:rsidTr="00860EF4"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Nhà c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 4 hi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đ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ạ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6.500.000 – 7.500.000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ử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d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 v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ậ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li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u và thi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k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cao c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</w:t>
            </w:r>
          </w:p>
        </w:tc>
      </w:tr>
      <w:tr w:rsidR="00860EF4" w:rsidRPr="00860EF4" w:rsidTr="00860EF4"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Nhà c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 4 có gác l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ử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6.000.000 – 7.000.000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Tăng di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tích s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ử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d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ng, t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ố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 ưu không gian</w:t>
            </w:r>
          </w:p>
        </w:tc>
      </w:tr>
      <w:tr w:rsidR="00860EF4" w:rsidRPr="00860EF4" w:rsidTr="00860EF4"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Gói tr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ọ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gói hoàn thi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m² sàn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5.500.000 – 7.000.000</w:t>
            </w:r>
          </w:p>
        </w:tc>
        <w:tc>
          <w:tcPr>
            <w:tcW w:w="1728" w:type="dxa"/>
          </w:tcPr>
          <w:p w:rsidR="00660E75" w:rsidRPr="00860EF4" w:rsidRDefault="00860E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Bao g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ồ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 thi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k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ế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thi công, hoàn thi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n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ộ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 ngo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ạ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 th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ấ</w:t>
            </w:r>
            <w:r w:rsidRPr="00860E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</w:t>
            </w:r>
          </w:p>
        </w:tc>
      </w:tr>
    </w:tbl>
    <w:p w:rsidR="00660E75" w:rsidRPr="00860EF4" w:rsidRDefault="00860EF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br/>
        <w:t>**Ghi chú:**</w:t>
      </w:r>
    </w:p>
    <w:p w:rsidR="00660E75" w:rsidRPr="00860EF4" w:rsidRDefault="00860EF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 Báo giá trên mang tính tham kh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o, s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ẽ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đư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c đi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nh theo v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t li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u, di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 tích và v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trí thi công th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bookmarkStart w:id="0" w:name="_GoBack"/>
      <w:bookmarkEnd w:id="0"/>
    </w:p>
    <w:p w:rsidR="00660E75" w:rsidRPr="00860EF4" w:rsidRDefault="00860EF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- Báo giá đã bao g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m nhân công, v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t tư xây d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ng, v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 chuy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 trong khu v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c n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i thành.</w:t>
      </w:r>
    </w:p>
    <w:p w:rsidR="00660E75" w:rsidRPr="00860EF4" w:rsidRDefault="00860EF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Không bao 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g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m chi phí xin phép xây d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ng, thi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t k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chi ti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t và n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i th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t r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i.</w:t>
      </w:r>
    </w:p>
    <w:p w:rsidR="00660E75" w:rsidRPr="00860EF4" w:rsidRDefault="00860EF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- Cam k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t thi công đúng ti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, b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o đ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m ch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t lư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 và an toàn lao đ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ng.</w:t>
      </w:r>
    </w:p>
    <w:p w:rsidR="00660E75" w:rsidRPr="00860EF4" w:rsidRDefault="00860EF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br/>
        <w:t>Trân tr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t>ng!</w:t>
      </w:r>
      <w:r w:rsidRPr="00860EF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660E75" w:rsidRPr="00860EF4" w:rsidRDefault="00860EF4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DI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 CÔNG TY XÂY D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</w:t>
      </w:r>
    </w:p>
    <w:p w:rsidR="00660E75" w:rsidRPr="00860EF4" w:rsidRDefault="00860EF4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(Ký, ghi rõ h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tên, đóng d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n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ế</w:t>
      </w:r>
      <w:r w:rsidRPr="00860EF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có)</w:t>
      </w:r>
    </w:p>
    <w:sectPr w:rsidR="00660E75" w:rsidRPr="00860EF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60E75"/>
    <w:rsid w:val="00860EF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3727DF2-F423-42C4-BAE7-F6B9C0FE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6A423A-FD0C-4DF4-A912-8A7019C1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2025-10-09T08:00:00Z</dcterms:created>
  <dcterms:modified xsi:type="dcterms:W3CDTF">2025-10-09T08:00:00Z</dcterms:modified>
  <cp:category/>
</cp:coreProperties>
</file>