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2C4" w:rsidRPr="00F62CCB" w:rsidRDefault="009D3E46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62CC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</w:t>
      </w:r>
      <w:r w:rsidRPr="00F62CC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Ộ</w:t>
      </w:r>
      <w:r w:rsidRPr="00F62CC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NG HÒA XÃ H</w:t>
      </w:r>
      <w:r w:rsidRPr="00F62CC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Ộ</w:t>
      </w:r>
      <w:r w:rsidRPr="00F62CC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 CH</w:t>
      </w:r>
      <w:r w:rsidRPr="00F62CC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Ủ</w:t>
      </w:r>
      <w:r w:rsidRPr="00F62CC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NGHĨA VI</w:t>
      </w:r>
      <w:r w:rsidRPr="00F62CC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Ệ</w:t>
      </w:r>
      <w:r w:rsidRPr="00F62CC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 NAM</w:t>
      </w:r>
      <w:r w:rsidRPr="00F62CCB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>Đ</w:t>
      </w:r>
      <w:r w:rsidRPr="00F62CC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ộ</w:t>
      </w:r>
      <w:r w:rsidRPr="00F62CC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 l</w:t>
      </w:r>
      <w:r w:rsidRPr="00F62CC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ậ</w:t>
      </w:r>
      <w:r w:rsidRPr="00F62CC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p - T</w:t>
      </w:r>
      <w:r w:rsidRPr="00F62CC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ự</w:t>
      </w:r>
      <w:r w:rsidRPr="00F62CC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do - H</w:t>
      </w:r>
      <w:r w:rsidRPr="00F62CC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ạ</w:t>
      </w:r>
      <w:r w:rsidRPr="00F62CC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 phúc</w:t>
      </w:r>
    </w:p>
    <w:p w:rsidR="00B002C4" w:rsidRPr="00F62CCB" w:rsidRDefault="00B002C4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002C4" w:rsidRPr="00F62CCB" w:rsidRDefault="009D3E46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62CCB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>BIÊN B</w:t>
      </w:r>
      <w:r w:rsidRPr="00F62CC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Ả</w:t>
      </w:r>
      <w:r w:rsidRPr="00F62CC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 BÀN GIAO NGUYÊN V</w:t>
      </w:r>
      <w:r w:rsidRPr="00F62CC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Ậ</w:t>
      </w:r>
      <w:r w:rsidRPr="00F62CC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 LI</w:t>
      </w:r>
      <w:r w:rsidRPr="00F62CC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Ệ</w:t>
      </w:r>
      <w:r w:rsidRPr="00F62CC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U GIA CÔNG</w:t>
      </w:r>
    </w:p>
    <w:p w:rsidR="00B002C4" w:rsidRPr="00F62CCB" w:rsidRDefault="009D3E4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br/>
        <w:t>Hôm nay, ngày ...... tháng ...... năm ......, t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i .....................................................</w:t>
      </w:r>
    </w:p>
    <w:p w:rsidR="00B002C4" w:rsidRPr="00F62CCB" w:rsidRDefault="009D3E4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Chúng tôi g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m có: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:rsidR="00B002C4" w:rsidRPr="00F62CCB" w:rsidRDefault="009D3E4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BÊN Đ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Ặ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T 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GIA CÔNG (BÊN GIAO):</w:t>
      </w:r>
    </w:p>
    <w:p w:rsidR="00B002C4" w:rsidRPr="00F62CCB" w:rsidRDefault="009D3E4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- Tên đơn v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: ..............................................................</w:t>
      </w:r>
    </w:p>
    <w:p w:rsidR="00B002C4" w:rsidRPr="00F62CCB" w:rsidRDefault="009D3E4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- Đ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a ch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: .............................................................................</w:t>
      </w:r>
    </w:p>
    <w:p w:rsidR="00B002C4" w:rsidRPr="00F62CCB" w:rsidRDefault="009D3E4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- Đ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i di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n: ......................................  Ch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c v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: ......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</w:t>
      </w:r>
    </w:p>
    <w:p w:rsidR="00B002C4" w:rsidRPr="00F62CCB" w:rsidRDefault="009D3E4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- S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đi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n tho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i: .........................   Mã s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thu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: .........................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:rsidR="00B002C4" w:rsidRPr="00F62CCB" w:rsidRDefault="009D3E4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BÊN GIA CÔNG (BÊN NH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N):</w:t>
      </w:r>
    </w:p>
    <w:p w:rsidR="00B002C4" w:rsidRPr="00F62CCB" w:rsidRDefault="009D3E4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- Tên đơn v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: ..............................................................</w:t>
      </w:r>
    </w:p>
    <w:p w:rsidR="00B002C4" w:rsidRPr="00F62CCB" w:rsidRDefault="009D3E4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- Đ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a ch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: ....................................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.........................................</w:t>
      </w:r>
    </w:p>
    <w:p w:rsidR="00B002C4" w:rsidRPr="00F62CCB" w:rsidRDefault="009D3E4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- Đ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i di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n: ......................................  Ch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c v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: ........................</w:t>
      </w:r>
    </w:p>
    <w:p w:rsidR="00B002C4" w:rsidRPr="00F62CCB" w:rsidRDefault="009D3E4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- S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đi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n tho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i: .........................   Mã s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thu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: .........................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:rsidR="00B002C4" w:rsidRPr="00F62CCB" w:rsidRDefault="009D3E4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Căn c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="00F62CCB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B002C4" w:rsidRPr="00F62CCB" w:rsidRDefault="009D3E4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- H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p đ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ng gia công s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: ........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.. ký ngày ...... tháng ...... năm ...... gi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ữ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a hai bên.</w:t>
      </w:r>
    </w:p>
    <w:p w:rsidR="00B002C4" w:rsidRPr="00F62CCB" w:rsidRDefault="009D3E4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- Nhu c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u và th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ỏ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a thu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n th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c t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a hai bên.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:rsidR="00B002C4" w:rsidRPr="00F62CCB" w:rsidRDefault="009D3E4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I. N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="00F62CCB">
        <w:rPr>
          <w:rFonts w:ascii="Times New Roman" w:hAnsi="Times New Roman" w:cs="Times New Roman"/>
          <w:color w:val="000000" w:themeColor="text1"/>
          <w:sz w:val="26"/>
          <w:szCs w:val="26"/>
        </w:rPr>
        <w:t>I DUNG BÀN GIAO: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F62CCB" w:rsidRPr="00F62CCB" w:rsidTr="00F62CCB">
        <w:tc>
          <w:tcPr>
            <w:tcW w:w="1728" w:type="dxa"/>
          </w:tcPr>
          <w:p w:rsidR="00B002C4" w:rsidRPr="00F62CCB" w:rsidRDefault="009D3E4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62C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STT</w:t>
            </w:r>
          </w:p>
        </w:tc>
        <w:tc>
          <w:tcPr>
            <w:tcW w:w="1728" w:type="dxa"/>
          </w:tcPr>
          <w:p w:rsidR="00B002C4" w:rsidRPr="00F62CCB" w:rsidRDefault="009D3E4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62C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Tên nguyên v</w:t>
            </w:r>
            <w:r w:rsidRPr="00F62C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ậ</w:t>
            </w:r>
            <w:r w:rsidRPr="00F62C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 li</w:t>
            </w:r>
            <w:r w:rsidRPr="00F62C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ệ</w:t>
            </w:r>
            <w:r w:rsidRPr="00F62C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u</w:t>
            </w:r>
          </w:p>
        </w:tc>
        <w:tc>
          <w:tcPr>
            <w:tcW w:w="1728" w:type="dxa"/>
          </w:tcPr>
          <w:p w:rsidR="00B002C4" w:rsidRPr="00F62CCB" w:rsidRDefault="009D3E4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62C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Đơn v</w:t>
            </w:r>
            <w:r w:rsidRPr="00F62C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ị</w:t>
            </w:r>
            <w:r w:rsidRPr="00F62C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tính</w:t>
            </w:r>
          </w:p>
        </w:tc>
        <w:tc>
          <w:tcPr>
            <w:tcW w:w="1728" w:type="dxa"/>
          </w:tcPr>
          <w:p w:rsidR="00B002C4" w:rsidRPr="00F62CCB" w:rsidRDefault="009D3E4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62C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</w:t>
            </w:r>
            <w:r w:rsidRPr="00F62C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ố</w:t>
            </w:r>
            <w:r w:rsidRPr="00F62C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lư</w:t>
            </w:r>
            <w:r w:rsidRPr="00F62C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ợ</w:t>
            </w:r>
            <w:r w:rsidRPr="00F62C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</w:t>
            </w:r>
          </w:p>
        </w:tc>
        <w:tc>
          <w:tcPr>
            <w:tcW w:w="1728" w:type="dxa"/>
          </w:tcPr>
          <w:p w:rsidR="00B002C4" w:rsidRPr="00F62CCB" w:rsidRDefault="009D3E4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62C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Ghi chú</w:t>
            </w:r>
          </w:p>
        </w:tc>
      </w:tr>
      <w:tr w:rsidR="00F62CCB" w:rsidRPr="00F62CCB" w:rsidTr="00F62CCB">
        <w:tc>
          <w:tcPr>
            <w:tcW w:w="1728" w:type="dxa"/>
          </w:tcPr>
          <w:p w:rsidR="00B002C4" w:rsidRPr="00F62CCB" w:rsidRDefault="009D3E4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62C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...</w:t>
            </w:r>
          </w:p>
        </w:tc>
        <w:tc>
          <w:tcPr>
            <w:tcW w:w="1728" w:type="dxa"/>
          </w:tcPr>
          <w:p w:rsidR="00B002C4" w:rsidRPr="00F62CCB" w:rsidRDefault="009D3E4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62C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...</w:t>
            </w:r>
          </w:p>
        </w:tc>
        <w:tc>
          <w:tcPr>
            <w:tcW w:w="1728" w:type="dxa"/>
          </w:tcPr>
          <w:p w:rsidR="00B002C4" w:rsidRPr="00F62CCB" w:rsidRDefault="009D3E4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62C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...</w:t>
            </w:r>
          </w:p>
        </w:tc>
        <w:tc>
          <w:tcPr>
            <w:tcW w:w="1728" w:type="dxa"/>
          </w:tcPr>
          <w:p w:rsidR="00B002C4" w:rsidRPr="00F62CCB" w:rsidRDefault="009D3E4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62C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...</w:t>
            </w:r>
          </w:p>
        </w:tc>
        <w:tc>
          <w:tcPr>
            <w:tcW w:w="1728" w:type="dxa"/>
          </w:tcPr>
          <w:p w:rsidR="00B002C4" w:rsidRPr="00F62CCB" w:rsidRDefault="009D3E4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62C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...</w:t>
            </w:r>
          </w:p>
        </w:tc>
      </w:tr>
      <w:tr w:rsidR="00F62CCB" w:rsidRPr="00F62CCB" w:rsidTr="00F62CCB">
        <w:tc>
          <w:tcPr>
            <w:tcW w:w="1728" w:type="dxa"/>
          </w:tcPr>
          <w:p w:rsidR="00B002C4" w:rsidRPr="00F62CCB" w:rsidRDefault="009D3E4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62C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...</w:t>
            </w:r>
          </w:p>
        </w:tc>
        <w:tc>
          <w:tcPr>
            <w:tcW w:w="1728" w:type="dxa"/>
          </w:tcPr>
          <w:p w:rsidR="00B002C4" w:rsidRPr="00F62CCB" w:rsidRDefault="009D3E4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62C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...</w:t>
            </w:r>
          </w:p>
        </w:tc>
        <w:tc>
          <w:tcPr>
            <w:tcW w:w="1728" w:type="dxa"/>
          </w:tcPr>
          <w:p w:rsidR="00B002C4" w:rsidRPr="00F62CCB" w:rsidRDefault="009D3E4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62C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...</w:t>
            </w:r>
          </w:p>
        </w:tc>
        <w:tc>
          <w:tcPr>
            <w:tcW w:w="1728" w:type="dxa"/>
          </w:tcPr>
          <w:p w:rsidR="00B002C4" w:rsidRPr="00F62CCB" w:rsidRDefault="009D3E4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62C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...</w:t>
            </w:r>
          </w:p>
        </w:tc>
        <w:tc>
          <w:tcPr>
            <w:tcW w:w="1728" w:type="dxa"/>
          </w:tcPr>
          <w:p w:rsidR="00B002C4" w:rsidRPr="00F62CCB" w:rsidRDefault="009D3E4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62C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...</w:t>
            </w:r>
          </w:p>
        </w:tc>
      </w:tr>
      <w:tr w:rsidR="00F62CCB" w:rsidRPr="00F62CCB" w:rsidTr="00F62CCB">
        <w:tc>
          <w:tcPr>
            <w:tcW w:w="1728" w:type="dxa"/>
          </w:tcPr>
          <w:p w:rsidR="00B002C4" w:rsidRPr="00F62CCB" w:rsidRDefault="009D3E4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62C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...</w:t>
            </w:r>
          </w:p>
        </w:tc>
        <w:tc>
          <w:tcPr>
            <w:tcW w:w="1728" w:type="dxa"/>
          </w:tcPr>
          <w:p w:rsidR="00B002C4" w:rsidRPr="00F62CCB" w:rsidRDefault="009D3E4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62C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...</w:t>
            </w:r>
          </w:p>
        </w:tc>
        <w:tc>
          <w:tcPr>
            <w:tcW w:w="1728" w:type="dxa"/>
          </w:tcPr>
          <w:p w:rsidR="00B002C4" w:rsidRPr="00F62CCB" w:rsidRDefault="009D3E4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62C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...</w:t>
            </w:r>
          </w:p>
        </w:tc>
        <w:tc>
          <w:tcPr>
            <w:tcW w:w="1728" w:type="dxa"/>
          </w:tcPr>
          <w:p w:rsidR="00B002C4" w:rsidRPr="00F62CCB" w:rsidRDefault="009D3E4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62C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...</w:t>
            </w:r>
          </w:p>
        </w:tc>
        <w:tc>
          <w:tcPr>
            <w:tcW w:w="1728" w:type="dxa"/>
          </w:tcPr>
          <w:p w:rsidR="00B002C4" w:rsidRPr="00F62CCB" w:rsidRDefault="009D3E4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62CC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...</w:t>
            </w:r>
          </w:p>
        </w:tc>
      </w:tr>
    </w:tbl>
    <w:p w:rsidR="00B002C4" w:rsidRPr="00F62CCB" w:rsidRDefault="009D3E4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T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ng s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lư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ng nguyên v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t li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u bàn giao: .....................................................</w:t>
      </w:r>
    </w:p>
    <w:p w:rsidR="00B002C4" w:rsidRPr="00F62CCB" w:rsidRDefault="009D3E4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(B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ằ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ng ch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ữ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: ..........................................................................................)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:rsidR="00B002C4" w:rsidRPr="00F62CCB" w:rsidRDefault="009D3E4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II. M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C ĐÍCH S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D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NG:</w:t>
      </w:r>
      <w:r w:rsidR="00F62CCB"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Nguyên v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t li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u nêu trên đư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c giao đ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bê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n nh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n gia công th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c hi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n vi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c gia công s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n ph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ẩ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m theo h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p đ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ng s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............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:rsidR="00B002C4" w:rsidRPr="00F62CCB" w:rsidRDefault="009D3E4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III. TRÁCH NHI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M C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A CÁC BÊN:</w:t>
      </w:r>
    </w:p>
    <w:p w:rsidR="00B002C4" w:rsidRPr="00F62CCB" w:rsidRDefault="009D3E4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- Bên giao ch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u trách nhi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m v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ngu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n g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c, ch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t lư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ng, ch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ng lo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i c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a nguyên v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t li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u.</w:t>
      </w:r>
    </w:p>
    <w:p w:rsidR="00B002C4" w:rsidRPr="00F62CCB" w:rsidRDefault="009D3E4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- Bên nh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n có trách nhi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m b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o qu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n, s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d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ng đúng m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c 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đích, không đư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c t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ý s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d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ng cho m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c đích khác.</w:t>
      </w:r>
      <w:bookmarkStart w:id="0" w:name="_GoBack"/>
      <w:bookmarkEnd w:id="0"/>
    </w:p>
    <w:p w:rsidR="00B002C4" w:rsidRPr="00F62CCB" w:rsidRDefault="009D3E4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- Sau khi hoàn thành vi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c gia công, bên nh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n ph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i bàn giao l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i s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n ph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ẩ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m cùng ph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n nguyên v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t li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u còn dư (n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u có).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:rsidR="00B002C4" w:rsidRPr="00F62CCB" w:rsidRDefault="009D3E4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IV. BIÊN B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N ĐƯ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C L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="00F62CCB">
        <w:rPr>
          <w:rFonts w:ascii="Times New Roman" w:hAnsi="Times New Roman" w:cs="Times New Roman"/>
          <w:color w:val="000000" w:themeColor="text1"/>
          <w:sz w:val="26"/>
          <w:szCs w:val="26"/>
        </w:rPr>
        <w:t>P:</w:t>
      </w:r>
    </w:p>
    <w:p w:rsidR="00B002C4" w:rsidRPr="00F62CCB" w:rsidRDefault="009D3E4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Biên b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n này đư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c l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p thành 02 (hai) b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n, m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ỗ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i bên gi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ữ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01 (m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t) 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b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n, có giá tr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pháp lý như nhau.</w:t>
      </w:r>
    </w:p>
    <w:p w:rsidR="00B002C4" w:rsidRPr="00F62CCB" w:rsidRDefault="009D3E4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Các bên đã đ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ọ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c, hi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u và th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ng nh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t ký tên dư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ớ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t>i đây.</w:t>
      </w:r>
      <w:r w:rsidRPr="00F62CC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F62CCB" w:rsidRPr="00F62CCB" w:rsidTr="00F62CCB">
        <w:trPr>
          <w:trHeight w:val="527"/>
        </w:trPr>
        <w:tc>
          <w:tcPr>
            <w:tcW w:w="4320" w:type="dxa"/>
          </w:tcPr>
          <w:p w:rsidR="00B002C4" w:rsidRPr="00F62CCB" w:rsidRDefault="009D3E46">
            <w:pP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F62CC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Đ</w:t>
            </w:r>
            <w:r w:rsidRPr="00F62CC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Ạ</w:t>
            </w:r>
            <w:r w:rsidRPr="00F62CC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I DI</w:t>
            </w:r>
            <w:r w:rsidRPr="00F62CC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Ệ</w:t>
            </w:r>
            <w:r w:rsidRPr="00F62CC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N BÊN GIAO</w:t>
            </w:r>
            <w:r w:rsidRPr="00F62CC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br/>
              <w:t>(Ký, ghi rõ h</w:t>
            </w:r>
            <w:r w:rsidRPr="00F62CC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ọ</w:t>
            </w:r>
            <w:r w:rsidRPr="00F62CC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tên, đóng d</w:t>
            </w:r>
            <w:r w:rsidRPr="00F62CC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ấ</w:t>
            </w:r>
            <w:r w:rsidRPr="00F62CC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u)</w:t>
            </w:r>
          </w:p>
        </w:tc>
        <w:tc>
          <w:tcPr>
            <w:tcW w:w="4320" w:type="dxa"/>
          </w:tcPr>
          <w:p w:rsidR="00B002C4" w:rsidRPr="00F62CCB" w:rsidRDefault="009D3E46">
            <w:pP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F62CC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Đ</w:t>
            </w:r>
            <w:r w:rsidRPr="00F62CC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Ạ</w:t>
            </w:r>
            <w:r w:rsidRPr="00F62CC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I DI</w:t>
            </w:r>
            <w:r w:rsidRPr="00F62CC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Ệ</w:t>
            </w:r>
            <w:r w:rsidRPr="00F62CC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N BÊN NH</w:t>
            </w:r>
            <w:r w:rsidRPr="00F62CC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Ậ</w:t>
            </w:r>
            <w:r w:rsidRPr="00F62CC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N</w:t>
            </w:r>
            <w:r w:rsidRPr="00F62CC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br/>
              <w:t>(Ký, ghi rõ h</w:t>
            </w:r>
            <w:r w:rsidRPr="00F62CC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ọ</w:t>
            </w:r>
            <w:r w:rsidRPr="00F62CC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tên, đóng d</w:t>
            </w:r>
            <w:r w:rsidRPr="00F62CC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ấ</w:t>
            </w:r>
            <w:r w:rsidRPr="00F62CC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u)</w:t>
            </w:r>
          </w:p>
        </w:tc>
      </w:tr>
    </w:tbl>
    <w:p w:rsidR="009D3E46" w:rsidRPr="00F62CCB" w:rsidRDefault="009D3E4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9D3E46" w:rsidRPr="00F62CC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D3E46"/>
    <w:rsid w:val="00AA1D8D"/>
    <w:rsid w:val="00B002C4"/>
    <w:rsid w:val="00B47730"/>
    <w:rsid w:val="00CB0664"/>
    <w:rsid w:val="00F62C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5F878928-06A1-4561-B332-2322011E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F9EF97-8A78-4A76-96E7-5A6F7A2A2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2180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2025-10-20T01:21:00Z</dcterms:created>
  <dcterms:modified xsi:type="dcterms:W3CDTF">2025-10-20T01:21:00Z</dcterms:modified>
  <cp:category/>
</cp:coreProperties>
</file>