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C26" w:rsidRPr="00A90C26" w:rsidRDefault="00A90C26" w:rsidP="00A90C26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 HÒA XÃ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CH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NGHĨA VI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T NAM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br/>
        <w:t>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l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p – T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do –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nh phúc</w:t>
      </w:r>
    </w:p>
    <w:p w:rsidR="00A90C26" w:rsidRPr="00A90C26" w:rsidRDefault="00A90C26" w:rsidP="00A90C26">
      <w:pPr>
        <w:rPr>
          <w:rFonts w:ascii="Times New Roman" w:hAnsi="Times New Roman" w:cs="Times New Roman"/>
          <w:sz w:val="26"/>
          <w:szCs w:val="26"/>
        </w:rPr>
      </w:pPr>
    </w:p>
    <w:p w:rsidR="00A90C26" w:rsidRPr="00A90C26" w:rsidRDefault="00A90C26" w:rsidP="00A90C26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A90C26">
        <w:rPr>
          <w:rFonts w:ascii="Times New Roman" w:hAnsi="Times New Roman" w:cs="Times New Roman"/>
          <w:i/>
          <w:sz w:val="26"/>
          <w:szCs w:val="26"/>
        </w:rPr>
        <w:t>…,ngày…tháng…năm…</w:t>
      </w:r>
    </w:p>
    <w:p w:rsidR="00A90C26" w:rsidRPr="00A90C26" w:rsidRDefault="00A90C26" w:rsidP="00A90C26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BIÊN BẢN LÀM VIỆC</w:t>
      </w:r>
    </w:p>
    <w:p w:rsidR="00A90C26" w:rsidRPr="00A90C26" w:rsidRDefault="00A90C26" w:rsidP="00A90C26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V/v: Thu hồi nợ tiền hàng hóa, dịch vụ quá hạn</w:t>
      </w:r>
    </w:p>
    <w:p w:rsidR="00977055" w:rsidRPr="00A90C26" w:rsidRDefault="00977055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90C26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Hôm nay, ngày ___ tháng ___ năm ___, t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(đ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a đi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m làm vi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c) _______, chúng tôi g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m: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Bên A (Ch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/ Bên cung c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p hàng hóa, d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ch v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ụ):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Tên công ty / t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/ cá nhân: __________________________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: ________________________________________________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Mã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thu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/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CMND, CCCD (n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u là cá nhân): _______________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Ngư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(n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u có): ______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_______________; Ch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: ______</w:t>
      </w:r>
    </w:p>
    <w:bookmarkEnd w:id="0"/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Liên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: __________________________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**Bên B (Bên 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ợ / Khách hàng):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Tên công ty / t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/ cá nhân: __________________________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: ________________________________________________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Mã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thu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/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CMND, CCCD: 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Ngư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n: _____________________; Ch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: ______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Liên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: __________________________</w:t>
      </w:r>
    </w:p>
    <w:p w:rsidR="00977055" w:rsidRPr="00A90C26" w:rsidRDefault="00A90C26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A90C26">
        <w:rPr>
          <w:rFonts w:ascii="Times New Roman" w:hAnsi="Times New Roman" w:cs="Times New Roman"/>
          <w:color w:val="000000" w:themeColor="text1"/>
        </w:rPr>
        <w:t>N</w:t>
      </w:r>
      <w:r w:rsidRPr="00A90C26">
        <w:rPr>
          <w:rFonts w:ascii="Times New Roman" w:hAnsi="Times New Roman" w:cs="Times New Roman"/>
          <w:color w:val="000000" w:themeColor="text1"/>
        </w:rPr>
        <w:t>ộ</w:t>
      </w:r>
      <w:r w:rsidRPr="00A90C26">
        <w:rPr>
          <w:rFonts w:ascii="Times New Roman" w:hAnsi="Times New Roman" w:cs="Times New Roman"/>
          <w:color w:val="000000" w:themeColor="text1"/>
        </w:rPr>
        <w:t>i dung làm vi</w:t>
      </w:r>
      <w:r w:rsidRPr="00A90C26">
        <w:rPr>
          <w:rFonts w:ascii="Times New Roman" w:hAnsi="Times New Roman" w:cs="Times New Roman"/>
          <w:color w:val="000000" w:themeColor="text1"/>
        </w:rPr>
        <w:t>ệ</w:t>
      </w:r>
      <w:r w:rsidRPr="00A90C26">
        <w:rPr>
          <w:rFonts w:ascii="Times New Roman" w:hAnsi="Times New Roman" w:cs="Times New Roman"/>
          <w:color w:val="000000" w:themeColor="text1"/>
        </w:rPr>
        <w:t>c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1. Căn c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pháp lý &amp;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 / th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ỏ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a thu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liên quan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 mua bán / cung c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p d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ch v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: ______ ký ngày __/__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/__ gi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a hai bên.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- Hóa đơn / ch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 t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thanh toán: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___ ngày __/__/__.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Biên b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bàn giao / nghi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m thu (n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u có):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___ ngày __/__/__.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2.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&amp; th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quá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T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g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còn 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: __________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 (B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ằ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 ch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: __________________).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Lãi ch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m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u th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ỏ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a thu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/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 có quy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nh): __________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ng.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T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ph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thanh toán tính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th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đi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m l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p biên b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n: __________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ng.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Th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thanh toán theo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ng: trư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ngày __/__/__.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Th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đi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m quá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th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t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: k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ngày __/__/__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ay là ___ ngày.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3. L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ch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thanh toán (n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u có)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Bên B đã thanh toán trư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đó: __________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 vào ngày __/__/__.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dư còn l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hi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nay: __________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ng.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Lý do ch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m tr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u Bên B trình bày): _____________________________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4. Yêu c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u c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a Bên A và cam 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k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t c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a Bên B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Bên A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Bên B thanh toán toàn b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còn l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trong vòng ___ ngày k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ngày ký biên b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này;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Phương th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thanh toán: chuy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kho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/ ti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m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t / hình th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khác: ____________</w:t>
      </w:r>
    </w:p>
    <w:p w:rsidR="00977055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- N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u quá th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cam k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t mà Bên B không th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hi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n, Bên A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có quy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th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hi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các bi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pháp: g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thông báo l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cu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i, kh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ki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ra tòa, ho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áp d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 bi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pháp x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lý theo h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ng và pháp lu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t.</w:t>
      </w:r>
    </w:p>
    <w:p w:rsidR="00977055" w:rsidRPr="00A90C26" w:rsidRDefault="00A90C26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A90C26">
        <w:rPr>
          <w:rFonts w:ascii="Times New Roman" w:hAnsi="Times New Roman" w:cs="Times New Roman"/>
          <w:color w:val="000000" w:themeColor="text1"/>
        </w:rPr>
        <w:t>K</w:t>
      </w:r>
      <w:r w:rsidRPr="00A90C26">
        <w:rPr>
          <w:rFonts w:ascii="Times New Roman" w:hAnsi="Times New Roman" w:cs="Times New Roman"/>
          <w:color w:val="000000" w:themeColor="text1"/>
        </w:rPr>
        <w:t>ế</w:t>
      </w:r>
      <w:r w:rsidRPr="00A90C26">
        <w:rPr>
          <w:rFonts w:ascii="Times New Roman" w:hAnsi="Times New Roman" w:cs="Times New Roman"/>
          <w:color w:val="000000" w:themeColor="text1"/>
        </w:rPr>
        <w:t>t lu</w:t>
      </w:r>
      <w:r w:rsidRPr="00A90C26">
        <w:rPr>
          <w:rFonts w:ascii="Times New Roman" w:hAnsi="Times New Roman" w:cs="Times New Roman"/>
          <w:color w:val="000000" w:themeColor="text1"/>
        </w:rPr>
        <w:t>ậ</w:t>
      </w:r>
      <w:r w:rsidRPr="00A90C26">
        <w:rPr>
          <w:rFonts w:ascii="Times New Roman" w:hAnsi="Times New Roman" w:cs="Times New Roman"/>
          <w:color w:val="000000" w:themeColor="text1"/>
        </w:rPr>
        <w:t>n và xác nh</w:t>
      </w:r>
      <w:r w:rsidRPr="00A90C26">
        <w:rPr>
          <w:rFonts w:ascii="Times New Roman" w:hAnsi="Times New Roman" w:cs="Times New Roman"/>
          <w:color w:val="000000" w:themeColor="text1"/>
        </w:rPr>
        <w:t>ậ</w:t>
      </w:r>
      <w:r w:rsidRPr="00A90C26">
        <w:rPr>
          <w:rFonts w:ascii="Times New Roman" w:hAnsi="Times New Roman" w:cs="Times New Roman"/>
          <w:color w:val="000000" w:themeColor="text1"/>
        </w:rPr>
        <w:t>n</w:t>
      </w:r>
    </w:p>
    <w:p w:rsidR="00A90C26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Biên b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 đư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c l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p thành 02 b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n, m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ỗ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i bên gi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01 b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n, có giá tr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90C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như nhau.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A90C26" w:rsidRPr="00A90C26" w:rsidTr="00A90C26">
        <w:tc>
          <w:tcPr>
            <w:tcW w:w="4428" w:type="dxa"/>
          </w:tcPr>
          <w:p w:rsidR="00A90C26" w:rsidRPr="00A90C26" w:rsidRDefault="00A90C26" w:rsidP="00A90C26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90C2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Đại diện Bên A</w:t>
            </w:r>
          </w:p>
          <w:p w:rsidR="00A90C26" w:rsidRPr="00A90C26" w:rsidRDefault="00A90C26" w:rsidP="00A90C26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90C2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(Ký, ghi rõ họ tên, chức vụ, đóng dấu)</w:t>
            </w:r>
          </w:p>
        </w:tc>
        <w:tc>
          <w:tcPr>
            <w:tcW w:w="4428" w:type="dxa"/>
          </w:tcPr>
          <w:p w:rsidR="00A90C26" w:rsidRPr="00A90C26" w:rsidRDefault="00A90C26" w:rsidP="00A90C26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90C2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Đại diện Bên B </w:t>
            </w:r>
          </w:p>
          <w:p w:rsidR="00A90C26" w:rsidRPr="00A90C26" w:rsidRDefault="00A90C26" w:rsidP="00A90C26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90C2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(Ký, ghi rõ họ tên, chức vụ)</w:t>
            </w:r>
          </w:p>
        </w:tc>
      </w:tr>
    </w:tbl>
    <w:p w:rsidR="00A90C26" w:rsidRPr="00A90C26" w:rsidRDefault="00A90C2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77055" w:rsidRPr="00A90C26" w:rsidRDefault="00977055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977055" w:rsidRPr="00A90C2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77055"/>
    <w:rsid w:val="00A90C2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1427D78A-6FCE-4C13-9514-CD9398AF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F9A315-F125-456A-BE03-9DCA96D10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2025-10-17T03:49:00Z</dcterms:created>
  <dcterms:modified xsi:type="dcterms:W3CDTF">2025-10-17T03:49:00Z</dcterms:modified>
  <cp:category/>
</cp:coreProperties>
</file>