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711" w:rsidRPr="0011715D" w:rsidRDefault="0011715D" w:rsidP="0011715D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HÒA XÃ H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CH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NGHĨA VI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</w:t>
      </w:r>
    </w:p>
    <w:p w:rsidR="005D1711" w:rsidRPr="0011715D" w:rsidRDefault="0011715D" w:rsidP="0011715D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11715D" w:rsidRPr="0011715D" w:rsidRDefault="0011715D" w:rsidP="0011715D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BIÊN BẢN XÁC NHẬN HÀNH VI VI PHẠM NGHĨA VỤ TRONG HỢP ĐỒNG DỊCH VỤ</w:t>
      </w:r>
    </w:p>
    <w:p w:rsidR="0011715D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……/BB-VP……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Hôm nay, ngày …… tháng …… năm …… 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Chúng tôi g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có: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BÊN A (Bên cung c</w:t>
      </w:r>
      <w:r w:rsidRPr="0011715D">
        <w:rPr>
          <w:rFonts w:ascii="Times New Roman" w:hAnsi="Times New Roman" w:cs="Times New Roman"/>
          <w:color w:val="000000" w:themeColor="text1"/>
        </w:rPr>
        <w:t>ấ</w:t>
      </w:r>
      <w:r w:rsidRPr="0011715D">
        <w:rPr>
          <w:rFonts w:ascii="Times New Roman" w:hAnsi="Times New Roman" w:cs="Times New Roman"/>
          <w:color w:val="000000" w:themeColor="text1"/>
        </w:rPr>
        <w:t>p d</w:t>
      </w:r>
      <w:r w:rsidRPr="0011715D">
        <w:rPr>
          <w:rFonts w:ascii="Times New Roman" w:hAnsi="Times New Roman" w:cs="Times New Roman"/>
          <w:color w:val="000000" w:themeColor="text1"/>
        </w:rPr>
        <w:t>ị</w:t>
      </w:r>
      <w:r w:rsidRPr="0011715D">
        <w:rPr>
          <w:rFonts w:ascii="Times New Roman" w:hAnsi="Times New Roman" w:cs="Times New Roman"/>
          <w:color w:val="000000" w:themeColor="text1"/>
        </w:rPr>
        <w:t>ch v</w:t>
      </w:r>
      <w:r w:rsidRPr="0011715D">
        <w:rPr>
          <w:rFonts w:ascii="Times New Roman" w:hAnsi="Times New Roman" w:cs="Times New Roman"/>
          <w:color w:val="000000" w:themeColor="text1"/>
        </w:rPr>
        <w:t>ụ</w:t>
      </w:r>
      <w:r w:rsidRPr="0011715D">
        <w:rPr>
          <w:rFonts w:ascii="Times New Roman" w:hAnsi="Times New Roman" w:cs="Times New Roman"/>
          <w:color w:val="000000" w:themeColor="text1"/>
        </w:rPr>
        <w:t>):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Tên/T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c: 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Ngư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n: …………………………… 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/ Email: …………………………………………………………………………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BÊN B (Bên s</w:t>
      </w:r>
      <w:r w:rsidRPr="0011715D">
        <w:rPr>
          <w:rFonts w:ascii="Times New Roman" w:hAnsi="Times New Roman" w:cs="Times New Roman"/>
          <w:color w:val="000000" w:themeColor="text1"/>
        </w:rPr>
        <w:t>ử</w:t>
      </w:r>
      <w:r w:rsidRPr="0011715D">
        <w:rPr>
          <w:rFonts w:ascii="Times New Roman" w:hAnsi="Times New Roman" w:cs="Times New Roman"/>
          <w:color w:val="000000" w:themeColor="text1"/>
        </w:rPr>
        <w:t xml:space="preserve"> d</w:t>
      </w:r>
      <w:r w:rsidRPr="0011715D">
        <w:rPr>
          <w:rFonts w:ascii="Times New Roman" w:hAnsi="Times New Roman" w:cs="Times New Roman"/>
          <w:color w:val="000000" w:themeColor="text1"/>
        </w:rPr>
        <w:t>ụ</w:t>
      </w:r>
      <w:r w:rsidRPr="0011715D">
        <w:rPr>
          <w:rFonts w:ascii="Times New Roman" w:hAnsi="Times New Roman" w:cs="Times New Roman"/>
          <w:color w:val="000000" w:themeColor="text1"/>
        </w:rPr>
        <w:t>n</w:t>
      </w:r>
      <w:r w:rsidRPr="0011715D">
        <w:rPr>
          <w:rFonts w:ascii="Times New Roman" w:hAnsi="Times New Roman" w:cs="Times New Roman"/>
          <w:color w:val="000000" w:themeColor="text1"/>
        </w:rPr>
        <w:t>g d</w:t>
      </w:r>
      <w:r w:rsidRPr="0011715D">
        <w:rPr>
          <w:rFonts w:ascii="Times New Roman" w:hAnsi="Times New Roman" w:cs="Times New Roman"/>
          <w:color w:val="000000" w:themeColor="text1"/>
        </w:rPr>
        <w:t>ị</w:t>
      </w:r>
      <w:r w:rsidRPr="0011715D">
        <w:rPr>
          <w:rFonts w:ascii="Times New Roman" w:hAnsi="Times New Roman" w:cs="Times New Roman"/>
          <w:color w:val="000000" w:themeColor="text1"/>
        </w:rPr>
        <w:t>ch v</w:t>
      </w:r>
      <w:r w:rsidRPr="0011715D">
        <w:rPr>
          <w:rFonts w:ascii="Times New Roman" w:hAnsi="Times New Roman" w:cs="Times New Roman"/>
          <w:color w:val="000000" w:themeColor="text1"/>
        </w:rPr>
        <w:t>ụ</w:t>
      </w:r>
      <w:r w:rsidRPr="0011715D">
        <w:rPr>
          <w:rFonts w:ascii="Times New Roman" w:hAnsi="Times New Roman" w:cs="Times New Roman"/>
          <w:color w:val="000000" w:themeColor="text1"/>
        </w:rPr>
        <w:t>):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Tên/T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/ Cá nhân: 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Ngư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Ngư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liên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…………………………… 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/ Email: 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Căn c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d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ch v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 ký ngày …… tháng …… năm …… gi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a Bên A và Bên B; Căn c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ki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 tra, giám sát /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ánh / báo cáo / khi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i, hai bên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nh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 l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biên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xác nh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hành vi vi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 như sau: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1. N</w:t>
      </w:r>
      <w:r w:rsidRPr="0011715D">
        <w:rPr>
          <w:rFonts w:ascii="Times New Roman" w:hAnsi="Times New Roman" w:cs="Times New Roman"/>
          <w:color w:val="000000" w:themeColor="text1"/>
        </w:rPr>
        <w:t>ộ</w:t>
      </w:r>
      <w:r w:rsidRPr="0011715D">
        <w:rPr>
          <w:rFonts w:ascii="Times New Roman" w:hAnsi="Times New Roman" w:cs="Times New Roman"/>
          <w:color w:val="000000" w:themeColor="text1"/>
        </w:rPr>
        <w:t>i dung h</w:t>
      </w:r>
      <w:r w:rsidRPr="0011715D">
        <w:rPr>
          <w:rFonts w:ascii="Times New Roman" w:hAnsi="Times New Roman" w:cs="Times New Roman"/>
          <w:color w:val="000000" w:themeColor="text1"/>
        </w:rPr>
        <w:t>ợ</w:t>
      </w:r>
      <w:r w:rsidRPr="0011715D">
        <w:rPr>
          <w:rFonts w:ascii="Times New Roman" w:hAnsi="Times New Roman" w:cs="Times New Roman"/>
          <w:color w:val="000000" w:themeColor="text1"/>
        </w:rPr>
        <w:t>p đ</w:t>
      </w:r>
      <w:r w:rsidRPr="0011715D">
        <w:rPr>
          <w:rFonts w:ascii="Times New Roman" w:hAnsi="Times New Roman" w:cs="Times New Roman"/>
          <w:color w:val="000000" w:themeColor="text1"/>
        </w:rPr>
        <w:t>ồ</w:t>
      </w:r>
      <w:r w:rsidRPr="0011715D">
        <w:rPr>
          <w:rFonts w:ascii="Times New Roman" w:hAnsi="Times New Roman" w:cs="Times New Roman"/>
          <w:color w:val="000000" w:themeColor="text1"/>
        </w:rPr>
        <w:t>ng và nghĩa v</w:t>
      </w:r>
      <w:r w:rsidRPr="0011715D">
        <w:rPr>
          <w:rFonts w:ascii="Times New Roman" w:hAnsi="Times New Roman" w:cs="Times New Roman"/>
          <w:color w:val="000000" w:themeColor="text1"/>
        </w:rPr>
        <w:t>ụ</w:t>
      </w:r>
      <w:r w:rsidRPr="0011715D">
        <w:rPr>
          <w:rFonts w:ascii="Times New Roman" w:hAnsi="Times New Roman" w:cs="Times New Roman"/>
          <w:color w:val="000000" w:themeColor="text1"/>
        </w:rPr>
        <w:t xml:space="preserve"> đã th</w:t>
      </w:r>
      <w:r w:rsidRPr="0011715D">
        <w:rPr>
          <w:rFonts w:ascii="Times New Roman" w:hAnsi="Times New Roman" w:cs="Times New Roman"/>
          <w:color w:val="000000" w:themeColor="text1"/>
        </w:rPr>
        <w:t>ỏ</w:t>
      </w:r>
      <w:r w:rsidRPr="0011715D">
        <w:rPr>
          <w:rFonts w:ascii="Times New Roman" w:hAnsi="Times New Roman" w:cs="Times New Roman"/>
          <w:color w:val="000000" w:themeColor="text1"/>
        </w:rPr>
        <w:t>a thu</w:t>
      </w:r>
      <w:r w:rsidRPr="0011715D">
        <w:rPr>
          <w:rFonts w:ascii="Times New Roman" w:hAnsi="Times New Roman" w:cs="Times New Roman"/>
          <w:color w:val="000000" w:themeColor="text1"/>
        </w:rPr>
        <w:t>ậ</w:t>
      </w:r>
      <w:r w:rsidRPr="0011715D">
        <w:rPr>
          <w:rFonts w:ascii="Times New Roman" w:hAnsi="Times New Roman" w:cs="Times New Roman"/>
          <w:color w:val="000000" w:themeColor="text1"/>
        </w:rPr>
        <w:t>n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Lo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d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ch v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: …………………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n: 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……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ngày 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Các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kho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vi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/ tiêu chu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ti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mà các bên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  •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…………………………………………………………………………………………………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  •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…………………………………………………………………………………………………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2. Hành vi vi ph</w:t>
      </w:r>
      <w:r w:rsidRPr="0011715D">
        <w:rPr>
          <w:rFonts w:ascii="Times New Roman" w:hAnsi="Times New Roman" w:cs="Times New Roman"/>
          <w:color w:val="000000" w:themeColor="text1"/>
        </w:rPr>
        <w:t>ạ</w:t>
      </w:r>
      <w:r w:rsidRPr="0011715D">
        <w:rPr>
          <w:rFonts w:ascii="Times New Roman" w:hAnsi="Times New Roman" w:cs="Times New Roman"/>
          <w:color w:val="000000" w:themeColor="text1"/>
        </w:rPr>
        <w:t>m đư</w:t>
      </w:r>
      <w:r w:rsidRPr="0011715D">
        <w:rPr>
          <w:rFonts w:ascii="Times New Roman" w:hAnsi="Times New Roman" w:cs="Times New Roman"/>
          <w:color w:val="000000" w:themeColor="text1"/>
        </w:rPr>
        <w:t>ợ</w:t>
      </w:r>
      <w:r w:rsidRPr="0011715D">
        <w:rPr>
          <w:rFonts w:ascii="Times New Roman" w:hAnsi="Times New Roman" w:cs="Times New Roman"/>
          <w:color w:val="000000" w:themeColor="text1"/>
        </w:rPr>
        <w:t>c</w:t>
      </w:r>
      <w:r w:rsidRPr="0011715D">
        <w:rPr>
          <w:rFonts w:ascii="Times New Roman" w:hAnsi="Times New Roman" w:cs="Times New Roman"/>
          <w:color w:val="000000" w:themeColor="text1"/>
        </w:rPr>
        <w:t xml:space="preserve"> xác nh</w:t>
      </w:r>
      <w:r w:rsidRPr="0011715D">
        <w:rPr>
          <w:rFonts w:ascii="Times New Roman" w:hAnsi="Times New Roman" w:cs="Times New Roman"/>
          <w:color w:val="000000" w:themeColor="text1"/>
        </w:rPr>
        <w:t>ậ</w:t>
      </w:r>
      <w:r w:rsidRPr="0011715D">
        <w:rPr>
          <w:rFonts w:ascii="Times New Roman" w:hAnsi="Times New Roman" w:cs="Times New Roman"/>
          <w:color w:val="000000" w:themeColor="text1"/>
        </w:rPr>
        <w:t>n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 phát 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vi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m: ngày ……/……/…… vào lúc … gi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 phút 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Mô 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ti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 hành vi vi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m: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  •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…………………………………………………………………………………………………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  •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…………………………………………………………………………………………………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Ngư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l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biên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Ngư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làm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(n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có):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…………………………………………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3. Căn c</w:t>
      </w:r>
      <w:r w:rsidRPr="0011715D">
        <w:rPr>
          <w:rFonts w:ascii="Times New Roman" w:hAnsi="Times New Roman" w:cs="Times New Roman"/>
          <w:color w:val="000000" w:themeColor="text1"/>
        </w:rPr>
        <w:t>ứ</w:t>
      </w:r>
      <w:r w:rsidRPr="0011715D">
        <w:rPr>
          <w:rFonts w:ascii="Times New Roman" w:hAnsi="Times New Roman" w:cs="Times New Roman"/>
          <w:color w:val="000000" w:themeColor="text1"/>
        </w:rPr>
        <w:t xml:space="preserve"> xác nh</w:t>
      </w:r>
      <w:r w:rsidRPr="0011715D">
        <w:rPr>
          <w:rFonts w:ascii="Times New Roman" w:hAnsi="Times New Roman" w:cs="Times New Roman"/>
          <w:color w:val="000000" w:themeColor="text1"/>
        </w:rPr>
        <w:t>ậ</w:t>
      </w:r>
      <w:r w:rsidRPr="0011715D">
        <w:rPr>
          <w:rFonts w:ascii="Times New Roman" w:hAnsi="Times New Roman" w:cs="Times New Roman"/>
          <w:color w:val="000000" w:themeColor="text1"/>
        </w:rPr>
        <w:t>n vi ph</w:t>
      </w:r>
      <w:r w:rsidRPr="0011715D">
        <w:rPr>
          <w:rFonts w:ascii="Times New Roman" w:hAnsi="Times New Roman" w:cs="Times New Roman"/>
          <w:color w:val="000000" w:themeColor="text1"/>
        </w:rPr>
        <w:t>ạ</w:t>
      </w:r>
      <w:r w:rsidRPr="0011715D">
        <w:rPr>
          <w:rFonts w:ascii="Times New Roman" w:hAnsi="Times New Roman" w:cs="Times New Roman"/>
          <w:color w:val="000000" w:themeColor="text1"/>
        </w:rPr>
        <w:t>m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kho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đi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ki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trong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m: 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Văn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/ thông báo /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kèm theo (n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có): 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Bi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pháp / yêu c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kh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ph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(n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đã trao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i): ………………………………………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4. H</w:t>
      </w:r>
      <w:r w:rsidRPr="0011715D">
        <w:rPr>
          <w:rFonts w:ascii="Times New Roman" w:hAnsi="Times New Roman" w:cs="Times New Roman"/>
          <w:color w:val="000000" w:themeColor="text1"/>
        </w:rPr>
        <w:t>ệ</w:t>
      </w:r>
      <w:r w:rsidRPr="0011715D">
        <w:rPr>
          <w:rFonts w:ascii="Times New Roman" w:hAnsi="Times New Roman" w:cs="Times New Roman"/>
          <w:color w:val="000000" w:themeColor="text1"/>
        </w:rPr>
        <w:t xml:space="preserve"> qu</w:t>
      </w:r>
      <w:r w:rsidRPr="0011715D">
        <w:rPr>
          <w:rFonts w:ascii="Times New Roman" w:hAnsi="Times New Roman" w:cs="Times New Roman"/>
          <w:color w:val="000000" w:themeColor="text1"/>
        </w:rPr>
        <w:t>ả</w:t>
      </w:r>
      <w:r w:rsidRPr="0011715D">
        <w:rPr>
          <w:rFonts w:ascii="Times New Roman" w:hAnsi="Times New Roman" w:cs="Times New Roman"/>
          <w:color w:val="000000" w:themeColor="text1"/>
        </w:rPr>
        <w:t xml:space="preserve"> c</w:t>
      </w:r>
      <w:r w:rsidRPr="0011715D">
        <w:rPr>
          <w:rFonts w:ascii="Times New Roman" w:hAnsi="Times New Roman" w:cs="Times New Roman"/>
          <w:color w:val="000000" w:themeColor="text1"/>
        </w:rPr>
        <w:t>ủ</w:t>
      </w:r>
      <w:r w:rsidRPr="0011715D">
        <w:rPr>
          <w:rFonts w:ascii="Times New Roman" w:hAnsi="Times New Roman" w:cs="Times New Roman"/>
          <w:color w:val="000000" w:themeColor="text1"/>
        </w:rPr>
        <w:t>a hành vi vi ph</w:t>
      </w:r>
      <w:r w:rsidRPr="0011715D">
        <w:rPr>
          <w:rFonts w:ascii="Times New Roman" w:hAnsi="Times New Roman" w:cs="Times New Roman"/>
          <w:color w:val="000000" w:themeColor="text1"/>
        </w:rPr>
        <w:t>ạ</w:t>
      </w:r>
      <w:r w:rsidRPr="0011715D">
        <w:rPr>
          <w:rFonts w:ascii="Times New Roman" w:hAnsi="Times New Roman" w:cs="Times New Roman"/>
          <w:color w:val="000000" w:themeColor="text1"/>
        </w:rPr>
        <w:t>m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T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 / thi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(n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có): …………………………………………………………………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nh hư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quy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l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/ nghĩa v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a các bên: ………………………………………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- Bi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pháp x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lý theo 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ng: ……………………………………………………………</w:t>
      </w:r>
    </w:p>
    <w:p w:rsidR="005D1711" w:rsidRPr="0011715D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5. Cam k</w:t>
      </w:r>
      <w:r w:rsidRPr="0011715D">
        <w:rPr>
          <w:rFonts w:ascii="Times New Roman" w:hAnsi="Times New Roman" w:cs="Times New Roman"/>
          <w:color w:val="000000" w:themeColor="text1"/>
        </w:rPr>
        <w:t>ế</w:t>
      </w:r>
      <w:r w:rsidRPr="0011715D">
        <w:rPr>
          <w:rFonts w:ascii="Times New Roman" w:hAnsi="Times New Roman" w:cs="Times New Roman"/>
          <w:color w:val="000000" w:themeColor="text1"/>
        </w:rPr>
        <w:t>t &amp; xác nh</w:t>
      </w:r>
      <w:r w:rsidRPr="0011715D">
        <w:rPr>
          <w:rFonts w:ascii="Times New Roman" w:hAnsi="Times New Roman" w:cs="Times New Roman"/>
          <w:color w:val="000000" w:themeColor="text1"/>
        </w:rPr>
        <w:t>ậ</w:t>
      </w:r>
      <w:r w:rsidRPr="0011715D">
        <w:rPr>
          <w:rFonts w:ascii="Times New Roman" w:hAnsi="Times New Roman" w:cs="Times New Roman"/>
          <w:color w:val="000000" w:themeColor="text1"/>
        </w:rPr>
        <w:t>n</w:t>
      </w:r>
    </w:p>
    <w:p w:rsidR="005D1711" w:rsidRPr="0011715D" w:rsidRDefault="0011715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Hai bên xác nh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nh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ng 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dun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g nêu trên là đúng s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 và ch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m trư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pháp lu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t. Biên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 này đư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p thành …… (02 / 03 / …)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n, m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i bên gi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…… b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n, có giá tr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pháp lý như nhau.</w:t>
      </w:r>
    </w:p>
    <w:p w:rsidR="005D1711" w:rsidRDefault="0011715D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1715D">
        <w:rPr>
          <w:rFonts w:ascii="Times New Roman" w:hAnsi="Times New Roman" w:cs="Times New Roman"/>
          <w:color w:val="000000" w:themeColor="text1"/>
        </w:rPr>
        <w:t>6. Ký tên</w:t>
      </w:r>
    </w:p>
    <w:p w:rsidR="0011715D" w:rsidRPr="0011715D" w:rsidRDefault="0011715D" w:rsidP="0011715D"/>
    <w:p w:rsidR="005D1711" w:rsidRPr="0011715D" w:rsidRDefault="0011715D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BÊN A (Cung c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d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 v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(Ký, ghi rõ h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n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có)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……………………………………</w:t>
      </w:r>
    </w:p>
    <w:p w:rsidR="005D1711" w:rsidRPr="0011715D" w:rsidRDefault="0011715D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BÊN B 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(S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ử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d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ị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 v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ụ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bookmarkStart w:id="0" w:name="_GoBack"/>
      <w:bookmarkEnd w:id="0"/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(Ký, ghi rõ h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  <w:r w:rsidRPr="001171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……………………………………</w:t>
      </w:r>
    </w:p>
    <w:sectPr w:rsidR="005D1711" w:rsidRPr="0011715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715D"/>
    <w:rsid w:val="0015074B"/>
    <w:rsid w:val="0029639D"/>
    <w:rsid w:val="00326F90"/>
    <w:rsid w:val="005D17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499A398-DE06-4DC5-8BBB-61686EDF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391FCC-AE17-4445-B33C-4967AD12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2025-10-13T06:50:00Z</dcterms:created>
  <dcterms:modified xsi:type="dcterms:W3CDTF">2025-10-13T06:50:00Z</dcterms:modified>
  <cp:category/>
</cp:coreProperties>
</file>