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523" w:rsidRPr="003D1DE6" w:rsidRDefault="003D1DE6" w:rsidP="003D1DE6">
      <w:pPr>
        <w:pStyle w:val="Heading1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NG HÒA XÃ 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 CH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NGHĨA VI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T NAM</w:t>
      </w:r>
    </w:p>
    <w:p w:rsidR="00033523" w:rsidRPr="003D1DE6" w:rsidRDefault="003D1DE6" w:rsidP="003D1DE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– T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– H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</w:p>
    <w:p w:rsidR="003D1DE6" w:rsidRPr="003D1DE6" w:rsidRDefault="003D1DE6" w:rsidP="003D1DE6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33523" w:rsidRPr="003D1DE6" w:rsidRDefault="003D1DE6" w:rsidP="003D1DE6">
      <w:pPr>
        <w:pStyle w:val="Heading2"/>
        <w:jc w:val="center"/>
        <w:rPr>
          <w:rFonts w:ascii="Times New Roman" w:hAnsi="Times New Roman" w:cs="Times New Roman"/>
          <w:color w:val="000000" w:themeColor="text1"/>
        </w:rPr>
      </w:pPr>
      <w:r w:rsidRPr="003D1DE6">
        <w:rPr>
          <w:rFonts w:ascii="Times New Roman" w:hAnsi="Times New Roman" w:cs="Times New Roman"/>
          <w:color w:val="000000" w:themeColor="text1"/>
        </w:rPr>
        <w:t>ĐƠN XIN NGH</w:t>
      </w:r>
      <w:r w:rsidRPr="003D1DE6">
        <w:rPr>
          <w:rFonts w:ascii="Times New Roman" w:hAnsi="Times New Roman" w:cs="Times New Roman"/>
          <w:color w:val="000000" w:themeColor="text1"/>
        </w:rPr>
        <w:t>Ỉ</w:t>
      </w:r>
      <w:r w:rsidRPr="003D1DE6">
        <w:rPr>
          <w:rFonts w:ascii="Times New Roman" w:hAnsi="Times New Roman" w:cs="Times New Roman"/>
          <w:color w:val="000000" w:themeColor="text1"/>
        </w:rPr>
        <w:t xml:space="preserve"> VI</w:t>
      </w:r>
      <w:r w:rsidRPr="003D1DE6">
        <w:rPr>
          <w:rFonts w:ascii="Times New Roman" w:hAnsi="Times New Roman" w:cs="Times New Roman"/>
          <w:color w:val="000000" w:themeColor="text1"/>
        </w:rPr>
        <w:t>Ệ</w:t>
      </w:r>
      <w:r w:rsidRPr="003D1DE6">
        <w:rPr>
          <w:rFonts w:ascii="Times New Roman" w:hAnsi="Times New Roman" w:cs="Times New Roman"/>
          <w:color w:val="000000" w:themeColor="text1"/>
        </w:rPr>
        <w:t>C HƯ</w:t>
      </w:r>
      <w:r w:rsidRPr="003D1DE6">
        <w:rPr>
          <w:rFonts w:ascii="Times New Roman" w:hAnsi="Times New Roman" w:cs="Times New Roman"/>
          <w:color w:val="000000" w:themeColor="text1"/>
        </w:rPr>
        <w:t>Ở</w:t>
      </w:r>
      <w:r w:rsidRPr="003D1DE6">
        <w:rPr>
          <w:rFonts w:ascii="Times New Roman" w:hAnsi="Times New Roman" w:cs="Times New Roman"/>
          <w:color w:val="000000" w:themeColor="text1"/>
        </w:rPr>
        <w:t>NG CH</w:t>
      </w:r>
      <w:r w:rsidRPr="003D1DE6">
        <w:rPr>
          <w:rFonts w:ascii="Times New Roman" w:hAnsi="Times New Roman" w:cs="Times New Roman"/>
          <w:color w:val="000000" w:themeColor="text1"/>
        </w:rPr>
        <w:t>Ế</w:t>
      </w:r>
      <w:r w:rsidRPr="003D1DE6">
        <w:rPr>
          <w:rFonts w:ascii="Times New Roman" w:hAnsi="Times New Roman" w:cs="Times New Roman"/>
          <w:color w:val="000000" w:themeColor="text1"/>
        </w:rPr>
        <w:t xml:space="preserve"> Đ</w:t>
      </w:r>
      <w:r w:rsidRPr="003D1DE6">
        <w:rPr>
          <w:rFonts w:ascii="Times New Roman" w:hAnsi="Times New Roman" w:cs="Times New Roman"/>
          <w:color w:val="000000" w:themeColor="text1"/>
        </w:rPr>
        <w:t>Ộ</w:t>
      </w:r>
      <w:r w:rsidRPr="003D1DE6">
        <w:rPr>
          <w:rFonts w:ascii="Times New Roman" w:hAnsi="Times New Roman" w:cs="Times New Roman"/>
          <w:color w:val="000000" w:themeColor="text1"/>
        </w:rPr>
        <w:t xml:space="preserve"> THAI S</w:t>
      </w:r>
      <w:r w:rsidRPr="003D1DE6">
        <w:rPr>
          <w:rFonts w:ascii="Times New Roman" w:hAnsi="Times New Roman" w:cs="Times New Roman"/>
          <w:color w:val="000000" w:themeColor="text1"/>
        </w:rPr>
        <w:t>Ả</w:t>
      </w:r>
      <w:r w:rsidRPr="003D1DE6">
        <w:rPr>
          <w:rFonts w:ascii="Times New Roman" w:hAnsi="Times New Roman" w:cs="Times New Roman"/>
          <w:color w:val="000000" w:themeColor="text1"/>
        </w:rPr>
        <w:t>N</w:t>
      </w:r>
    </w:p>
    <w:p w:rsidR="00033523" w:rsidRPr="003D1DE6" w:rsidRDefault="003D1DE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Kính g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i: Ban Giám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Công ty 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Phòng Hành chính – Nhân s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Tên tôi là: ............................................................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Sinh ngày: .... / .... / 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Ch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V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trí công tác: 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CMND/CCCD: ..................................  Ngày c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p: .... / .... / 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Nơi c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p: ..............................................................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V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tôi tên là: .........................................................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Ngày sinh con: .... / .... / 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Do v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tôi sinh con (sinh thư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ng) nên theo quy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nh, tôi đư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ngh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hư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ng ch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thai s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 gian xin ngh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.... / .... / 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.......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 ngày .... / .... / 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(Theo quy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nh, trong kho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ng 30 ngày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u k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v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sinh, lao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ng nam đư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ngh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05 ngày làm vi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n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u v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sinh thư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ng).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Trong th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 gian ngh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, tôi s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ẽ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bàn giao công vi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cho: 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Hi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 đang công tác t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Khi 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t th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 gian ngh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thai s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n, tôi cam k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t tr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 làm vi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đúng th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 và th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y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các quy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nh c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a công ty.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Kính mong Ban Giám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 phê duy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t và t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o đi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u ki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 giúp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ỡ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Xin chân thành c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m ơn!</w:t>
      </w:r>
      <w:bookmarkStart w:id="0" w:name="_GoBack"/>
      <w:bookmarkEnd w:id="0"/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......................., ngày .... tháng .... năm 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                                                               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Ngư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ờ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làm đơn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                                                                                 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 và ghi rõ h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3D1D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Ý ki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n c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a Giám 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t>c: ..................................................</w:t>
      </w:r>
      <w:r w:rsidRPr="003D1DE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sectPr w:rsidR="00033523" w:rsidRPr="003D1D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3523"/>
    <w:rsid w:val="00034616"/>
    <w:rsid w:val="0006063C"/>
    <w:rsid w:val="0015074B"/>
    <w:rsid w:val="0029639D"/>
    <w:rsid w:val="00326F90"/>
    <w:rsid w:val="003D1DE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D345185-6D3E-49E8-B2FD-6FE0638E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871127-0182-4666-99AF-FBE484BBB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2025-10-06T02:06:00Z</dcterms:created>
  <dcterms:modified xsi:type="dcterms:W3CDTF">2025-10-06T02:06:00Z</dcterms:modified>
  <cp:category/>
</cp:coreProperties>
</file>