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956" w:rsidRPr="00A67F30" w:rsidRDefault="00A67F30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HÒA XÃ H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CH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Ủ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NGHĨA VI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 NAM</w:t>
      </w:r>
    </w:p>
    <w:p w:rsidR="00655956" w:rsidRDefault="00A67F30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l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- T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do - H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 phúc</w:t>
      </w:r>
    </w:p>
    <w:p w:rsidR="00A67F30" w:rsidRPr="00A67F30" w:rsidRDefault="00A67F30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67F30" w:rsidRDefault="00A67F30">
      <w:pPr>
        <w:jc w:val="center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r w:rsidRPr="00A67F30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MẪU ĐƠN XIN XÂY DỰNG NHÀ TẠM</w:t>
      </w:r>
      <w:bookmarkStart w:id="0" w:name="_GoBack"/>
      <w:bookmarkEnd w:id="0"/>
    </w:p>
    <w:p w:rsidR="00A67F30" w:rsidRPr="00A67F30" w:rsidRDefault="00A67F30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67F30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SỬ DỤNG CHO VIỆC TỔ CHỨC CÁC SỰ KIỆN</w:t>
      </w:r>
    </w:p>
    <w:p w:rsidR="00655956" w:rsidRPr="00A67F30" w:rsidRDefault="00A67F30" w:rsidP="00A67F3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Kính g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i: 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y ban nhân dân xã ......................................................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Tôi tên là: 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Sinh năm: .........................................................................................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CMND/CCCD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 C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p ngày: ......../.....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.../........... Nơi c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p: 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thư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ng trú: ..............................................................................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tho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i liên 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Tôi là (ch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/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đơn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c): ....................................................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D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n: ............................................................................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i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a đi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m: 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i gian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c: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..... tháng ..... năm 20....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ngày ..... tháng ..... năm 20....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cho vi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nêu trên, tôi (ho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đơn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) có nhu c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u xây d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ng nhà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m, l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u,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p ho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khung nhà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m th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i nh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m m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đích: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Làm khu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c, trưng bày, bi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u di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ễ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n, 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u c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n;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Làm nơi che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ắ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n, b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o qu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t tư, thi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t b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n;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m b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o an toàn,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sinh và m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ỹ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quan khu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Thông tin công trình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m d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n: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Di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tích x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ây d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ng: .................. m²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K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t c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u: .................................................................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t li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u: .................................................................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Th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i gian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ng: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ngày ..... tháng ..... năm 20....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ngày 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.. tháng ..... năm 20....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br/>
        <w:t>Tôi (ho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đơn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) cam k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t: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ng công trình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m cho m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đích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theo th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i gian nêu trên;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Không thay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i k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t c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u ho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m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đích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ng khi chưa đư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phép;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Tháo d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toàn b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trình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m sau khi k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t thúc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n, tr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i hi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tr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ng khu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t ban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u;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- Tuân th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đúng quy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nh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an toàn, phòng cháy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a cháy, b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o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môi trư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ng và tr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t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xây d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ng.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  <w:t>Kính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y ban nhân dân xã xem xét,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p thu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 cho phép xây d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ng công trình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m đ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c s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ki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n.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Tôi xin chân thành c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m ơn!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t>………, ngày ….. tháng ….. năm 20....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Ngư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ờ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làm đơn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(Ký và ghi rõ h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</w:t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Pr="00A67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................................................</w:t>
      </w:r>
      <w:r w:rsidRPr="00A67F3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sectPr w:rsidR="00655956" w:rsidRPr="00A67F3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5956"/>
    <w:rsid w:val="00A67F3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751FBD8-7CDD-43BB-AEFD-1813B2FF5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BD3907-68DB-40ED-B3B2-73E5956B0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2025-10-10T04:11:00Z</dcterms:created>
  <dcterms:modified xsi:type="dcterms:W3CDTF">2025-10-10T04:11:00Z</dcterms:modified>
  <cp:category/>
</cp:coreProperties>
</file>