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10C" w:rsidRPr="00A07D8C" w:rsidRDefault="00A07D8C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A07D8C">
        <w:rPr>
          <w:rFonts w:ascii="Times New Roman" w:hAnsi="Times New Roman" w:cs="Times New Roman"/>
          <w:color w:val="000000" w:themeColor="text1"/>
        </w:rPr>
        <w:t>CƠ QUAN/ĐƠN V</w:t>
      </w:r>
      <w:r w:rsidRPr="00A07D8C">
        <w:rPr>
          <w:rFonts w:ascii="Times New Roman" w:hAnsi="Times New Roman" w:cs="Times New Roman"/>
          <w:color w:val="000000" w:themeColor="text1"/>
        </w:rPr>
        <w:t>Ị</w:t>
      </w:r>
      <w:r w:rsidRPr="00A07D8C">
        <w:rPr>
          <w:rFonts w:ascii="Times New Roman" w:hAnsi="Times New Roman" w:cs="Times New Roman"/>
          <w:color w:val="000000" w:themeColor="text1"/>
        </w:rPr>
        <w:t>: ……………………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S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: ………/GM-………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V/v: M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 tham d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ễ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ỷ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m Ngày Ph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t Nam 20/10</w:t>
      </w:r>
    </w:p>
    <w:p w:rsidR="001C710C" w:rsidRPr="00A07D8C" w:rsidRDefault="00A07D8C">
      <w:pPr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A07D8C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…, ngày … tháng 10 năm 2025</w:t>
      </w:r>
      <w:r w:rsidRPr="00A07D8C">
        <w:rPr>
          <w:rFonts w:ascii="Times New Roman" w:hAnsi="Times New Roman" w:cs="Times New Roman"/>
          <w:i/>
          <w:color w:val="000000" w:themeColor="text1"/>
          <w:sz w:val="26"/>
          <w:szCs w:val="26"/>
        </w:rPr>
        <w:br/>
      </w:r>
    </w:p>
    <w:p w:rsidR="001C710C" w:rsidRPr="00A07D8C" w:rsidRDefault="00A07D8C" w:rsidP="00A07D8C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GI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Y M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Kính m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i: ___________________________________________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T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 d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ễ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ỷ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m Ngày Ph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t Nam 20/10 do [Tên cơ quan, t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ch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c] t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c nh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ằ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m ôn l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 truy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 th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ng v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ẻ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vang c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a ph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t Nam, tri ân nh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ng đóng góp to l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 c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a cán b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, viên ch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c, ngư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 lao đ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ng n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, đ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ng th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 t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o không khí giao lưu, đoàn k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t, vui tươi.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- Th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 gian: … gi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…, ngày … tháng 10 năm 2025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a đi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m: …………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…………………………………………………</w:t>
      </w:r>
    </w:p>
    <w:p w:rsidR="001C710C" w:rsidRPr="00A07D8C" w:rsidRDefault="001C710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 dung chương trình: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+ Ôn l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 truy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 th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ng Ngày Ph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t Nam 20/10.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+ Bi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u dương, khen thư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ng các t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p th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, cá nhân n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tiêu bi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u.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+ Giao lưu, văn ngh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, t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ng quà.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S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 di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 c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a Quý v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là ni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m vinh d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cho bu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 l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ễ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Trân tr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ng kín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h m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i!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Nơi nh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n: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- Như trên;</w:t>
      </w:r>
    </w:p>
    <w:p w:rsidR="001C710C" w:rsidRPr="00A07D8C" w:rsidRDefault="00A07D8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t>- Lưu: VT.</w:t>
      </w:r>
      <w:r w:rsidRPr="00A07D8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bookmarkStart w:id="0" w:name="_GoBack"/>
      <w:bookmarkEnd w:id="0"/>
    </w:p>
    <w:p w:rsidR="001C710C" w:rsidRPr="00A07D8C" w:rsidRDefault="00A07D8C" w:rsidP="00A07D8C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TM. BAN T</w:t>
      </w: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Ổ</w:t>
      </w: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CH</w:t>
      </w: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Ứ</w:t>
      </w: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</w:t>
      </w:r>
    </w:p>
    <w:p w:rsidR="001C710C" w:rsidRPr="00A07D8C" w:rsidRDefault="00A07D8C" w:rsidP="00A07D8C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(Ký, ghi rõ h</w:t>
      </w: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tên, đóng d</w:t>
      </w: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A07D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u)</w:t>
      </w:r>
    </w:p>
    <w:sectPr w:rsidR="001C710C" w:rsidRPr="00A07D8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710C"/>
    <w:rsid w:val="0029639D"/>
    <w:rsid w:val="00326F90"/>
    <w:rsid w:val="00A07D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DCB7F073-7DEB-4409-B5A7-D09E9F5EA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229DB0-2210-425C-9E85-8E5DD7BAF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2025-10-16T04:52:00Z</dcterms:created>
  <dcterms:modified xsi:type="dcterms:W3CDTF">2025-10-16T04:52:00Z</dcterms:modified>
  <cp:category/>
</cp:coreProperties>
</file>