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C70" w:rsidRPr="004D7C70" w:rsidRDefault="004D7C70" w:rsidP="004D7C70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b/>
          <w:sz w:val="26"/>
          <w:szCs w:val="26"/>
        </w:rPr>
        <w:t>C</w:t>
      </w:r>
      <w:r w:rsidRPr="004D7C70">
        <w:rPr>
          <w:rFonts w:ascii="Times New Roman" w:hAnsi="Times New Roman" w:cs="Times New Roman"/>
          <w:b/>
          <w:sz w:val="26"/>
          <w:szCs w:val="26"/>
        </w:rPr>
        <w:t>Ộ</w:t>
      </w:r>
      <w:r w:rsidRPr="004D7C70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4D7C70">
        <w:rPr>
          <w:rFonts w:ascii="Times New Roman" w:hAnsi="Times New Roman" w:cs="Times New Roman"/>
          <w:b/>
          <w:sz w:val="26"/>
          <w:szCs w:val="26"/>
        </w:rPr>
        <w:t>Ộ</w:t>
      </w:r>
      <w:r w:rsidRPr="004D7C70">
        <w:rPr>
          <w:rFonts w:ascii="Times New Roman" w:hAnsi="Times New Roman" w:cs="Times New Roman"/>
          <w:b/>
          <w:sz w:val="26"/>
          <w:szCs w:val="26"/>
        </w:rPr>
        <w:t>I</w:t>
      </w:r>
      <w:bookmarkStart w:id="0" w:name="_GoBack"/>
      <w:bookmarkEnd w:id="0"/>
      <w:r w:rsidRPr="004D7C70">
        <w:rPr>
          <w:rFonts w:ascii="Times New Roman" w:hAnsi="Times New Roman" w:cs="Times New Roman"/>
          <w:b/>
          <w:sz w:val="26"/>
          <w:szCs w:val="26"/>
        </w:rPr>
        <w:t xml:space="preserve"> CH</w:t>
      </w:r>
      <w:r w:rsidRPr="004D7C70">
        <w:rPr>
          <w:rFonts w:ascii="Times New Roman" w:hAnsi="Times New Roman" w:cs="Times New Roman"/>
          <w:b/>
          <w:sz w:val="26"/>
          <w:szCs w:val="26"/>
        </w:rPr>
        <w:t>Ủ</w:t>
      </w:r>
      <w:r w:rsidRPr="004D7C70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4D7C70">
        <w:rPr>
          <w:rFonts w:ascii="Times New Roman" w:hAnsi="Times New Roman" w:cs="Times New Roman"/>
          <w:b/>
          <w:sz w:val="26"/>
          <w:szCs w:val="26"/>
        </w:rPr>
        <w:t>Ệ</w:t>
      </w:r>
      <w:r w:rsidRPr="004D7C70">
        <w:rPr>
          <w:rFonts w:ascii="Times New Roman" w:hAnsi="Times New Roman" w:cs="Times New Roman"/>
          <w:b/>
          <w:sz w:val="26"/>
          <w:szCs w:val="26"/>
        </w:rPr>
        <w:t>T NAM</w:t>
      </w:r>
      <w:r w:rsidRPr="004D7C70">
        <w:rPr>
          <w:rFonts w:ascii="Times New Roman" w:hAnsi="Times New Roman" w:cs="Times New Roman"/>
          <w:b/>
          <w:sz w:val="26"/>
          <w:szCs w:val="26"/>
        </w:rPr>
        <w:br/>
        <w:t>Đ</w:t>
      </w:r>
      <w:r w:rsidRPr="004D7C70">
        <w:rPr>
          <w:rFonts w:ascii="Times New Roman" w:hAnsi="Times New Roman" w:cs="Times New Roman"/>
          <w:b/>
          <w:sz w:val="26"/>
          <w:szCs w:val="26"/>
        </w:rPr>
        <w:t>ộ</w:t>
      </w:r>
      <w:r w:rsidRPr="004D7C70">
        <w:rPr>
          <w:rFonts w:ascii="Times New Roman" w:hAnsi="Times New Roman" w:cs="Times New Roman"/>
          <w:b/>
          <w:sz w:val="26"/>
          <w:szCs w:val="26"/>
        </w:rPr>
        <w:t>c l</w:t>
      </w:r>
      <w:r w:rsidRPr="004D7C70">
        <w:rPr>
          <w:rFonts w:ascii="Times New Roman" w:hAnsi="Times New Roman" w:cs="Times New Roman"/>
          <w:b/>
          <w:sz w:val="26"/>
          <w:szCs w:val="26"/>
        </w:rPr>
        <w:t>ậ</w:t>
      </w:r>
      <w:r w:rsidRPr="004D7C70">
        <w:rPr>
          <w:rFonts w:ascii="Times New Roman" w:hAnsi="Times New Roman" w:cs="Times New Roman"/>
          <w:b/>
          <w:sz w:val="26"/>
          <w:szCs w:val="26"/>
        </w:rPr>
        <w:t>p – T</w:t>
      </w:r>
      <w:r w:rsidRPr="004D7C70">
        <w:rPr>
          <w:rFonts w:ascii="Times New Roman" w:hAnsi="Times New Roman" w:cs="Times New Roman"/>
          <w:b/>
          <w:sz w:val="26"/>
          <w:szCs w:val="26"/>
        </w:rPr>
        <w:t>ự</w:t>
      </w:r>
      <w:r w:rsidRPr="004D7C70">
        <w:rPr>
          <w:rFonts w:ascii="Times New Roman" w:hAnsi="Times New Roman" w:cs="Times New Roman"/>
          <w:b/>
          <w:sz w:val="26"/>
          <w:szCs w:val="26"/>
        </w:rPr>
        <w:t xml:space="preserve"> do – H</w:t>
      </w:r>
      <w:r w:rsidRPr="004D7C70">
        <w:rPr>
          <w:rFonts w:ascii="Times New Roman" w:hAnsi="Times New Roman" w:cs="Times New Roman"/>
          <w:b/>
          <w:sz w:val="26"/>
          <w:szCs w:val="26"/>
        </w:rPr>
        <w:t>ạ</w:t>
      </w:r>
      <w:r w:rsidRPr="004D7C70">
        <w:rPr>
          <w:rFonts w:ascii="Times New Roman" w:hAnsi="Times New Roman" w:cs="Times New Roman"/>
          <w:b/>
          <w:sz w:val="26"/>
          <w:szCs w:val="26"/>
        </w:rPr>
        <w:t>nh phúc</w:t>
      </w:r>
      <w:r w:rsidRPr="004D7C70">
        <w:rPr>
          <w:rFonts w:ascii="Times New Roman" w:hAnsi="Times New Roman" w:cs="Times New Roman"/>
          <w:b/>
          <w:sz w:val="26"/>
          <w:szCs w:val="26"/>
        </w:rPr>
        <w:br/>
      </w:r>
    </w:p>
    <w:p w:rsidR="004D7C70" w:rsidRPr="004D7C70" w:rsidRDefault="004D7C70" w:rsidP="004D7C70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D7C70">
        <w:rPr>
          <w:rFonts w:ascii="Times New Roman" w:hAnsi="Times New Roman" w:cs="Times New Roman"/>
          <w:color w:val="auto"/>
          <w:sz w:val="26"/>
          <w:szCs w:val="26"/>
        </w:rPr>
        <w:t>HỢP ĐỒNG MUA BÁN HÀNG HÓA TRẢ CHẬM / TRẢ DẦN</w:t>
      </w:r>
    </w:p>
    <w:p w:rsidR="00645537" w:rsidRPr="004D7C70" w:rsidRDefault="004D7C70" w:rsidP="004D7C7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Pr="004D7C70">
        <w:rPr>
          <w:rFonts w:ascii="Times New Roman" w:hAnsi="Times New Roman" w:cs="Times New Roman"/>
          <w:sz w:val="26"/>
          <w:szCs w:val="26"/>
        </w:rPr>
        <w:t>Số: …… /20… /HĐMB-TC</w:t>
      </w:r>
      <w:r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Căn c</w:t>
      </w:r>
      <w:r w:rsidRPr="004D7C70">
        <w:rPr>
          <w:rFonts w:ascii="Times New Roman" w:hAnsi="Times New Roman" w:cs="Times New Roman"/>
          <w:sz w:val="26"/>
          <w:szCs w:val="26"/>
        </w:rPr>
        <w:t>ứ</w:t>
      </w:r>
      <w:r w:rsidRPr="004D7C70">
        <w:rPr>
          <w:rFonts w:ascii="Times New Roman" w:hAnsi="Times New Roman" w:cs="Times New Roman"/>
          <w:sz w:val="26"/>
          <w:szCs w:val="26"/>
        </w:rPr>
        <w:t>:</w:t>
      </w:r>
      <w:r w:rsidRPr="004D7C70">
        <w:rPr>
          <w:rFonts w:ascii="Times New Roman" w:hAnsi="Times New Roman" w:cs="Times New Roman"/>
          <w:sz w:val="26"/>
          <w:szCs w:val="26"/>
        </w:rPr>
        <w:br/>
        <w:t>– B</w:t>
      </w:r>
      <w:r w:rsidRPr="004D7C70">
        <w:rPr>
          <w:rFonts w:ascii="Times New Roman" w:hAnsi="Times New Roman" w:cs="Times New Roman"/>
          <w:sz w:val="26"/>
          <w:szCs w:val="26"/>
        </w:rPr>
        <w:t>ộ</w:t>
      </w:r>
      <w:r w:rsidRPr="004D7C70">
        <w:rPr>
          <w:rFonts w:ascii="Times New Roman" w:hAnsi="Times New Roman" w:cs="Times New Roman"/>
          <w:sz w:val="26"/>
          <w:szCs w:val="26"/>
        </w:rPr>
        <w:t xml:space="preserve"> lu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t Dân s</w:t>
      </w:r>
      <w:r w:rsidRPr="004D7C70">
        <w:rPr>
          <w:rFonts w:ascii="Times New Roman" w:hAnsi="Times New Roman" w:cs="Times New Roman"/>
          <w:sz w:val="26"/>
          <w:szCs w:val="26"/>
        </w:rPr>
        <w:t>ự</w:t>
      </w:r>
      <w:r w:rsidRPr="004D7C70">
        <w:rPr>
          <w:rFonts w:ascii="Times New Roman" w:hAnsi="Times New Roman" w:cs="Times New Roman"/>
          <w:sz w:val="26"/>
          <w:szCs w:val="26"/>
        </w:rPr>
        <w:t xml:space="preserve">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> </w:t>
      </w:r>
      <w:r w:rsidRPr="004D7C70">
        <w:rPr>
          <w:rFonts w:ascii="Times New Roman" w:hAnsi="Times New Roman" w:cs="Times New Roman"/>
          <w:sz w:val="26"/>
          <w:szCs w:val="26"/>
        </w:rPr>
        <w:t>91/2015/QH13;</w:t>
      </w:r>
      <w:r w:rsidRPr="004D7C70">
        <w:rPr>
          <w:rFonts w:ascii="Times New Roman" w:hAnsi="Times New Roman" w:cs="Times New Roman"/>
          <w:sz w:val="26"/>
          <w:szCs w:val="26"/>
        </w:rPr>
        <w:br/>
        <w:t>– Lu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t Thương m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i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> </w:t>
      </w:r>
      <w:r w:rsidRPr="004D7C70">
        <w:rPr>
          <w:rFonts w:ascii="Times New Roman" w:hAnsi="Times New Roman" w:cs="Times New Roman"/>
          <w:sz w:val="26"/>
          <w:szCs w:val="26"/>
        </w:rPr>
        <w:t>36/2005/QH11 và các văn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 s</w:t>
      </w:r>
      <w:r w:rsidRPr="004D7C70">
        <w:rPr>
          <w:rFonts w:ascii="Times New Roman" w:hAnsi="Times New Roman" w:cs="Times New Roman"/>
          <w:sz w:val="26"/>
          <w:szCs w:val="26"/>
        </w:rPr>
        <w:t>ử</w:t>
      </w:r>
      <w:r w:rsidRPr="004D7C70">
        <w:rPr>
          <w:rFonts w:ascii="Times New Roman" w:hAnsi="Times New Roman" w:cs="Times New Roman"/>
          <w:sz w:val="26"/>
          <w:szCs w:val="26"/>
        </w:rPr>
        <w:t>a đ</w:t>
      </w:r>
      <w:r w:rsidRPr="004D7C70">
        <w:rPr>
          <w:rFonts w:ascii="Times New Roman" w:hAnsi="Times New Roman" w:cs="Times New Roman"/>
          <w:sz w:val="26"/>
          <w:szCs w:val="26"/>
        </w:rPr>
        <w:t>ổ</w:t>
      </w:r>
      <w:r w:rsidRPr="004D7C70">
        <w:rPr>
          <w:rFonts w:ascii="Times New Roman" w:hAnsi="Times New Roman" w:cs="Times New Roman"/>
          <w:sz w:val="26"/>
          <w:szCs w:val="26"/>
        </w:rPr>
        <w:t>i, b</w:t>
      </w:r>
      <w:r w:rsidRPr="004D7C70">
        <w:rPr>
          <w:rFonts w:ascii="Times New Roman" w:hAnsi="Times New Roman" w:cs="Times New Roman"/>
          <w:sz w:val="26"/>
          <w:szCs w:val="26"/>
        </w:rPr>
        <w:t>ổ</w:t>
      </w:r>
      <w:r w:rsidRPr="004D7C70">
        <w:rPr>
          <w:rFonts w:ascii="Times New Roman" w:hAnsi="Times New Roman" w:cs="Times New Roman"/>
          <w:sz w:val="26"/>
          <w:szCs w:val="26"/>
        </w:rPr>
        <w:t xml:space="preserve"> sung;</w:t>
      </w:r>
      <w:r w:rsidRPr="004D7C70">
        <w:rPr>
          <w:rFonts w:ascii="Times New Roman" w:hAnsi="Times New Roman" w:cs="Times New Roman"/>
          <w:sz w:val="26"/>
          <w:szCs w:val="26"/>
        </w:rPr>
        <w:br/>
        <w:t>– Nhu</w:t>
      </w:r>
      <w:r w:rsidRPr="004D7C70">
        <w:rPr>
          <w:rFonts w:ascii="Times New Roman" w:hAnsi="Times New Roman" w:cs="Times New Roman"/>
          <w:sz w:val="26"/>
          <w:szCs w:val="26"/>
        </w:rPr>
        <w:t xml:space="preserve"> c</w:t>
      </w:r>
      <w:r w:rsidRPr="004D7C70">
        <w:rPr>
          <w:rFonts w:ascii="Times New Roman" w:hAnsi="Times New Roman" w:cs="Times New Roman"/>
          <w:sz w:val="26"/>
          <w:szCs w:val="26"/>
        </w:rPr>
        <w:t>ầ</w:t>
      </w:r>
      <w:r w:rsidRPr="004D7C70">
        <w:rPr>
          <w:rFonts w:ascii="Times New Roman" w:hAnsi="Times New Roman" w:cs="Times New Roman"/>
          <w:sz w:val="26"/>
          <w:szCs w:val="26"/>
        </w:rPr>
        <w:t>u và kh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 xml:space="preserve"> năng c</w:t>
      </w:r>
      <w:r w:rsidRPr="004D7C70">
        <w:rPr>
          <w:rFonts w:ascii="Times New Roman" w:hAnsi="Times New Roman" w:cs="Times New Roman"/>
          <w:sz w:val="26"/>
          <w:szCs w:val="26"/>
        </w:rPr>
        <w:t>ủ</w:t>
      </w:r>
      <w:r w:rsidRPr="004D7C70">
        <w:rPr>
          <w:rFonts w:ascii="Times New Roman" w:hAnsi="Times New Roman" w:cs="Times New Roman"/>
          <w:sz w:val="26"/>
          <w:szCs w:val="26"/>
        </w:rPr>
        <w:t>a hai bên.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Hôm nay, ngày … tháng … năm … t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i …, chúng tôi g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m: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BÊN BÁN (Bên A):</w:t>
      </w:r>
      <w:r w:rsidRPr="004D7C70">
        <w:rPr>
          <w:rFonts w:ascii="Times New Roman" w:hAnsi="Times New Roman" w:cs="Times New Roman"/>
          <w:sz w:val="26"/>
          <w:szCs w:val="26"/>
        </w:rPr>
        <w:br/>
        <w:t>- Tên doanh nghi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p / cá nhân: …</w:t>
      </w:r>
      <w:r w:rsidRPr="004D7C70">
        <w:rPr>
          <w:rFonts w:ascii="Times New Roman" w:hAnsi="Times New Roman" w:cs="Times New Roman"/>
          <w:sz w:val="26"/>
          <w:szCs w:val="26"/>
        </w:rPr>
        <w:br/>
        <w:t>- Đ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>a ch</w:t>
      </w:r>
      <w:r w:rsidRPr="004D7C70">
        <w:rPr>
          <w:rFonts w:ascii="Times New Roman" w:hAnsi="Times New Roman" w:cs="Times New Roman"/>
          <w:sz w:val="26"/>
          <w:szCs w:val="26"/>
        </w:rPr>
        <w:t>ỉ</w:t>
      </w:r>
      <w:r w:rsidRPr="004D7C70">
        <w:rPr>
          <w:rFonts w:ascii="Times New Roman" w:hAnsi="Times New Roman" w:cs="Times New Roman"/>
          <w:sz w:val="26"/>
          <w:szCs w:val="26"/>
        </w:rPr>
        <w:t>: …</w:t>
      </w:r>
      <w:r w:rsidRPr="004D7C70">
        <w:rPr>
          <w:rFonts w:ascii="Times New Roman" w:hAnsi="Times New Roman" w:cs="Times New Roman"/>
          <w:sz w:val="26"/>
          <w:szCs w:val="26"/>
        </w:rPr>
        <w:br/>
        <w:t>- Mã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thu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 xml:space="preserve"> /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CMND, Căn cư</w:t>
      </w:r>
      <w:r w:rsidRPr="004D7C70">
        <w:rPr>
          <w:rFonts w:ascii="Times New Roman" w:hAnsi="Times New Roman" w:cs="Times New Roman"/>
          <w:sz w:val="26"/>
          <w:szCs w:val="26"/>
        </w:rPr>
        <w:t>ớ</w:t>
      </w:r>
      <w:r w:rsidRPr="004D7C70">
        <w:rPr>
          <w:rFonts w:ascii="Times New Roman" w:hAnsi="Times New Roman" w:cs="Times New Roman"/>
          <w:sz w:val="26"/>
          <w:szCs w:val="26"/>
        </w:rPr>
        <w:t>c: …</w:t>
      </w:r>
      <w:r w:rsidRPr="004D7C70">
        <w:rPr>
          <w:rFonts w:ascii="Times New Roman" w:hAnsi="Times New Roman" w:cs="Times New Roman"/>
          <w:sz w:val="26"/>
          <w:szCs w:val="26"/>
        </w:rPr>
        <w:br/>
        <w:t>-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tài kho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 / Ngân hàng: …</w:t>
      </w:r>
      <w:r w:rsidRPr="004D7C70">
        <w:rPr>
          <w:rFonts w:ascii="Times New Roman" w:hAnsi="Times New Roman" w:cs="Times New Roman"/>
          <w:sz w:val="26"/>
          <w:szCs w:val="26"/>
        </w:rPr>
        <w:br/>
        <w:t>- Đ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i di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n (ch</w:t>
      </w:r>
      <w:r w:rsidRPr="004D7C70">
        <w:rPr>
          <w:rFonts w:ascii="Times New Roman" w:hAnsi="Times New Roman" w:cs="Times New Roman"/>
          <w:sz w:val="26"/>
          <w:szCs w:val="26"/>
        </w:rPr>
        <w:t>ứ</w:t>
      </w:r>
      <w:r w:rsidRPr="004D7C70">
        <w:rPr>
          <w:rFonts w:ascii="Times New Roman" w:hAnsi="Times New Roman" w:cs="Times New Roman"/>
          <w:sz w:val="26"/>
          <w:szCs w:val="26"/>
        </w:rPr>
        <w:t>c v</w:t>
      </w:r>
      <w:r w:rsidRPr="004D7C70">
        <w:rPr>
          <w:rFonts w:ascii="Times New Roman" w:hAnsi="Times New Roman" w:cs="Times New Roman"/>
          <w:sz w:val="26"/>
          <w:szCs w:val="26"/>
        </w:rPr>
        <w:t>ụ</w:t>
      </w:r>
      <w:r w:rsidRPr="004D7C70">
        <w:rPr>
          <w:rFonts w:ascii="Times New Roman" w:hAnsi="Times New Roman" w:cs="Times New Roman"/>
          <w:sz w:val="26"/>
          <w:szCs w:val="26"/>
        </w:rPr>
        <w:t>): …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BÊN MUA (Bên B):</w:t>
      </w:r>
      <w:r w:rsidRPr="004D7C70">
        <w:rPr>
          <w:rFonts w:ascii="Times New Roman" w:hAnsi="Times New Roman" w:cs="Times New Roman"/>
          <w:sz w:val="26"/>
          <w:szCs w:val="26"/>
        </w:rPr>
        <w:br/>
        <w:t xml:space="preserve">- </w:t>
      </w:r>
      <w:r w:rsidRPr="004D7C70">
        <w:rPr>
          <w:rFonts w:ascii="Times New Roman" w:hAnsi="Times New Roman" w:cs="Times New Roman"/>
          <w:sz w:val="26"/>
          <w:szCs w:val="26"/>
        </w:rPr>
        <w:t>Tên doanh nghi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p / cá nhân: …</w:t>
      </w:r>
      <w:r w:rsidRPr="004D7C70">
        <w:rPr>
          <w:rFonts w:ascii="Times New Roman" w:hAnsi="Times New Roman" w:cs="Times New Roman"/>
          <w:sz w:val="26"/>
          <w:szCs w:val="26"/>
        </w:rPr>
        <w:br/>
        <w:t>- Đ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>a ch</w:t>
      </w:r>
      <w:r w:rsidRPr="004D7C70">
        <w:rPr>
          <w:rFonts w:ascii="Times New Roman" w:hAnsi="Times New Roman" w:cs="Times New Roman"/>
          <w:sz w:val="26"/>
          <w:szCs w:val="26"/>
        </w:rPr>
        <w:t>ỉ</w:t>
      </w:r>
      <w:r w:rsidRPr="004D7C70">
        <w:rPr>
          <w:rFonts w:ascii="Times New Roman" w:hAnsi="Times New Roman" w:cs="Times New Roman"/>
          <w:sz w:val="26"/>
          <w:szCs w:val="26"/>
        </w:rPr>
        <w:t>: …</w:t>
      </w:r>
      <w:r w:rsidRPr="004D7C70">
        <w:rPr>
          <w:rFonts w:ascii="Times New Roman" w:hAnsi="Times New Roman" w:cs="Times New Roman"/>
          <w:sz w:val="26"/>
          <w:szCs w:val="26"/>
        </w:rPr>
        <w:br/>
        <w:t>- Mã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thu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 xml:space="preserve"> /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CMND, Căn cư</w:t>
      </w:r>
      <w:r w:rsidRPr="004D7C70">
        <w:rPr>
          <w:rFonts w:ascii="Times New Roman" w:hAnsi="Times New Roman" w:cs="Times New Roman"/>
          <w:sz w:val="26"/>
          <w:szCs w:val="26"/>
        </w:rPr>
        <w:t>ớ</w:t>
      </w:r>
      <w:r w:rsidRPr="004D7C70">
        <w:rPr>
          <w:rFonts w:ascii="Times New Roman" w:hAnsi="Times New Roman" w:cs="Times New Roman"/>
          <w:sz w:val="26"/>
          <w:szCs w:val="26"/>
        </w:rPr>
        <w:t>c: …</w:t>
      </w:r>
      <w:r w:rsidRPr="004D7C70">
        <w:rPr>
          <w:rFonts w:ascii="Times New Roman" w:hAnsi="Times New Roman" w:cs="Times New Roman"/>
          <w:sz w:val="26"/>
          <w:szCs w:val="26"/>
        </w:rPr>
        <w:br/>
        <w:t>-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tài kho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 / Ngân hàng: …</w:t>
      </w:r>
      <w:r w:rsidRPr="004D7C70">
        <w:rPr>
          <w:rFonts w:ascii="Times New Roman" w:hAnsi="Times New Roman" w:cs="Times New Roman"/>
          <w:sz w:val="26"/>
          <w:szCs w:val="26"/>
        </w:rPr>
        <w:br/>
        <w:t>- Đ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i di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n (ch</w:t>
      </w:r>
      <w:r w:rsidRPr="004D7C70">
        <w:rPr>
          <w:rFonts w:ascii="Times New Roman" w:hAnsi="Times New Roman" w:cs="Times New Roman"/>
          <w:sz w:val="26"/>
          <w:szCs w:val="26"/>
        </w:rPr>
        <w:t>ứ</w:t>
      </w:r>
      <w:r w:rsidRPr="004D7C70">
        <w:rPr>
          <w:rFonts w:ascii="Times New Roman" w:hAnsi="Times New Roman" w:cs="Times New Roman"/>
          <w:sz w:val="26"/>
          <w:szCs w:val="26"/>
        </w:rPr>
        <w:t>c v</w:t>
      </w:r>
      <w:r w:rsidRPr="004D7C70">
        <w:rPr>
          <w:rFonts w:ascii="Times New Roman" w:hAnsi="Times New Roman" w:cs="Times New Roman"/>
          <w:sz w:val="26"/>
          <w:szCs w:val="26"/>
        </w:rPr>
        <w:t>ụ</w:t>
      </w:r>
      <w:r w:rsidRPr="004D7C70">
        <w:rPr>
          <w:rFonts w:ascii="Times New Roman" w:hAnsi="Times New Roman" w:cs="Times New Roman"/>
          <w:sz w:val="26"/>
          <w:szCs w:val="26"/>
        </w:rPr>
        <w:t>): …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1. Đ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>i tư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ng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</w:t>
      </w:r>
      <w:r w:rsidRPr="004D7C70">
        <w:rPr>
          <w:rFonts w:ascii="Times New Roman" w:hAnsi="Times New Roman" w:cs="Times New Roman"/>
          <w:sz w:val="26"/>
          <w:szCs w:val="26"/>
        </w:rPr>
        <w:br/>
        <w:t>1. Hàng hóa: tên, ch</w:t>
      </w:r>
      <w:r w:rsidRPr="004D7C70">
        <w:rPr>
          <w:rFonts w:ascii="Times New Roman" w:hAnsi="Times New Roman" w:cs="Times New Roman"/>
          <w:sz w:val="26"/>
          <w:szCs w:val="26"/>
        </w:rPr>
        <w:t>ủ</w:t>
      </w:r>
      <w:r w:rsidRPr="004D7C70">
        <w:rPr>
          <w:rFonts w:ascii="Times New Roman" w:hAnsi="Times New Roman" w:cs="Times New Roman"/>
          <w:sz w:val="26"/>
          <w:szCs w:val="26"/>
        </w:rPr>
        <w:t>ng lo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i, quy cách, ch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t lư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ng, tiêu chu</w:t>
      </w:r>
      <w:r w:rsidRPr="004D7C70">
        <w:rPr>
          <w:rFonts w:ascii="Times New Roman" w:hAnsi="Times New Roman" w:cs="Times New Roman"/>
          <w:sz w:val="26"/>
          <w:szCs w:val="26"/>
        </w:rPr>
        <w:t>ẩ</w:t>
      </w:r>
      <w:r w:rsidRPr="004D7C70">
        <w:rPr>
          <w:rFonts w:ascii="Times New Roman" w:hAnsi="Times New Roman" w:cs="Times New Roman"/>
          <w:sz w:val="26"/>
          <w:szCs w:val="26"/>
        </w:rPr>
        <w:t>n (n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có) …</w:t>
      </w:r>
      <w:r w:rsidRPr="004D7C70">
        <w:rPr>
          <w:rFonts w:ascii="Times New Roman" w:hAnsi="Times New Roman" w:cs="Times New Roman"/>
          <w:sz w:val="26"/>
          <w:szCs w:val="26"/>
        </w:rPr>
        <w:br/>
        <w:t>2.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lư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ng: … đơn v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br/>
        <w:t>3. Đơn giá: …</w:t>
      </w:r>
      <w:r w:rsidRPr="004D7C70">
        <w:rPr>
          <w:rFonts w:ascii="Times New Roman" w:hAnsi="Times New Roman" w:cs="Times New Roman"/>
          <w:sz w:val="26"/>
          <w:szCs w:val="26"/>
        </w:rPr>
        <w:br/>
        <w:t>4. T</w:t>
      </w:r>
      <w:r w:rsidRPr="004D7C70">
        <w:rPr>
          <w:rFonts w:ascii="Times New Roman" w:hAnsi="Times New Roman" w:cs="Times New Roman"/>
          <w:sz w:val="26"/>
          <w:szCs w:val="26"/>
        </w:rPr>
        <w:t>ổ</w:t>
      </w:r>
      <w:r w:rsidRPr="004D7C70">
        <w:rPr>
          <w:rFonts w:ascii="Times New Roman" w:hAnsi="Times New Roman" w:cs="Times New Roman"/>
          <w:sz w:val="26"/>
          <w:szCs w:val="26"/>
        </w:rPr>
        <w:t>ng giá tr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 xml:space="preserve">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ng: …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2. Phương th</w:t>
      </w:r>
      <w:r w:rsidRPr="004D7C70">
        <w:rPr>
          <w:rFonts w:ascii="Times New Roman" w:hAnsi="Times New Roman" w:cs="Times New Roman"/>
          <w:sz w:val="26"/>
          <w:szCs w:val="26"/>
        </w:rPr>
        <w:t>ứ</w:t>
      </w:r>
      <w:r w:rsidRPr="004D7C70">
        <w:rPr>
          <w:rFonts w:ascii="Times New Roman" w:hAnsi="Times New Roman" w:cs="Times New Roman"/>
          <w:sz w:val="26"/>
          <w:szCs w:val="26"/>
        </w:rPr>
        <w:t>c, th</w:t>
      </w:r>
      <w:r w:rsidRPr="004D7C70">
        <w:rPr>
          <w:rFonts w:ascii="Times New Roman" w:hAnsi="Times New Roman" w:cs="Times New Roman"/>
          <w:sz w:val="26"/>
          <w:szCs w:val="26"/>
        </w:rPr>
        <w:t>ờ</w:t>
      </w:r>
      <w:r w:rsidRPr="004D7C70">
        <w:rPr>
          <w:rFonts w:ascii="Times New Roman" w:hAnsi="Times New Roman" w:cs="Times New Roman"/>
          <w:sz w:val="26"/>
          <w:szCs w:val="26"/>
        </w:rPr>
        <w:t>i h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n thanh toán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lastRenderedPageBreak/>
        <w:t>1. Bên B thanh toán theo hình th</w:t>
      </w:r>
      <w:r w:rsidRPr="004D7C70">
        <w:rPr>
          <w:rFonts w:ascii="Times New Roman" w:hAnsi="Times New Roman" w:cs="Times New Roman"/>
          <w:sz w:val="26"/>
          <w:szCs w:val="26"/>
        </w:rPr>
        <w:t>ứ</w:t>
      </w:r>
      <w:r w:rsidRPr="004D7C70">
        <w:rPr>
          <w:rFonts w:ascii="Times New Roman" w:hAnsi="Times New Roman" w:cs="Times New Roman"/>
          <w:sz w:val="26"/>
          <w:szCs w:val="26"/>
        </w:rPr>
        <w:t>c tr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 xml:space="preserve"> ch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m / tr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 xml:space="preserve"> d</w:t>
      </w:r>
      <w:r w:rsidRPr="004D7C70">
        <w:rPr>
          <w:rFonts w:ascii="Times New Roman" w:hAnsi="Times New Roman" w:cs="Times New Roman"/>
          <w:sz w:val="26"/>
          <w:szCs w:val="26"/>
        </w:rPr>
        <w:t>ầ</w:t>
      </w:r>
      <w:r w:rsidRPr="004D7C70">
        <w:rPr>
          <w:rFonts w:ascii="Times New Roman" w:hAnsi="Times New Roman" w:cs="Times New Roman"/>
          <w:sz w:val="26"/>
          <w:szCs w:val="26"/>
        </w:rPr>
        <w:t>n như sau:</w:t>
      </w:r>
      <w:r w:rsidRPr="004D7C70">
        <w:rPr>
          <w:rFonts w:ascii="Times New Roman" w:hAnsi="Times New Roman" w:cs="Times New Roman"/>
          <w:sz w:val="26"/>
          <w:szCs w:val="26"/>
        </w:rPr>
        <w:br/>
        <w:t xml:space="preserve">   - Đ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t 1: … ngày sau ngày ký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 – …</w:t>
      </w:r>
      <w:r w:rsidRPr="004D7C70">
        <w:rPr>
          <w:rFonts w:ascii="Times New Roman" w:hAnsi="Times New Roman" w:cs="Times New Roman"/>
          <w:sz w:val="26"/>
          <w:szCs w:val="26"/>
        </w:rPr>
        <w:br/>
        <w:t xml:space="preserve">   - Đ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t 2: … ngày sau đ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t 1 – …</w:t>
      </w:r>
      <w:r w:rsidRPr="004D7C70">
        <w:rPr>
          <w:rFonts w:ascii="Times New Roman" w:hAnsi="Times New Roman" w:cs="Times New Roman"/>
          <w:sz w:val="26"/>
          <w:szCs w:val="26"/>
        </w:rPr>
        <w:br/>
        <w:t xml:space="preserve">   - Đ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t …: …</w:t>
      </w:r>
      <w:r w:rsidRPr="004D7C70">
        <w:rPr>
          <w:rFonts w:ascii="Times New Roman" w:hAnsi="Times New Roman" w:cs="Times New Roman"/>
          <w:sz w:val="26"/>
          <w:szCs w:val="26"/>
        </w:rPr>
        <w:br/>
        <w:t>2. S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 xml:space="preserve"> ti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n ch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m t</w:t>
      </w:r>
      <w:r w:rsidRPr="004D7C70">
        <w:rPr>
          <w:rFonts w:ascii="Times New Roman" w:hAnsi="Times New Roman" w:cs="Times New Roman"/>
          <w:sz w:val="26"/>
          <w:szCs w:val="26"/>
        </w:rPr>
        <w:t>hanh toán (n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có) s</w:t>
      </w:r>
      <w:r w:rsidRPr="004D7C70">
        <w:rPr>
          <w:rFonts w:ascii="Times New Roman" w:hAnsi="Times New Roman" w:cs="Times New Roman"/>
          <w:sz w:val="26"/>
          <w:szCs w:val="26"/>
        </w:rPr>
        <w:t>ẽ</w:t>
      </w:r>
      <w:r w:rsidRPr="004D7C70">
        <w:rPr>
          <w:rFonts w:ascii="Times New Roman" w:hAnsi="Times New Roman" w:cs="Times New Roman"/>
          <w:sz w:val="26"/>
          <w:szCs w:val="26"/>
        </w:rPr>
        <w:t xml:space="preserve"> ch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>u lãi su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t …%/năm.</w:t>
      </w:r>
      <w:r w:rsidRPr="004D7C70">
        <w:rPr>
          <w:rFonts w:ascii="Times New Roman" w:hAnsi="Times New Roman" w:cs="Times New Roman"/>
          <w:sz w:val="26"/>
          <w:szCs w:val="26"/>
        </w:rPr>
        <w:br/>
        <w:t>3. Bên A có quy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n yêu c</w:t>
      </w:r>
      <w:r w:rsidRPr="004D7C70">
        <w:rPr>
          <w:rFonts w:ascii="Times New Roman" w:hAnsi="Times New Roman" w:cs="Times New Roman"/>
          <w:sz w:val="26"/>
          <w:szCs w:val="26"/>
        </w:rPr>
        <w:t>ầ</w:t>
      </w:r>
      <w:r w:rsidRPr="004D7C70">
        <w:rPr>
          <w:rFonts w:ascii="Times New Roman" w:hAnsi="Times New Roman" w:cs="Times New Roman"/>
          <w:sz w:val="26"/>
          <w:szCs w:val="26"/>
        </w:rPr>
        <w:t>u Bên B th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 xml:space="preserve"> ch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p tài s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 đ</w:t>
      </w:r>
      <w:r w:rsidRPr="004D7C70">
        <w:rPr>
          <w:rFonts w:ascii="Times New Roman" w:hAnsi="Times New Roman" w:cs="Times New Roman"/>
          <w:sz w:val="26"/>
          <w:szCs w:val="26"/>
        </w:rPr>
        <w:t>ể</w:t>
      </w:r>
      <w:r w:rsidRPr="004D7C70">
        <w:rPr>
          <w:rFonts w:ascii="Times New Roman" w:hAnsi="Times New Roman" w:cs="Times New Roman"/>
          <w:sz w:val="26"/>
          <w:szCs w:val="26"/>
        </w:rPr>
        <w:t xml:space="preserve">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o đ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m nghĩa v</w:t>
      </w:r>
      <w:r w:rsidRPr="004D7C70">
        <w:rPr>
          <w:rFonts w:ascii="Times New Roman" w:hAnsi="Times New Roman" w:cs="Times New Roman"/>
          <w:sz w:val="26"/>
          <w:szCs w:val="26"/>
        </w:rPr>
        <w:t>ụ</w:t>
      </w:r>
      <w:r w:rsidRPr="004D7C70">
        <w:rPr>
          <w:rFonts w:ascii="Times New Roman" w:hAnsi="Times New Roman" w:cs="Times New Roman"/>
          <w:sz w:val="26"/>
          <w:szCs w:val="26"/>
        </w:rPr>
        <w:t xml:space="preserve"> thanh toán (n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hai bên th</w:t>
      </w:r>
      <w:r w:rsidRPr="004D7C70">
        <w:rPr>
          <w:rFonts w:ascii="Times New Roman" w:hAnsi="Times New Roman" w:cs="Times New Roman"/>
          <w:sz w:val="26"/>
          <w:szCs w:val="26"/>
        </w:rPr>
        <w:t>ỏ</w:t>
      </w:r>
      <w:r w:rsidRPr="004D7C70">
        <w:rPr>
          <w:rFonts w:ascii="Times New Roman" w:hAnsi="Times New Roman" w:cs="Times New Roman"/>
          <w:sz w:val="26"/>
          <w:szCs w:val="26"/>
        </w:rPr>
        <w:t>a thu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n).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3. Giao hàng, nh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n hàng</w:t>
      </w:r>
      <w:r w:rsidRPr="004D7C70">
        <w:rPr>
          <w:rFonts w:ascii="Times New Roman" w:hAnsi="Times New Roman" w:cs="Times New Roman"/>
          <w:sz w:val="26"/>
          <w:szCs w:val="26"/>
        </w:rPr>
        <w:br/>
        <w:t>1. Đ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>a đi</w:t>
      </w:r>
      <w:r w:rsidRPr="004D7C70">
        <w:rPr>
          <w:rFonts w:ascii="Times New Roman" w:hAnsi="Times New Roman" w:cs="Times New Roman"/>
          <w:sz w:val="26"/>
          <w:szCs w:val="26"/>
        </w:rPr>
        <w:t>ể</w:t>
      </w:r>
      <w:r w:rsidRPr="004D7C70">
        <w:rPr>
          <w:rFonts w:ascii="Times New Roman" w:hAnsi="Times New Roman" w:cs="Times New Roman"/>
          <w:sz w:val="26"/>
          <w:szCs w:val="26"/>
        </w:rPr>
        <w:t>m giao hàng: …</w:t>
      </w:r>
      <w:r w:rsidRPr="004D7C70">
        <w:rPr>
          <w:rFonts w:ascii="Times New Roman" w:hAnsi="Times New Roman" w:cs="Times New Roman"/>
          <w:sz w:val="26"/>
          <w:szCs w:val="26"/>
        </w:rPr>
        <w:br/>
        <w:t>2. Th</w:t>
      </w:r>
      <w:r w:rsidRPr="004D7C70">
        <w:rPr>
          <w:rFonts w:ascii="Times New Roman" w:hAnsi="Times New Roman" w:cs="Times New Roman"/>
          <w:sz w:val="26"/>
          <w:szCs w:val="26"/>
        </w:rPr>
        <w:t>ờ</w:t>
      </w:r>
      <w:r w:rsidRPr="004D7C70">
        <w:rPr>
          <w:rFonts w:ascii="Times New Roman" w:hAnsi="Times New Roman" w:cs="Times New Roman"/>
          <w:sz w:val="26"/>
          <w:szCs w:val="26"/>
        </w:rPr>
        <w:t>i gian giao hàng: …</w:t>
      </w:r>
      <w:r w:rsidRPr="004D7C70">
        <w:rPr>
          <w:rFonts w:ascii="Times New Roman" w:hAnsi="Times New Roman" w:cs="Times New Roman"/>
          <w:sz w:val="26"/>
          <w:szCs w:val="26"/>
        </w:rPr>
        <w:br/>
        <w:t>3. Bên B có trách nhi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m k</w:t>
      </w:r>
      <w:r w:rsidRPr="004D7C70">
        <w:rPr>
          <w:rFonts w:ascii="Times New Roman" w:hAnsi="Times New Roman" w:cs="Times New Roman"/>
          <w:sz w:val="26"/>
          <w:szCs w:val="26"/>
        </w:rPr>
        <w:t>i</w:t>
      </w:r>
      <w:r w:rsidRPr="004D7C70">
        <w:rPr>
          <w:rFonts w:ascii="Times New Roman" w:hAnsi="Times New Roman" w:cs="Times New Roman"/>
          <w:sz w:val="26"/>
          <w:szCs w:val="26"/>
        </w:rPr>
        <w:t>ể</w:t>
      </w:r>
      <w:r w:rsidRPr="004D7C70">
        <w:rPr>
          <w:rFonts w:ascii="Times New Roman" w:hAnsi="Times New Roman" w:cs="Times New Roman"/>
          <w:sz w:val="26"/>
          <w:szCs w:val="26"/>
        </w:rPr>
        <w:t>m tra hàng hóa khi nh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n; 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phát 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n sai khác ph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i l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p biên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 ngay.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4. Chuy</w:t>
      </w:r>
      <w:r w:rsidRPr="004D7C70">
        <w:rPr>
          <w:rFonts w:ascii="Times New Roman" w:hAnsi="Times New Roman" w:cs="Times New Roman"/>
          <w:sz w:val="26"/>
          <w:szCs w:val="26"/>
        </w:rPr>
        <w:t>ể</w:t>
      </w:r>
      <w:r w:rsidRPr="004D7C70">
        <w:rPr>
          <w:rFonts w:ascii="Times New Roman" w:hAnsi="Times New Roman" w:cs="Times New Roman"/>
          <w:sz w:val="26"/>
          <w:szCs w:val="26"/>
        </w:rPr>
        <w:t>n giao quy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n s</w:t>
      </w:r>
      <w:r w:rsidRPr="004D7C70">
        <w:rPr>
          <w:rFonts w:ascii="Times New Roman" w:hAnsi="Times New Roman" w:cs="Times New Roman"/>
          <w:sz w:val="26"/>
          <w:szCs w:val="26"/>
        </w:rPr>
        <w:t>ở</w:t>
      </w:r>
      <w:r w:rsidRPr="004D7C70">
        <w:rPr>
          <w:rFonts w:ascii="Times New Roman" w:hAnsi="Times New Roman" w:cs="Times New Roman"/>
          <w:sz w:val="26"/>
          <w:szCs w:val="26"/>
        </w:rPr>
        <w:t xml:space="preserve"> h</w:t>
      </w:r>
      <w:r w:rsidRPr="004D7C70">
        <w:rPr>
          <w:rFonts w:ascii="Times New Roman" w:hAnsi="Times New Roman" w:cs="Times New Roman"/>
          <w:sz w:val="26"/>
          <w:szCs w:val="26"/>
        </w:rPr>
        <w:t>ữ</w:t>
      </w:r>
      <w:r w:rsidRPr="004D7C70">
        <w:rPr>
          <w:rFonts w:ascii="Times New Roman" w:hAnsi="Times New Roman" w:cs="Times New Roman"/>
          <w:sz w:val="26"/>
          <w:szCs w:val="26"/>
        </w:rPr>
        <w:t>u, r</w:t>
      </w:r>
      <w:r w:rsidRPr="004D7C70">
        <w:rPr>
          <w:rFonts w:ascii="Times New Roman" w:hAnsi="Times New Roman" w:cs="Times New Roman"/>
          <w:sz w:val="26"/>
          <w:szCs w:val="26"/>
        </w:rPr>
        <w:t>ủ</w:t>
      </w:r>
      <w:r w:rsidRPr="004D7C70">
        <w:rPr>
          <w:rFonts w:ascii="Times New Roman" w:hAnsi="Times New Roman" w:cs="Times New Roman"/>
          <w:sz w:val="26"/>
          <w:szCs w:val="26"/>
        </w:rPr>
        <w:t>i ro</w:t>
      </w:r>
      <w:r w:rsidRPr="004D7C70">
        <w:rPr>
          <w:rFonts w:ascii="Times New Roman" w:hAnsi="Times New Roman" w:cs="Times New Roman"/>
          <w:sz w:val="26"/>
          <w:szCs w:val="26"/>
        </w:rPr>
        <w:br/>
        <w:t>1. Quy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n s</w:t>
      </w:r>
      <w:r w:rsidRPr="004D7C70">
        <w:rPr>
          <w:rFonts w:ascii="Times New Roman" w:hAnsi="Times New Roman" w:cs="Times New Roman"/>
          <w:sz w:val="26"/>
          <w:szCs w:val="26"/>
        </w:rPr>
        <w:t>ở</w:t>
      </w:r>
      <w:r w:rsidRPr="004D7C70">
        <w:rPr>
          <w:rFonts w:ascii="Times New Roman" w:hAnsi="Times New Roman" w:cs="Times New Roman"/>
          <w:sz w:val="26"/>
          <w:szCs w:val="26"/>
        </w:rPr>
        <w:t xml:space="preserve"> h</w:t>
      </w:r>
      <w:r w:rsidRPr="004D7C70">
        <w:rPr>
          <w:rFonts w:ascii="Times New Roman" w:hAnsi="Times New Roman" w:cs="Times New Roman"/>
          <w:sz w:val="26"/>
          <w:szCs w:val="26"/>
        </w:rPr>
        <w:t>ữ</w:t>
      </w:r>
      <w:r w:rsidRPr="004D7C70">
        <w:rPr>
          <w:rFonts w:ascii="Times New Roman" w:hAnsi="Times New Roman" w:cs="Times New Roman"/>
          <w:sz w:val="26"/>
          <w:szCs w:val="26"/>
        </w:rPr>
        <w:t>u hàng hóa đư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c chuy</w:t>
      </w:r>
      <w:r w:rsidRPr="004D7C70">
        <w:rPr>
          <w:rFonts w:ascii="Times New Roman" w:hAnsi="Times New Roman" w:cs="Times New Roman"/>
          <w:sz w:val="26"/>
          <w:szCs w:val="26"/>
        </w:rPr>
        <w:t>ể</w:t>
      </w:r>
      <w:r w:rsidRPr="004D7C70">
        <w:rPr>
          <w:rFonts w:ascii="Times New Roman" w:hAnsi="Times New Roman" w:cs="Times New Roman"/>
          <w:sz w:val="26"/>
          <w:szCs w:val="26"/>
        </w:rPr>
        <w:t>n t</w:t>
      </w:r>
      <w:r w:rsidRPr="004D7C70">
        <w:rPr>
          <w:rFonts w:ascii="Times New Roman" w:hAnsi="Times New Roman" w:cs="Times New Roman"/>
          <w:sz w:val="26"/>
          <w:szCs w:val="26"/>
        </w:rPr>
        <w:t>ừ</w:t>
      </w:r>
      <w:r w:rsidRPr="004D7C70">
        <w:rPr>
          <w:rFonts w:ascii="Times New Roman" w:hAnsi="Times New Roman" w:cs="Times New Roman"/>
          <w:sz w:val="26"/>
          <w:szCs w:val="26"/>
        </w:rPr>
        <w:t xml:space="preserve"> Bên A sang Bên B khi …</w:t>
      </w:r>
      <w:r w:rsidRPr="004D7C70">
        <w:rPr>
          <w:rFonts w:ascii="Times New Roman" w:hAnsi="Times New Roman" w:cs="Times New Roman"/>
          <w:sz w:val="26"/>
          <w:szCs w:val="26"/>
        </w:rPr>
        <w:br/>
        <w:t>2. R</w:t>
      </w:r>
      <w:r w:rsidRPr="004D7C70">
        <w:rPr>
          <w:rFonts w:ascii="Times New Roman" w:hAnsi="Times New Roman" w:cs="Times New Roman"/>
          <w:sz w:val="26"/>
          <w:szCs w:val="26"/>
        </w:rPr>
        <w:t>ủ</w:t>
      </w:r>
      <w:r w:rsidRPr="004D7C70">
        <w:rPr>
          <w:rFonts w:ascii="Times New Roman" w:hAnsi="Times New Roman" w:cs="Times New Roman"/>
          <w:sz w:val="26"/>
          <w:szCs w:val="26"/>
        </w:rPr>
        <w:t>i ro v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 xml:space="preserve"> m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t mát, hư h</w:t>
      </w:r>
      <w:r w:rsidRPr="004D7C70">
        <w:rPr>
          <w:rFonts w:ascii="Times New Roman" w:hAnsi="Times New Roman" w:cs="Times New Roman"/>
          <w:sz w:val="26"/>
          <w:szCs w:val="26"/>
        </w:rPr>
        <w:t>ỏ</w:t>
      </w:r>
      <w:r w:rsidRPr="004D7C70">
        <w:rPr>
          <w:rFonts w:ascii="Times New Roman" w:hAnsi="Times New Roman" w:cs="Times New Roman"/>
          <w:sz w:val="26"/>
          <w:szCs w:val="26"/>
        </w:rPr>
        <w:t>ng hàng hóa do … ch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>u.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5.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o hành, h</w:t>
      </w:r>
      <w:r w:rsidRPr="004D7C70">
        <w:rPr>
          <w:rFonts w:ascii="Times New Roman" w:hAnsi="Times New Roman" w:cs="Times New Roman"/>
          <w:sz w:val="26"/>
          <w:szCs w:val="26"/>
        </w:rPr>
        <w:t>ỗ</w:t>
      </w:r>
      <w:r w:rsidRPr="004D7C70">
        <w:rPr>
          <w:rFonts w:ascii="Times New Roman" w:hAnsi="Times New Roman" w:cs="Times New Roman"/>
          <w:sz w:val="26"/>
          <w:szCs w:val="26"/>
        </w:rPr>
        <w:t xml:space="preserve"> tr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 xml:space="preserve"> k</w:t>
      </w:r>
      <w:r w:rsidRPr="004D7C70">
        <w:rPr>
          <w:rFonts w:ascii="Times New Roman" w:hAnsi="Times New Roman" w:cs="Times New Roman"/>
          <w:sz w:val="26"/>
          <w:szCs w:val="26"/>
        </w:rPr>
        <w:t>ỹ</w:t>
      </w:r>
      <w:r w:rsidRPr="004D7C70">
        <w:rPr>
          <w:rFonts w:ascii="Times New Roman" w:hAnsi="Times New Roman" w:cs="Times New Roman"/>
          <w:sz w:val="26"/>
          <w:szCs w:val="26"/>
        </w:rPr>
        <w:t xml:space="preserve"> thu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t</w:t>
      </w:r>
      <w:r w:rsidRPr="004D7C70">
        <w:rPr>
          <w:rFonts w:ascii="Times New Roman" w:hAnsi="Times New Roman" w:cs="Times New Roman"/>
          <w:sz w:val="26"/>
          <w:szCs w:val="26"/>
        </w:rPr>
        <w:br/>
        <w:t>1. Bên A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o hành hàng hóa trong … tháng k</w:t>
      </w:r>
      <w:r w:rsidRPr="004D7C70">
        <w:rPr>
          <w:rFonts w:ascii="Times New Roman" w:hAnsi="Times New Roman" w:cs="Times New Roman"/>
          <w:sz w:val="26"/>
          <w:szCs w:val="26"/>
        </w:rPr>
        <w:t>ể</w:t>
      </w:r>
      <w:r w:rsidRPr="004D7C70">
        <w:rPr>
          <w:rFonts w:ascii="Times New Roman" w:hAnsi="Times New Roman" w:cs="Times New Roman"/>
          <w:sz w:val="26"/>
          <w:szCs w:val="26"/>
        </w:rPr>
        <w:t xml:space="preserve"> t</w:t>
      </w:r>
      <w:r w:rsidRPr="004D7C70">
        <w:rPr>
          <w:rFonts w:ascii="Times New Roman" w:hAnsi="Times New Roman" w:cs="Times New Roman"/>
          <w:sz w:val="26"/>
          <w:szCs w:val="26"/>
        </w:rPr>
        <w:t>ừ</w:t>
      </w:r>
      <w:r w:rsidRPr="004D7C70">
        <w:rPr>
          <w:rFonts w:ascii="Times New Roman" w:hAnsi="Times New Roman" w:cs="Times New Roman"/>
          <w:sz w:val="26"/>
          <w:szCs w:val="26"/>
        </w:rPr>
        <w:t xml:space="preserve"> ngày giao hàng.</w:t>
      </w:r>
      <w:r w:rsidRPr="004D7C70">
        <w:rPr>
          <w:rFonts w:ascii="Times New Roman" w:hAnsi="Times New Roman" w:cs="Times New Roman"/>
          <w:sz w:val="26"/>
          <w:szCs w:val="26"/>
        </w:rPr>
        <w:br/>
        <w:t>2. Bên A ch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>u trách nhi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m s</w:t>
      </w:r>
      <w:r w:rsidRPr="004D7C70">
        <w:rPr>
          <w:rFonts w:ascii="Times New Roman" w:hAnsi="Times New Roman" w:cs="Times New Roman"/>
          <w:sz w:val="26"/>
          <w:szCs w:val="26"/>
        </w:rPr>
        <w:t>ử</w:t>
      </w:r>
      <w:r w:rsidRPr="004D7C70">
        <w:rPr>
          <w:rFonts w:ascii="Times New Roman" w:hAnsi="Times New Roman" w:cs="Times New Roman"/>
          <w:sz w:val="26"/>
          <w:szCs w:val="26"/>
        </w:rPr>
        <w:t>a ch</w:t>
      </w:r>
      <w:r w:rsidRPr="004D7C70">
        <w:rPr>
          <w:rFonts w:ascii="Times New Roman" w:hAnsi="Times New Roman" w:cs="Times New Roman"/>
          <w:sz w:val="26"/>
          <w:szCs w:val="26"/>
        </w:rPr>
        <w:t>ữ</w:t>
      </w:r>
      <w:r w:rsidRPr="004D7C70">
        <w:rPr>
          <w:rFonts w:ascii="Times New Roman" w:hAnsi="Times New Roman" w:cs="Times New Roman"/>
          <w:sz w:val="26"/>
          <w:szCs w:val="26"/>
        </w:rPr>
        <w:t>a, thay th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 xml:space="preserve"> 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l</w:t>
      </w:r>
      <w:r w:rsidRPr="004D7C70">
        <w:rPr>
          <w:rFonts w:ascii="Times New Roman" w:hAnsi="Times New Roman" w:cs="Times New Roman"/>
          <w:sz w:val="26"/>
          <w:szCs w:val="26"/>
        </w:rPr>
        <w:t>ỗ</w:t>
      </w:r>
      <w:r w:rsidRPr="004D7C70">
        <w:rPr>
          <w:rFonts w:ascii="Times New Roman" w:hAnsi="Times New Roman" w:cs="Times New Roman"/>
          <w:sz w:val="26"/>
          <w:szCs w:val="26"/>
        </w:rPr>
        <w:t>i do s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 xu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t.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6. Ph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t vi ph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m, ch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m d</w:t>
      </w:r>
      <w:r w:rsidRPr="004D7C70">
        <w:rPr>
          <w:rFonts w:ascii="Times New Roman" w:hAnsi="Times New Roman" w:cs="Times New Roman"/>
          <w:sz w:val="26"/>
          <w:szCs w:val="26"/>
        </w:rPr>
        <w:t>ứ</w:t>
      </w:r>
      <w:r w:rsidRPr="004D7C70">
        <w:rPr>
          <w:rFonts w:ascii="Times New Roman" w:hAnsi="Times New Roman" w:cs="Times New Roman"/>
          <w:sz w:val="26"/>
          <w:szCs w:val="26"/>
        </w:rPr>
        <w:t>t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</w:t>
      </w:r>
      <w:r w:rsidRPr="004D7C70">
        <w:rPr>
          <w:rFonts w:ascii="Times New Roman" w:hAnsi="Times New Roman" w:cs="Times New Roman"/>
          <w:sz w:val="26"/>
          <w:szCs w:val="26"/>
        </w:rPr>
        <w:br/>
        <w:t>1. 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Bên B ch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m thanh toán, ngoài lãi su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t quá h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n, Bên A có quy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n yêu c</w:t>
      </w:r>
      <w:r w:rsidRPr="004D7C70">
        <w:rPr>
          <w:rFonts w:ascii="Times New Roman" w:hAnsi="Times New Roman" w:cs="Times New Roman"/>
          <w:sz w:val="26"/>
          <w:szCs w:val="26"/>
        </w:rPr>
        <w:t>ầ</w:t>
      </w:r>
      <w:r w:rsidRPr="004D7C70">
        <w:rPr>
          <w:rFonts w:ascii="Times New Roman" w:hAnsi="Times New Roman" w:cs="Times New Roman"/>
          <w:sz w:val="26"/>
          <w:szCs w:val="26"/>
        </w:rPr>
        <w:t>u t</w:t>
      </w:r>
      <w:r w:rsidRPr="004D7C70">
        <w:rPr>
          <w:rFonts w:ascii="Times New Roman" w:hAnsi="Times New Roman" w:cs="Times New Roman"/>
          <w:sz w:val="26"/>
          <w:szCs w:val="26"/>
        </w:rPr>
        <w:t>hanh toán ho</w:t>
      </w:r>
      <w:r w:rsidRPr="004D7C70">
        <w:rPr>
          <w:rFonts w:ascii="Times New Roman" w:hAnsi="Times New Roman" w:cs="Times New Roman"/>
          <w:sz w:val="26"/>
          <w:szCs w:val="26"/>
        </w:rPr>
        <w:t>ặ</w:t>
      </w:r>
      <w:r w:rsidRPr="004D7C70">
        <w:rPr>
          <w:rFonts w:ascii="Times New Roman" w:hAnsi="Times New Roman" w:cs="Times New Roman"/>
          <w:sz w:val="26"/>
          <w:szCs w:val="26"/>
        </w:rPr>
        <w:t>c h</w:t>
      </w:r>
      <w:r w:rsidRPr="004D7C70">
        <w:rPr>
          <w:rFonts w:ascii="Times New Roman" w:hAnsi="Times New Roman" w:cs="Times New Roman"/>
          <w:sz w:val="26"/>
          <w:szCs w:val="26"/>
        </w:rPr>
        <w:t>ủ</w:t>
      </w:r>
      <w:r w:rsidRPr="004D7C70">
        <w:rPr>
          <w:rFonts w:ascii="Times New Roman" w:hAnsi="Times New Roman" w:cs="Times New Roman"/>
          <w:sz w:val="26"/>
          <w:szCs w:val="26"/>
        </w:rPr>
        <w:t>y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ng.</w:t>
      </w:r>
      <w:r w:rsidRPr="004D7C70">
        <w:rPr>
          <w:rFonts w:ascii="Times New Roman" w:hAnsi="Times New Roman" w:cs="Times New Roman"/>
          <w:sz w:val="26"/>
          <w:szCs w:val="26"/>
        </w:rPr>
        <w:br/>
        <w:t>2. 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Bên A giao hàng ch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m, Bên B có quy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n gi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m giá, t</w:t>
      </w:r>
      <w:r w:rsidRPr="004D7C70">
        <w:rPr>
          <w:rFonts w:ascii="Times New Roman" w:hAnsi="Times New Roman" w:cs="Times New Roman"/>
          <w:sz w:val="26"/>
          <w:szCs w:val="26"/>
        </w:rPr>
        <w:t>ừ</w:t>
      </w:r>
      <w:r w:rsidRPr="004D7C70">
        <w:rPr>
          <w:rFonts w:ascii="Times New Roman" w:hAnsi="Times New Roman" w:cs="Times New Roman"/>
          <w:sz w:val="26"/>
          <w:szCs w:val="26"/>
        </w:rPr>
        <w:t xml:space="preserve"> ch</w:t>
      </w:r>
      <w:r w:rsidRPr="004D7C70">
        <w:rPr>
          <w:rFonts w:ascii="Times New Roman" w:hAnsi="Times New Roman" w:cs="Times New Roman"/>
          <w:sz w:val="26"/>
          <w:szCs w:val="26"/>
        </w:rPr>
        <w:t>ố</w:t>
      </w:r>
      <w:r w:rsidRPr="004D7C70">
        <w:rPr>
          <w:rFonts w:ascii="Times New Roman" w:hAnsi="Times New Roman" w:cs="Times New Roman"/>
          <w:sz w:val="26"/>
          <w:szCs w:val="26"/>
        </w:rPr>
        <w:t>i nh</w:t>
      </w:r>
      <w:r w:rsidRPr="004D7C70">
        <w:rPr>
          <w:rFonts w:ascii="Times New Roman" w:hAnsi="Times New Roman" w:cs="Times New Roman"/>
          <w:sz w:val="26"/>
          <w:szCs w:val="26"/>
        </w:rPr>
        <w:t>ậ</w:t>
      </w:r>
      <w:r w:rsidRPr="004D7C70">
        <w:rPr>
          <w:rFonts w:ascii="Times New Roman" w:hAnsi="Times New Roman" w:cs="Times New Roman"/>
          <w:sz w:val="26"/>
          <w:szCs w:val="26"/>
        </w:rPr>
        <w:t>n hàng ho</w:t>
      </w:r>
      <w:r w:rsidRPr="004D7C70">
        <w:rPr>
          <w:rFonts w:ascii="Times New Roman" w:hAnsi="Times New Roman" w:cs="Times New Roman"/>
          <w:sz w:val="26"/>
          <w:szCs w:val="26"/>
        </w:rPr>
        <w:t>ặ</w:t>
      </w:r>
      <w:r w:rsidRPr="004D7C70">
        <w:rPr>
          <w:rFonts w:ascii="Times New Roman" w:hAnsi="Times New Roman" w:cs="Times New Roman"/>
          <w:sz w:val="26"/>
          <w:szCs w:val="26"/>
        </w:rPr>
        <w:t>c h</w:t>
      </w:r>
      <w:r w:rsidRPr="004D7C70">
        <w:rPr>
          <w:rFonts w:ascii="Times New Roman" w:hAnsi="Times New Roman" w:cs="Times New Roman"/>
          <w:sz w:val="26"/>
          <w:szCs w:val="26"/>
        </w:rPr>
        <w:t>ủ</w:t>
      </w:r>
      <w:r w:rsidRPr="004D7C70">
        <w:rPr>
          <w:rFonts w:ascii="Times New Roman" w:hAnsi="Times New Roman" w:cs="Times New Roman"/>
          <w:sz w:val="26"/>
          <w:szCs w:val="26"/>
        </w:rPr>
        <w:t>y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7. Gi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i quy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t tranh ch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p</w:t>
      </w:r>
      <w:r w:rsidRPr="004D7C70">
        <w:rPr>
          <w:rFonts w:ascii="Times New Roman" w:hAnsi="Times New Roman" w:cs="Times New Roman"/>
          <w:sz w:val="26"/>
          <w:szCs w:val="26"/>
        </w:rPr>
        <w:br/>
        <w:t>Tranh ch</w:t>
      </w:r>
      <w:r w:rsidRPr="004D7C70">
        <w:rPr>
          <w:rFonts w:ascii="Times New Roman" w:hAnsi="Times New Roman" w:cs="Times New Roman"/>
          <w:sz w:val="26"/>
          <w:szCs w:val="26"/>
        </w:rPr>
        <w:t>ấ</w:t>
      </w:r>
      <w:r w:rsidRPr="004D7C70">
        <w:rPr>
          <w:rFonts w:ascii="Times New Roman" w:hAnsi="Times New Roman" w:cs="Times New Roman"/>
          <w:sz w:val="26"/>
          <w:szCs w:val="26"/>
        </w:rPr>
        <w:t>p phát sinh s</w:t>
      </w:r>
      <w:r w:rsidRPr="004D7C70">
        <w:rPr>
          <w:rFonts w:ascii="Times New Roman" w:hAnsi="Times New Roman" w:cs="Times New Roman"/>
          <w:sz w:val="26"/>
          <w:szCs w:val="26"/>
        </w:rPr>
        <w:t>ẽ</w:t>
      </w:r>
      <w:r w:rsidRPr="004D7C70">
        <w:rPr>
          <w:rFonts w:ascii="Times New Roman" w:hAnsi="Times New Roman" w:cs="Times New Roman"/>
          <w:sz w:val="26"/>
          <w:szCs w:val="26"/>
        </w:rPr>
        <w:t xml:space="preserve"> đư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c thương lư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ng, n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u không thành thì đưa ra Tòa án ho</w:t>
      </w:r>
      <w:r w:rsidRPr="004D7C70">
        <w:rPr>
          <w:rFonts w:ascii="Times New Roman" w:hAnsi="Times New Roman" w:cs="Times New Roman"/>
          <w:sz w:val="26"/>
          <w:szCs w:val="26"/>
        </w:rPr>
        <w:t>ặ</w:t>
      </w:r>
      <w:r w:rsidRPr="004D7C70">
        <w:rPr>
          <w:rFonts w:ascii="Times New Roman" w:hAnsi="Times New Roman" w:cs="Times New Roman"/>
          <w:sz w:val="26"/>
          <w:szCs w:val="26"/>
        </w:rPr>
        <w:t>c Tr</w:t>
      </w:r>
      <w:r w:rsidRPr="004D7C70">
        <w:rPr>
          <w:rFonts w:ascii="Times New Roman" w:hAnsi="Times New Roman" w:cs="Times New Roman"/>
          <w:sz w:val="26"/>
          <w:szCs w:val="26"/>
        </w:rPr>
        <w:t>ọ</w:t>
      </w:r>
      <w:r w:rsidRPr="004D7C70">
        <w:rPr>
          <w:rFonts w:ascii="Times New Roman" w:hAnsi="Times New Roman" w:cs="Times New Roman"/>
          <w:sz w:val="26"/>
          <w:szCs w:val="26"/>
        </w:rPr>
        <w:t>ng tài t</w:t>
      </w:r>
      <w:r w:rsidRPr="004D7C70">
        <w:rPr>
          <w:rFonts w:ascii="Times New Roman" w:hAnsi="Times New Roman" w:cs="Times New Roman"/>
          <w:sz w:val="26"/>
          <w:szCs w:val="26"/>
        </w:rPr>
        <w:t>ạ</w:t>
      </w:r>
      <w:r w:rsidRPr="004D7C70">
        <w:rPr>
          <w:rFonts w:ascii="Times New Roman" w:hAnsi="Times New Roman" w:cs="Times New Roman"/>
          <w:sz w:val="26"/>
          <w:szCs w:val="26"/>
        </w:rPr>
        <w:t>i …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  <w:t>ĐI</w:t>
      </w:r>
      <w:r w:rsidRPr="004D7C70">
        <w:rPr>
          <w:rFonts w:ascii="Times New Roman" w:hAnsi="Times New Roman" w:cs="Times New Roman"/>
          <w:sz w:val="26"/>
          <w:szCs w:val="26"/>
        </w:rPr>
        <w:t>Ề</w:t>
      </w:r>
      <w:r w:rsidRPr="004D7C70">
        <w:rPr>
          <w:rFonts w:ascii="Times New Roman" w:hAnsi="Times New Roman" w:cs="Times New Roman"/>
          <w:sz w:val="26"/>
          <w:szCs w:val="26"/>
        </w:rPr>
        <w:t>U 8</w:t>
      </w:r>
      <w:r w:rsidRPr="004D7C70">
        <w:rPr>
          <w:rFonts w:ascii="Times New Roman" w:hAnsi="Times New Roman" w:cs="Times New Roman"/>
          <w:sz w:val="26"/>
          <w:szCs w:val="26"/>
        </w:rPr>
        <w:t>. 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u l</w:t>
      </w:r>
      <w:r w:rsidRPr="004D7C70">
        <w:rPr>
          <w:rFonts w:ascii="Times New Roman" w:hAnsi="Times New Roman" w:cs="Times New Roman"/>
          <w:sz w:val="26"/>
          <w:szCs w:val="26"/>
        </w:rPr>
        <w:t>ự</w:t>
      </w:r>
      <w:r w:rsidRPr="004D7C70">
        <w:rPr>
          <w:rFonts w:ascii="Times New Roman" w:hAnsi="Times New Roman" w:cs="Times New Roman"/>
          <w:sz w:val="26"/>
          <w:szCs w:val="26"/>
        </w:rPr>
        <w:t>c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</w:t>
      </w:r>
      <w:r w:rsidRPr="004D7C70">
        <w:rPr>
          <w:rFonts w:ascii="Times New Roman" w:hAnsi="Times New Roman" w:cs="Times New Roman"/>
          <w:sz w:val="26"/>
          <w:szCs w:val="26"/>
        </w:rPr>
        <w:br/>
        <w:t>1.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 có hi</w:t>
      </w:r>
      <w:r w:rsidRPr="004D7C70">
        <w:rPr>
          <w:rFonts w:ascii="Times New Roman" w:hAnsi="Times New Roman" w:cs="Times New Roman"/>
          <w:sz w:val="26"/>
          <w:szCs w:val="26"/>
        </w:rPr>
        <w:t>ệ</w:t>
      </w:r>
      <w:r w:rsidRPr="004D7C70">
        <w:rPr>
          <w:rFonts w:ascii="Times New Roman" w:hAnsi="Times New Roman" w:cs="Times New Roman"/>
          <w:sz w:val="26"/>
          <w:szCs w:val="26"/>
        </w:rPr>
        <w:t>u l</w:t>
      </w:r>
      <w:r w:rsidRPr="004D7C70">
        <w:rPr>
          <w:rFonts w:ascii="Times New Roman" w:hAnsi="Times New Roman" w:cs="Times New Roman"/>
          <w:sz w:val="26"/>
          <w:szCs w:val="26"/>
        </w:rPr>
        <w:t>ự</w:t>
      </w:r>
      <w:r w:rsidRPr="004D7C70">
        <w:rPr>
          <w:rFonts w:ascii="Times New Roman" w:hAnsi="Times New Roman" w:cs="Times New Roman"/>
          <w:sz w:val="26"/>
          <w:szCs w:val="26"/>
        </w:rPr>
        <w:t>c t</w:t>
      </w:r>
      <w:r w:rsidRPr="004D7C70">
        <w:rPr>
          <w:rFonts w:ascii="Times New Roman" w:hAnsi="Times New Roman" w:cs="Times New Roman"/>
          <w:sz w:val="26"/>
          <w:szCs w:val="26"/>
        </w:rPr>
        <w:t>ừ</w:t>
      </w:r>
      <w:r w:rsidRPr="004D7C70">
        <w:rPr>
          <w:rFonts w:ascii="Times New Roman" w:hAnsi="Times New Roman" w:cs="Times New Roman"/>
          <w:sz w:val="26"/>
          <w:szCs w:val="26"/>
        </w:rPr>
        <w:t xml:space="preserve"> ngày … đ</w:t>
      </w:r>
      <w:r w:rsidRPr="004D7C70">
        <w:rPr>
          <w:rFonts w:ascii="Times New Roman" w:hAnsi="Times New Roman" w:cs="Times New Roman"/>
          <w:sz w:val="26"/>
          <w:szCs w:val="26"/>
        </w:rPr>
        <w:t>ế</w:t>
      </w:r>
      <w:r w:rsidRPr="004D7C70">
        <w:rPr>
          <w:rFonts w:ascii="Times New Roman" w:hAnsi="Times New Roman" w:cs="Times New Roman"/>
          <w:sz w:val="26"/>
          <w:szCs w:val="26"/>
        </w:rPr>
        <w:t>n ngày …</w:t>
      </w:r>
      <w:r w:rsidRPr="004D7C70">
        <w:rPr>
          <w:rFonts w:ascii="Times New Roman" w:hAnsi="Times New Roman" w:cs="Times New Roman"/>
          <w:sz w:val="26"/>
          <w:szCs w:val="26"/>
        </w:rPr>
        <w:br/>
        <w:t>2. H</w:t>
      </w:r>
      <w:r w:rsidRPr="004D7C70">
        <w:rPr>
          <w:rFonts w:ascii="Times New Roman" w:hAnsi="Times New Roman" w:cs="Times New Roman"/>
          <w:sz w:val="26"/>
          <w:szCs w:val="26"/>
        </w:rPr>
        <w:t>ợ</w:t>
      </w:r>
      <w:r w:rsidRPr="004D7C70">
        <w:rPr>
          <w:rFonts w:ascii="Times New Roman" w:hAnsi="Times New Roman" w:cs="Times New Roman"/>
          <w:sz w:val="26"/>
          <w:szCs w:val="26"/>
        </w:rPr>
        <w:t>p đ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ng g</w:t>
      </w:r>
      <w:r w:rsidRPr="004D7C70">
        <w:rPr>
          <w:rFonts w:ascii="Times New Roman" w:hAnsi="Times New Roman" w:cs="Times New Roman"/>
          <w:sz w:val="26"/>
          <w:szCs w:val="26"/>
        </w:rPr>
        <w:t>ồ</w:t>
      </w:r>
      <w:r w:rsidRPr="004D7C70">
        <w:rPr>
          <w:rFonts w:ascii="Times New Roman" w:hAnsi="Times New Roman" w:cs="Times New Roman"/>
          <w:sz w:val="26"/>
          <w:szCs w:val="26"/>
        </w:rPr>
        <w:t>m …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n, m</w:t>
      </w:r>
      <w:r w:rsidRPr="004D7C70">
        <w:rPr>
          <w:rFonts w:ascii="Times New Roman" w:hAnsi="Times New Roman" w:cs="Times New Roman"/>
          <w:sz w:val="26"/>
          <w:szCs w:val="26"/>
        </w:rPr>
        <w:t>ỗ</w:t>
      </w:r>
      <w:r w:rsidRPr="004D7C70">
        <w:rPr>
          <w:rFonts w:ascii="Times New Roman" w:hAnsi="Times New Roman" w:cs="Times New Roman"/>
          <w:sz w:val="26"/>
          <w:szCs w:val="26"/>
        </w:rPr>
        <w:t>i bên gi</w:t>
      </w:r>
      <w:r w:rsidRPr="004D7C70">
        <w:rPr>
          <w:rFonts w:ascii="Times New Roman" w:hAnsi="Times New Roman" w:cs="Times New Roman"/>
          <w:sz w:val="26"/>
          <w:szCs w:val="26"/>
        </w:rPr>
        <w:t>ữ</w:t>
      </w:r>
      <w:r w:rsidRPr="004D7C70">
        <w:rPr>
          <w:rFonts w:ascii="Times New Roman" w:hAnsi="Times New Roman" w:cs="Times New Roman"/>
          <w:sz w:val="26"/>
          <w:szCs w:val="26"/>
        </w:rPr>
        <w:t xml:space="preserve"> … b</w:t>
      </w:r>
      <w:r w:rsidRPr="004D7C70">
        <w:rPr>
          <w:rFonts w:ascii="Times New Roman" w:hAnsi="Times New Roman" w:cs="Times New Roman"/>
          <w:sz w:val="26"/>
          <w:szCs w:val="26"/>
        </w:rPr>
        <w:t>ả</w:t>
      </w:r>
      <w:r w:rsidRPr="004D7C70">
        <w:rPr>
          <w:rFonts w:ascii="Times New Roman" w:hAnsi="Times New Roman" w:cs="Times New Roman"/>
          <w:sz w:val="26"/>
          <w:szCs w:val="26"/>
        </w:rPr>
        <w:t>n, có giá tr</w:t>
      </w:r>
      <w:r w:rsidRPr="004D7C70">
        <w:rPr>
          <w:rFonts w:ascii="Times New Roman" w:hAnsi="Times New Roman" w:cs="Times New Roman"/>
          <w:sz w:val="26"/>
          <w:szCs w:val="26"/>
        </w:rPr>
        <w:t>ị</w:t>
      </w:r>
      <w:r w:rsidRPr="004D7C70">
        <w:rPr>
          <w:rFonts w:ascii="Times New Roman" w:hAnsi="Times New Roman" w:cs="Times New Roman"/>
          <w:sz w:val="26"/>
          <w:szCs w:val="26"/>
        </w:rPr>
        <w:t xml:space="preserve"> như nhau.</w:t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sz w:val="26"/>
          <w:szCs w:val="26"/>
        </w:rPr>
        <w:br/>
      </w:r>
      <w:r w:rsidRPr="004D7C70">
        <w:rPr>
          <w:rFonts w:ascii="Times New Roman" w:hAnsi="Times New Roman" w:cs="Times New Roman"/>
          <w:b/>
          <w:sz w:val="26"/>
          <w:szCs w:val="26"/>
        </w:rPr>
        <w:t>Đ</w:t>
      </w:r>
      <w:r w:rsidRPr="004D7C70">
        <w:rPr>
          <w:rFonts w:ascii="Times New Roman" w:hAnsi="Times New Roman" w:cs="Times New Roman"/>
          <w:b/>
          <w:sz w:val="26"/>
          <w:szCs w:val="26"/>
        </w:rPr>
        <w:t>Ạ</w:t>
      </w:r>
      <w:r w:rsidRPr="004D7C70">
        <w:rPr>
          <w:rFonts w:ascii="Times New Roman" w:hAnsi="Times New Roman" w:cs="Times New Roman"/>
          <w:b/>
          <w:sz w:val="26"/>
          <w:szCs w:val="26"/>
        </w:rPr>
        <w:t>I DI</w:t>
      </w:r>
      <w:r w:rsidRPr="004D7C70">
        <w:rPr>
          <w:rFonts w:ascii="Times New Roman" w:hAnsi="Times New Roman" w:cs="Times New Roman"/>
          <w:b/>
          <w:sz w:val="26"/>
          <w:szCs w:val="26"/>
        </w:rPr>
        <w:t>Ệ</w:t>
      </w:r>
      <w:r w:rsidRPr="004D7C70">
        <w:rPr>
          <w:rFonts w:ascii="Times New Roman" w:hAnsi="Times New Roman" w:cs="Times New Roman"/>
          <w:b/>
          <w:sz w:val="26"/>
          <w:szCs w:val="26"/>
        </w:rPr>
        <w:t>N BÊN A                             Đ</w:t>
      </w:r>
      <w:r w:rsidRPr="004D7C70">
        <w:rPr>
          <w:rFonts w:ascii="Times New Roman" w:hAnsi="Times New Roman" w:cs="Times New Roman"/>
          <w:b/>
          <w:sz w:val="26"/>
          <w:szCs w:val="26"/>
        </w:rPr>
        <w:t>Ạ</w:t>
      </w:r>
      <w:r w:rsidRPr="004D7C70">
        <w:rPr>
          <w:rFonts w:ascii="Times New Roman" w:hAnsi="Times New Roman" w:cs="Times New Roman"/>
          <w:b/>
          <w:sz w:val="26"/>
          <w:szCs w:val="26"/>
        </w:rPr>
        <w:t>I DI</w:t>
      </w:r>
      <w:r w:rsidRPr="004D7C70">
        <w:rPr>
          <w:rFonts w:ascii="Times New Roman" w:hAnsi="Times New Roman" w:cs="Times New Roman"/>
          <w:b/>
          <w:sz w:val="26"/>
          <w:szCs w:val="26"/>
        </w:rPr>
        <w:t>Ệ</w:t>
      </w:r>
      <w:r w:rsidRPr="004D7C70">
        <w:rPr>
          <w:rFonts w:ascii="Times New Roman" w:hAnsi="Times New Roman" w:cs="Times New Roman"/>
          <w:b/>
          <w:sz w:val="26"/>
          <w:szCs w:val="26"/>
        </w:rPr>
        <w:t>N BÊN B</w:t>
      </w:r>
      <w:r w:rsidRPr="004D7C70">
        <w:rPr>
          <w:rFonts w:ascii="Times New Roman" w:hAnsi="Times New Roman" w:cs="Times New Roman"/>
          <w:b/>
          <w:sz w:val="26"/>
          <w:szCs w:val="26"/>
        </w:rPr>
        <w:br/>
      </w:r>
      <w:r w:rsidRPr="004D7C70">
        <w:rPr>
          <w:rFonts w:ascii="Times New Roman" w:hAnsi="Times New Roman" w:cs="Times New Roman"/>
          <w:b/>
          <w:sz w:val="26"/>
          <w:szCs w:val="26"/>
        </w:rPr>
        <w:lastRenderedPageBreak/>
        <w:t>(Ký, ghi rõ h</w:t>
      </w:r>
      <w:r w:rsidRPr="004D7C70">
        <w:rPr>
          <w:rFonts w:ascii="Times New Roman" w:hAnsi="Times New Roman" w:cs="Times New Roman"/>
          <w:b/>
          <w:sz w:val="26"/>
          <w:szCs w:val="26"/>
        </w:rPr>
        <w:t>ọ</w:t>
      </w:r>
      <w:r w:rsidRPr="004D7C70">
        <w:rPr>
          <w:rFonts w:ascii="Times New Roman" w:hAnsi="Times New Roman" w:cs="Times New Roman"/>
          <w:b/>
          <w:sz w:val="26"/>
          <w:szCs w:val="26"/>
        </w:rPr>
        <w:t xml:space="preserve"> tên, đóng d</w:t>
      </w:r>
      <w:r w:rsidRPr="004D7C70">
        <w:rPr>
          <w:rFonts w:ascii="Times New Roman" w:hAnsi="Times New Roman" w:cs="Times New Roman"/>
          <w:b/>
          <w:sz w:val="26"/>
          <w:szCs w:val="26"/>
        </w:rPr>
        <w:t>ấ</w:t>
      </w:r>
      <w:r w:rsidRPr="004D7C70">
        <w:rPr>
          <w:rFonts w:ascii="Times New Roman" w:hAnsi="Times New Roman" w:cs="Times New Roman"/>
          <w:b/>
          <w:sz w:val="26"/>
          <w:szCs w:val="26"/>
        </w:rPr>
        <w:t>u n</w:t>
      </w:r>
      <w:r w:rsidRPr="004D7C70">
        <w:rPr>
          <w:rFonts w:ascii="Times New Roman" w:hAnsi="Times New Roman" w:cs="Times New Roman"/>
          <w:b/>
          <w:sz w:val="26"/>
          <w:szCs w:val="26"/>
        </w:rPr>
        <w:t>ế</w:t>
      </w:r>
      <w:r w:rsidRPr="004D7C70">
        <w:rPr>
          <w:rFonts w:ascii="Times New Roman" w:hAnsi="Times New Roman" w:cs="Times New Roman"/>
          <w:b/>
          <w:sz w:val="26"/>
          <w:szCs w:val="26"/>
        </w:rPr>
        <w:t>u có)       (Ký, ghi rõ h</w:t>
      </w:r>
      <w:r w:rsidRPr="004D7C70">
        <w:rPr>
          <w:rFonts w:ascii="Times New Roman" w:hAnsi="Times New Roman" w:cs="Times New Roman"/>
          <w:b/>
          <w:sz w:val="26"/>
          <w:szCs w:val="26"/>
        </w:rPr>
        <w:t>ọ</w:t>
      </w:r>
      <w:r w:rsidRPr="004D7C70">
        <w:rPr>
          <w:rFonts w:ascii="Times New Roman" w:hAnsi="Times New Roman" w:cs="Times New Roman"/>
          <w:b/>
          <w:sz w:val="26"/>
          <w:szCs w:val="26"/>
        </w:rPr>
        <w:t xml:space="preserve"> tên, đóng d</w:t>
      </w:r>
      <w:r w:rsidRPr="004D7C70">
        <w:rPr>
          <w:rFonts w:ascii="Times New Roman" w:hAnsi="Times New Roman" w:cs="Times New Roman"/>
          <w:b/>
          <w:sz w:val="26"/>
          <w:szCs w:val="26"/>
        </w:rPr>
        <w:t>ấ</w:t>
      </w:r>
      <w:r w:rsidRPr="004D7C70">
        <w:rPr>
          <w:rFonts w:ascii="Times New Roman" w:hAnsi="Times New Roman" w:cs="Times New Roman"/>
          <w:b/>
          <w:sz w:val="26"/>
          <w:szCs w:val="26"/>
        </w:rPr>
        <w:t>u n</w:t>
      </w:r>
      <w:r w:rsidRPr="004D7C70">
        <w:rPr>
          <w:rFonts w:ascii="Times New Roman" w:hAnsi="Times New Roman" w:cs="Times New Roman"/>
          <w:b/>
          <w:sz w:val="26"/>
          <w:szCs w:val="26"/>
        </w:rPr>
        <w:t>ế</w:t>
      </w:r>
      <w:r w:rsidRPr="004D7C70">
        <w:rPr>
          <w:rFonts w:ascii="Times New Roman" w:hAnsi="Times New Roman" w:cs="Times New Roman"/>
          <w:b/>
          <w:sz w:val="26"/>
          <w:szCs w:val="26"/>
        </w:rPr>
        <w:t>u có)</w:t>
      </w:r>
      <w:r w:rsidRPr="004D7C70">
        <w:rPr>
          <w:rFonts w:ascii="Times New Roman" w:hAnsi="Times New Roman" w:cs="Times New Roman"/>
          <w:b/>
          <w:sz w:val="26"/>
          <w:szCs w:val="26"/>
        </w:rPr>
        <w:br/>
      </w:r>
    </w:p>
    <w:sectPr w:rsidR="00645537" w:rsidRPr="004D7C7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7C70"/>
    <w:rsid w:val="0064553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C7859A3-E67D-4D04-8F75-02B9DAC5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A5C1779-3425-4B93-AE7B-461E0C890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2025-10-11T01:18:00Z</dcterms:created>
  <dcterms:modified xsi:type="dcterms:W3CDTF">2025-10-11T01:18:00Z</dcterms:modified>
  <cp:category/>
</cp:coreProperties>
</file>