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0B0F" w:rsidRPr="005D0B0F" w:rsidRDefault="005D0B0F" w:rsidP="005D0B0F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D0B0F">
        <w:rPr>
          <w:rFonts w:ascii="Times New Roman" w:hAnsi="Times New Roman" w:cs="Times New Roman"/>
          <w:color w:val="auto"/>
          <w:sz w:val="26"/>
          <w:szCs w:val="26"/>
        </w:rPr>
        <w:t>CỘNG HÒA XÃ HỘI CHỦ NGHĨA VIỆT NAM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br/>
        <w:t>Độc lập – Tự do – Hạnh phúc</w:t>
      </w:r>
    </w:p>
    <w:p w:rsidR="006D3C98" w:rsidRPr="005D0B0F" w:rsidRDefault="005D0B0F" w:rsidP="005D0B0F">
      <w:pPr>
        <w:pStyle w:val="Heading1"/>
        <w:jc w:val="center"/>
        <w:rPr>
          <w:rFonts w:ascii="Times New Roman" w:hAnsi="Times New Roman" w:cs="Times New Roman"/>
          <w:color w:val="auto"/>
          <w:sz w:val="26"/>
          <w:szCs w:val="26"/>
        </w:rPr>
      </w:pPr>
      <w:r w:rsidRPr="005D0B0F">
        <w:rPr>
          <w:rFonts w:ascii="Times New Roman" w:hAnsi="Times New Roman" w:cs="Times New Roman"/>
          <w:color w:val="auto"/>
          <w:sz w:val="26"/>
          <w:szCs w:val="26"/>
        </w:rPr>
        <w:t>PH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Ụ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 xml:space="preserve"> L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Ụ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C H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Ợ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P Đ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Ồ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NG MUA BÁN V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Ậ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T LI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Ệ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U XÂY D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Ự</w:t>
      </w:r>
      <w:r w:rsidRPr="005D0B0F">
        <w:rPr>
          <w:rFonts w:ascii="Times New Roman" w:hAnsi="Times New Roman" w:cs="Times New Roman"/>
          <w:color w:val="auto"/>
          <w:sz w:val="26"/>
          <w:szCs w:val="26"/>
        </w:rPr>
        <w:t>NG</w:t>
      </w:r>
    </w:p>
    <w:p w:rsidR="006D3C98" w:rsidRPr="005D0B0F" w:rsidRDefault="005D0B0F">
      <w:pPr>
        <w:rPr>
          <w:rFonts w:ascii="Times New Roman" w:hAnsi="Times New Roman" w:cs="Times New Roman"/>
          <w:sz w:val="26"/>
          <w:szCs w:val="26"/>
        </w:rPr>
      </w:pPr>
      <w:r w:rsidRPr="005D0B0F">
        <w:rPr>
          <w:rFonts w:ascii="Times New Roman" w:hAnsi="Times New Roman" w:cs="Times New Roman"/>
          <w:sz w:val="26"/>
          <w:szCs w:val="26"/>
        </w:rPr>
        <w:br/>
        <w:t>(S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>: … /PL-HĐMB, ngày … tháng … năm …)</w:t>
      </w:r>
      <w:r w:rsidRPr="005D0B0F">
        <w:rPr>
          <w:rFonts w:ascii="Times New Roman" w:hAnsi="Times New Roman" w:cs="Times New Roman"/>
          <w:sz w:val="26"/>
          <w:szCs w:val="26"/>
        </w:rPr>
        <w:br/>
      </w:r>
      <w:r w:rsidRPr="005D0B0F">
        <w:rPr>
          <w:rFonts w:ascii="Times New Roman" w:hAnsi="Times New Roman" w:cs="Times New Roman"/>
          <w:sz w:val="26"/>
          <w:szCs w:val="26"/>
        </w:rPr>
        <w:br/>
        <w:t>Căn c</w:t>
      </w:r>
      <w:r w:rsidRPr="005D0B0F">
        <w:rPr>
          <w:rFonts w:ascii="Times New Roman" w:hAnsi="Times New Roman" w:cs="Times New Roman"/>
          <w:sz w:val="26"/>
          <w:szCs w:val="26"/>
        </w:rPr>
        <w:t>ứ</w:t>
      </w:r>
      <w:r w:rsidRPr="005D0B0F">
        <w:rPr>
          <w:rFonts w:ascii="Times New Roman" w:hAnsi="Times New Roman" w:cs="Times New Roman"/>
          <w:sz w:val="26"/>
          <w:szCs w:val="26"/>
        </w:rPr>
        <w:t>:</w:t>
      </w:r>
      <w:r w:rsidRPr="005D0B0F">
        <w:rPr>
          <w:rFonts w:ascii="Times New Roman" w:hAnsi="Times New Roman" w:cs="Times New Roman"/>
          <w:sz w:val="26"/>
          <w:szCs w:val="26"/>
        </w:rPr>
        <w:br/>
        <w:t>- H</w:t>
      </w:r>
      <w:r w:rsidRPr="005D0B0F">
        <w:rPr>
          <w:rFonts w:ascii="Times New Roman" w:hAnsi="Times New Roman" w:cs="Times New Roman"/>
          <w:sz w:val="26"/>
          <w:szCs w:val="26"/>
        </w:rPr>
        <w:t>ợ</w:t>
      </w:r>
      <w:r w:rsidRPr="005D0B0F">
        <w:rPr>
          <w:rFonts w:ascii="Times New Roman" w:hAnsi="Times New Roman" w:cs="Times New Roman"/>
          <w:sz w:val="26"/>
          <w:szCs w:val="26"/>
        </w:rPr>
        <w:t>p đ</w:t>
      </w:r>
      <w:r w:rsidRPr="005D0B0F">
        <w:rPr>
          <w:rFonts w:ascii="Times New Roman" w:hAnsi="Times New Roman" w:cs="Times New Roman"/>
          <w:sz w:val="26"/>
          <w:szCs w:val="26"/>
        </w:rPr>
        <w:t>ồ</w:t>
      </w:r>
      <w:r w:rsidRPr="005D0B0F">
        <w:rPr>
          <w:rFonts w:ascii="Times New Roman" w:hAnsi="Times New Roman" w:cs="Times New Roman"/>
          <w:sz w:val="26"/>
          <w:szCs w:val="26"/>
        </w:rPr>
        <w:t>ng mua bán v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t li</w:t>
      </w:r>
      <w:r w:rsidRPr="005D0B0F">
        <w:rPr>
          <w:rFonts w:ascii="Times New Roman" w:hAnsi="Times New Roman" w:cs="Times New Roman"/>
          <w:sz w:val="26"/>
          <w:szCs w:val="26"/>
        </w:rPr>
        <w:t>ệ</w:t>
      </w:r>
      <w:r w:rsidRPr="005D0B0F">
        <w:rPr>
          <w:rFonts w:ascii="Times New Roman" w:hAnsi="Times New Roman" w:cs="Times New Roman"/>
          <w:sz w:val="26"/>
          <w:szCs w:val="26"/>
        </w:rPr>
        <w:t>u xây d</w:t>
      </w:r>
      <w:r w:rsidRPr="005D0B0F">
        <w:rPr>
          <w:rFonts w:ascii="Times New Roman" w:hAnsi="Times New Roman" w:cs="Times New Roman"/>
          <w:sz w:val="26"/>
          <w:szCs w:val="26"/>
        </w:rPr>
        <w:t>ự</w:t>
      </w:r>
      <w:r w:rsidRPr="005D0B0F">
        <w:rPr>
          <w:rFonts w:ascii="Times New Roman" w:hAnsi="Times New Roman" w:cs="Times New Roman"/>
          <w:sz w:val="26"/>
          <w:szCs w:val="26"/>
        </w:rPr>
        <w:t>ng s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 xml:space="preserve"> … /HĐMB ký ngày … gi</w:t>
      </w:r>
      <w:r w:rsidRPr="005D0B0F">
        <w:rPr>
          <w:rFonts w:ascii="Times New Roman" w:hAnsi="Times New Roman" w:cs="Times New Roman"/>
          <w:sz w:val="26"/>
          <w:szCs w:val="26"/>
        </w:rPr>
        <w:t>ữ</w:t>
      </w:r>
      <w:r w:rsidRPr="005D0B0F">
        <w:rPr>
          <w:rFonts w:ascii="Times New Roman" w:hAnsi="Times New Roman" w:cs="Times New Roman"/>
          <w:sz w:val="26"/>
          <w:szCs w:val="26"/>
        </w:rPr>
        <w:t>a Bên A (Bên mua) và Bên B (Bên bán);</w:t>
      </w:r>
      <w:r w:rsidRPr="005D0B0F">
        <w:rPr>
          <w:rFonts w:ascii="Times New Roman" w:hAnsi="Times New Roman" w:cs="Times New Roman"/>
          <w:sz w:val="26"/>
          <w:szCs w:val="26"/>
        </w:rPr>
        <w:br/>
        <w:t>- Căn c</w:t>
      </w:r>
      <w:r w:rsidRPr="005D0B0F">
        <w:rPr>
          <w:rFonts w:ascii="Times New Roman" w:hAnsi="Times New Roman" w:cs="Times New Roman"/>
          <w:sz w:val="26"/>
          <w:szCs w:val="26"/>
        </w:rPr>
        <w:t>ứ</w:t>
      </w:r>
      <w:r w:rsidRPr="005D0B0F">
        <w:rPr>
          <w:rFonts w:ascii="Times New Roman" w:hAnsi="Times New Roman" w:cs="Times New Roman"/>
          <w:sz w:val="26"/>
          <w:szCs w:val="26"/>
        </w:rPr>
        <w:t xml:space="preserve"> vào nhu c</w:t>
      </w:r>
      <w:r w:rsidRPr="005D0B0F">
        <w:rPr>
          <w:rFonts w:ascii="Times New Roman" w:hAnsi="Times New Roman" w:cs="Times New Roman"/>
          <w:sz w:val="26"/>
          <w:szCs w:val="26"/>
        </w:rPr>
        <w:t>ầ</w:t>
      </w:r>
      <w:r w:rsidRPr="005D0B0F">
        <w:rPr>
          <w:rFonts w:ascii="Times New Roman" w:hAnsi="Times New Roman" w:cs="Times New Roman"/>
          <w:sz w:val="26"/>
          <w:szCs w:val="26"/>
        </w:rPr>
        <w:t>u th</w:t>
      </w:r>
      <w:r w:rsidRPr="005D0B0F">
        <w:rPr>
          <w:rFonts w:ascii="Times New Roman" w:hAnsi="Times New Roman" w:cs="Times New Roman"/>
          <w:sz w:val="26"/>
          <w:szCs w:val="26"/>
        </w:rPr>
        <w:t>ự</w:t>
      </w:r>
      <w:r w:rsidRPr="005D0B0F">
        <w:rPr>
          <w:rFonts w:ascii="Times New Roman" w:hAnsi="Times New Roman" w:cs="Times New Roman"/>
          <w:sz w:val="26"/>
          <w:szCs w:val="26"/>
        </w:rPr>
        <w:t>c t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 xml:space="preserve"> và th</w:t>
      </w:r>
      <w:r w:rsidRPr="005D0B0F">
        <w:rPr>
          <w:rFonts w:ascii="Times New Roman" w:hAnsi="Times New Roman" w:cs="Times New Roman"/>
          <w:sz w:val="26"/>
          <w:szCs w:val="26"/>
        </w:rPr>
        <w:t>ỏ</w:t>
      </w:r>
      <w:r w:rsidRPr="005D0B0F">
        <w:rPr>
          <w:rFonts w:ascii="Times New Roman" w:hAnsi="Times New Roman" w:cs="Times New Roman"/>
          <w:sz w:val="26"/>
          <w:szCs w:val="26"/>
        </w:rPr>
        <w:t>a thu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n gi</w:t>
      </w:r>
      <w:r w:rsidRPr="005D0B0F">
        <w:rPr>
          <w:rFonts w:ascii="Times New Roman" w:hAnsi="Times New Roman" w:cs="Times New Roman"/>
          <w:sz w:val="26"/>
          <w:szCs w:val="26"/>
        </w:rPr>
        <w:t>ữ</w:t>
      </w:r>
      <w:r w:rsidRPr="005D0B0F">
        <w:rPr>
          <w:rFonts w:ascii="Times New Roman" w:hAnsi="Times New Roman" w:cs="Times New Roman"/>
          <w:sz w:val="26"/>
          <w:szCs w:val="26"/>
        </w:rPr>
        <w:t>a hai bên.</w:t>
      </w:r>
      <w:r w:rsidRPr="005D0B0F">
        <w:rPr>
          <w:rFonts w:ascii="Times New Roman" w:hAnsi="Times New Roman" w:cs="Times New Roman"/>
          <w:sz w:val="26"/>
          <w:szCs w:val="26"/>
        </w:rPr>
        <w:br/>
      </w:r>
      <w:r w:rsidRPr="005D0B0F">
        <w:rPr>
          <w:rFonts w:ascii="Times New Roman" w:hAnsi="Times New Roman" w:cs="Times New Roman"/>
          <w:sz w:val="26"/>
          <w:szCs w:val="26"/>
        </w:rPr>
        <w:br/>
        <w:t xml:space="preserve">Hôm </w:t>
      </w:r>
      <w:r w:rsidRPr="005D0B0F">
        <w:rPr>
          <w:rFonts w:ascii="Times New Roman" w:hAnsi="Times New Roman" w:cs="Times New Roman"/>
          <w:sz w:val="26"/>
          <w:szCs w:val="26"/>
        </w:rPr>
        <w:t>nay, ngày … tháng … năm … t</w:t>
      </w:r>
      <w:r w:rsidRPr="005D0B0F">
        <w:rPr>
          <w:rFonts w:ascii="Times New Roman" w:hAnsi="Times New Roman" w:cs="Times New Roman"/>
          <w:sz w:val="26"/>
          <w:szCs w:val="26"/>
        </w:rPr>
        <w:t>ạ</w:t>
      </w:r>
      <w:r w:rsidRPr="005D0B0F">
        <w:rPr>
          <w:rFonts w:ascii="Times New Roman" w:hAnsi="Times New Roman" w:cs="Times New Roman"/>
          <w:sz w:val="26"/>
          <w:szCs w:val="26"/>
        </w:rPr>
        <w:t>i …, hai bên th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>ng nh</w:t>
      </w:r>
      <w:r w:rsidRPr="005D0B0F">
        <w:rPr>
          <w:rFonts w:ascii="Times New Roman" w:hAnsi="Times New Roman" w:cs="Times New Roman"/>
          <w:sz w:val="26"/>
          <w:szCs w:val="26"/>
        </w:rPr>
        <w:t>ấ</w:t>
      </w:r>
      <w:r w:rsidRPr="005D0B0F">
        <w:rPr>
          <w:rFonts w:ascii="Times New Roman" w:hAnsi="Times New Roman" w:cs="Times New Roman"/>
          <w:sz w:val="26"/>
          <w:szCs w:val="26"/>
        </w:rPr>
        <w:t>t l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p Ph</w:t>
      </w:r>
      <w:r w:rsidRPr="005D0B0F">
        <w:rPr>
          <w:rFonts w:ascii="Times New Roman" w:hAnsi="Times New Roman" w:cs="Times New Roman"/>
          <w:sz w:val="26"/>
          <w:szCs w:val="26"/>
        </w:rPr>
        <w:t>ụ</w:t>
      </w:r>
      <w:r w:rsidRPr="005D0B0F">
        <w:rPr>
          <w:rFonts w:ascii="Times New Roman" w:hAnsi="Times New Roman" w:cs="Times New Roman"/>
          <w:sz w:val="26"/>
          <w:szCs w:val="26"/>
        </w:rPr>
        <w:t xml:space="preserve"> l</w:t>
      </w:r>
      <w:r w:rsidRPr="005D0B0F">
        <w:rPr>
          <w:rFonts w:ascii="Times New Roman" w:hAnsi="Times New Roman" w:cs="Times New Roman"/>
          <w:sz w:val="26"/>
          <w:szCs w:val="26"/>
        </w:rPr>
        <w:t>ụ</w:t>
      </w:r>
      <w:r w:rsidRPr="005D0B0F">
        <w:rPr>
          <w:rFonts w:ascii="Times New Roman" w:hAnsi="Times New Roman" w:cs="Times New Roman"/>
          <w:sz w:val="26"/>
          <w:szCs w:val="26"/>
        </w:rPr>
        <w:t>c h</w:t>
      </w:r>
      <w:r w:rsidRPr="005D0B0F">
        <w:rPr>
          <w:rFonts w:ascii="Times New Roman" w:hAnsi="Times New Roman" w:cs="Times New Roman"/>
          <w:sz w:val="26"/>
          <w:szCs w:val="26"/>
        </w:rPr>
        <w:t>ợ</w:t>
      </w:r>
      <w:r w:rsidRPr="005D0B0F">
        <w:rPr>
          <w:rFonts w:ascii="Times New Roman" w:hAnsi="Times New Roman" w:cs="Times New Roman"/>
          <w:sz w:val="26"/>
          <w:szCs w:val="26"/>
        </w:rPr>
        <w:t>p đ</w:t>
      </w:r>
      <w:r w:rsidRPr="005D0B0F">
        <w:rPr>
          <w:rFonts w:ascii="Times New Roman" w:hAnsi="Times New Roman" w:cs="Times New Roman"/>
          <w:sz w:val="26"/>
          <w:szCs w:val="26"/>
        </w:rPr>
        <w:t>ồ</w:t>
      </w:r>
      <w:r w:rsidRPr="005D0B0F">
        <w:rPr>
          <w:rFonts w:ascii="Times New Roman" w:hAnsi="Times New Roman" w:cs="Times New Roman"/>
          <w:sz w:val="26"/>
          <w:szCs w:val="26"/>
        </w:rPr>
        <w:t>ng này đ</w:t>
      </w:r>
      <w:r w:rsidRPr="005D0B0F">
        <w:rPr>
          <w:rFonts w:ascii="Times New Roman" w:hAnsi="Times New Roman" w:cs="Times New Roman"/>
          <w:sz w:val="26"/>
          <w:szCs w:val="26"/>
        </w:rPr>
        <w:t>ể</w:t>
      </w:r>
      <w:r w:rsidRPr="005D0B0F">
        <w:rPr>
          <w:rFonts w:ascii="Times New Roman" w:hAnsi="Times New Roman" w:cs="Times New Roman"/>
          <w:sz w:val="26"/>
          <w:szCs w:val="26"/>
        </w:rPr>
        <w:t xml:space="preserve"> quy đ</w:t>
      </w:r>
      <w:r w:rsidRPr="005D0B0F">
        <w:rPr>
          <w:rFonts w:ascii="Times New Roman" w:hAnsi="Times New Roman" w:cs="Times New Roman"/>
          <w:sz w:val="26"/>
          <w:szCs w:val="26"/>
        </w:rPr>
        <w:t>ị</w:t>
      </w:r>
      <w:r w:rsidRPr="005D0B0F">
        <w:rPr>
          <w:rFonts w:ascii="Times New Roman" w:hAnsi="Times New Roman" w:cs="Times New Roman"/>
          <w:sz w:val="26"/>
          <w:szCs w:val="26"/>
        </w:rPr>
        <w:t>nh chi ti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>t danh m</w:t>
      </w:r>
      <w:r w:rsidRPr="005D0B0F">
        <w:rPr>
          <w:rFonts w:ascii="Times New Roman" w:hAnsi="Times New Roman" w:cs="Times New Roman"/>
          <w:sz w:val="26"/>
          <w:szCs w:val="26"/>
        </w:rPr>
        <w:t>ụ</w:t>
      </w:r>
      <w:r w:rsidRPr="005D0B0F">
        <w:rPr>
          <w:rFonts w:ascii="Times New Roman" w:hAnsi="Times New Roman" w:cs="Times New Roman"/>
          <w:sz w:val="26"/>
          <w:szCs w:val="26"/>
        </w:rPr>
        <w:t>c v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t li</w:t>
      </w:r>
      <w:r w:rsidRPr="005D0B0F">
        <w:rPr>
          <w:rFonts w:ascii="Times New Roman" w:hAnsi="Times New Roman" w:cs="Times New Roman"/>
          <w:sz w:val="26"/>
          <w:szCs w:val="26"/>
        </w:rPr>
        <w:t>ệ</w:t>
      </w:r>
      <w:r w:rsidRPr="005D0B0F">
        <w:rPr>
          <w:rFonts w:ascii="Times New Roman" w:hAnsi="Times New Roman" w:cs="Times New Roman"/>
          <w:sz w:val="26"/>
          <w:szCs w:val="26"/>
        </w:rPr>
        <w:t>u và đơn giá như sau:</w:t>
      </w:r>
      <w:r w:rsidRPr="005D0B0F">
        <w:rPr>
          <w:rFonts w:ascii="Times New Roman" w:hAnsi="Times New Roman" w:cs="Times New Roman"/>
          <w:sz w:val="26"/>
          <w:szCs w:val="26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"/>
        <w:gridCol w:w="1078"/>
        <w:gridCol w:w="1329"/>
        <w:gridCol w:w="1074"/>
        <w:gridCol w:w="1075"/>
        <w:gridCol w:w="1078"/>
        <w:gridCol w:w="1078"/>
        <w:gridCol w:w="1072"/>
      </w:tblGrid>
      <w:tr w:rsidR="005D0B0F" w:rsidRPr="005D0B0F"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STT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Tên v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ậ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 li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ệ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u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Quy cách / Ch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ủ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ng lo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ạ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i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Đơn v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ị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 xml:space="preserve"> tính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ố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 xml:space="preserve"> lư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ợ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ng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Đơn giá (VNĐ)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Thành ti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ề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n (VNĐ)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Ghi chú</w:t>
            </w:r>
          </w:p>
        </w:tc>
      </w:tr>
      <w:tr w:rsidR="005D0B0F" w:rsidRPr="005D0B0F"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Xi măng PCB40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Bao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 xml:space="preserve"> 50kg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Bao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  <w:tr w:rsidR="005D0B0F" w:rsidRPr="005D0B0F"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Cát vàng xây tô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Lo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ạ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i 1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m³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  <w:tr w:rsidR="005D0B0F" w:rsidRPr="005D0B0F"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Đá 1x2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TCVN 7570:2006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m³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  <w:tr w:rsidR="005D0B0F" w:rsidRPr="005D0B0F"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Thép cây D16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Vi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ệ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 Nh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ậ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t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Kg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  <w:tr w:rsidR="005D0B0F" w:rsidRPr="005D0B0F"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G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ạ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ch đ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ặ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c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Lo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ạ</w:t>
            </w: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i A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Viên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  <w:tc>
          <w:tcPr>
            <w:tcW w:w="1080" w:type="dxa"/>
          </w:tcPr>
          <w:p w:rsidR="006D3C98" w:rsidRPr="005D0B0F" w:rsidRDefault="005D0B0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D0B0F">
              <w:rPr>
                <w:rFonts w:ascii="Times New Roman" w:hAnsi="Times New Roman" w:cs="Times New Roman"/>
                <w:sz w:val="26"/>
                <w:szCs w:val="26"/>
              </w:rPr>
              <w:t>…</w:t>
            </w:r>
          </w:p>
        </w:tc>
      </w:tr>
    </w:tbl>
    <w:p w:rsidR="006D3C98" w:rsidRPr="005D0B0F" w:rsidRDefault="005D0B0F">
      <w:pPr>
        <w:rPr>
          <w:rFonts w:ascii="Times New Roman" w:hAnsi="Times New Roman" w:cs="Times New Roman"/>
          <w:sz w:val="26"/>
          <w:szCs w:val="26"/>
        </w:rPr>
      </w:pPr>
      <w:r w:rsidRPr="005D0B0F">
        <w:rPr>
          <w:rFonts w:ascii="Times New Roman" w:hAnsi="Times New Roman" w:cs="Times New Roman"/>
          <w:sz w:val="26"/>
          <w:szCs w:val="26"/>
        </w:rPr>
        <w:br/>
        <w:t>T</w:t>
      </w:r>
      <w:r w:rsidRPr="005D0B0F">
        <w:rPr>
          <w:rFonts w:ascii="Times New Roman" w:hAnsi="Times New Roman" w:cs="Times New Roman"/>
          <w:sz w:val="26"/>
          <w:szCs w:val="26"/>
        </w:rPr>
        <w:t>ổ</w:t>
      </w:r>
      <w:r w:rsidRPr="005D0B0F">
        <w:rPr>
          <w:rFonts w:ascii="Times New Roman" w:hAnsi="Times New Roman" w:cs="Times New Roman"/>
          <w:sz w:val="26"/>
          <w:szCs w:val="26"/>
        </w:rPr>
        <w:t>ng c</w:t>
      </w:r>
      <w:r w:rsidRPr="005D0B0F">
        <w:rPr>
          <w:rFonts w:ascii="Times New Roman" w:hAnsi="Times New Roman" w:cs="Times New Roman"/>
          <w:sz w:val="26"/>
          <w:szCs w:val="26"/>
        </w:rPr>
        <w:t>ộ</w:t>
      </w:r>
      <w:r w:rsidRPr="005D0B0F">
        <w:rPr>
          <w:rFonts w:ascii="Times New Roman" w:hAnsi="Times New Roman" w:cs="Times New Roman"/>
          <w:sz w:val="26"/>
          <w:szCs w:val="26"/>
        </w:rPr>
        <w:t>ng (chưa VAT): … VNĐ</w:t>
      </w:r>
      <w:r w:rsidRPr="005D0B0F">
        <w:rPr>
          <w:rFonts w:ascii="Times New Roman" w:hAnsi="Times New Roman" w:cs="Times New Roman"/>
          <w:sz w:val="26"/>
          <w:szCs w:val="26"/>
        </w:rPr>
        <w:br/>
        <w:t>Thu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 xml:space="preserve"> VAT (n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>u có): …%</w:t>
      </w:r>
      <w:r w:rsidRPr="005D0B0F">
        <w:rPr>
          <w:rFonts w:ascii="Times New Roman" w:hAnsi="Times New Roman" w:cs="Times New Roman"/>
          <w:sz w:val="26"/>
          <w:szCs w:val="26"/>
        </w:rPr>
        <w:br/>
        <w:t>T</w:t>
      </w:r>
      <w:r w:rsidRPr="005D0B0F">
        <w:rPr>
          <w:rFonts w:ascii="Times New Roman" w:hAnsi="Times New Roman" w:cs="Times New Roman"/>
          <w:sz w:val="26"/>
          <w:szCs w:val="26"/>
        </w:rPr>
        <w:t>ổ</w:t>
      </w:r>
      <w:r w:rsidRPr="005D0B0F">
        <w:rPr>
          <w:rFonts w:ascii="Times New Roman" w:hAnsi="Times New Roman" w:cs="Times New Roman"/>
          <w:sz w:val="26"/>
          <w:szCs w:val="26"/>
        </w:rPr>
        <w:t>ng giá tr</w:t>
      </w:r>
      <w:r w:rsidRPr="005D0B0F">
        <w:rPr>
          <w:rFonts w:ascii="Times New Roman" w:hAnsi="Times New Roman" w:cs="Times New Roman"/>
          <w:sz w:val="26"/>
          <w:szCs w:val="26"/>
        </w:rPr>
        <w:t>ị</w:t>
      </w:r>
      <w:r w:rsidRPr="005D0B0F">
        <w:rPr>
          <w:rFonts w:ascii="Times New Roman" w:hAnsi="Times New Roman" w:cs="Times New Roman"/>
          <w:sz w:val="26"/>
          <w:szCs w:val="26"/>
        </w:rPr>
        <w:t xml:space="preserve"> sau thu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>: … VNĐ</w:t>
      </w:r>
      <w:r w:rsidRPr="005D0B0F">
        <w:rPr>
          <w:rFonts w:ascii="Times New Roman" w:hAnsi="Times New Roman" w:cs="Times New Roman"/>
          <w:sz w:val="26"/>
          <w:szCs w:val="26"/>
        </w:rPr>
        <w:br/>
      </w:r>
    </w:p>
    <w:p w:rsidR="006D3C98" w:rsidRPr="005D0B0F" w:rsidRDefault="005D0B0F">
      <w:pPr>
        <w:pStyle w:val="Heading2"/>
        <w:rPr>
          <w:rFonts w:ascii="Times New Roman" w:hAnsi="Times New Roman" w:cs="Times New Roman"/>
          <w:color w:val="auto"/>
        </w:rPr>
      </w:pPr>
      <w:r w:rsidRPr="005D0B0F">
        <w:rPr>
          <w:rFonts w:ascii="Times New Roman" w:hAnsi="Times New Roman" w:cs="Times New Roman"/>
          <w:color w:val="auto"/>
        </w:rPr>
        <w:lastRenderedPageBreak/>
        <w:t>II. QUY Đ</w:t>
      </w:r>
      <w:r w:rsidRPr="005D0B0F">
        <w:rPr>
          <w:rFonts w:ascii="Times New Roman" w:hAnsi="Times New Roman" w:cs="Times New Roman"/>
          <w:color w:val="auto"/>
        </w:rPr>
        <w:t>Ị</w:t>
      </w:r>
      <w:r w:rsidRPr="005D0B0F">
        <w:rPr>
          <w:rFonts w:ascii="Times New Roman" w:hAnsi="Times New Roman" w:cs="Times New Roman"/>
          <w:color w:val="auto"/>
        </w:rPr>
        <w:t xml:space="preserve">NH </w:t>
      </w:r>
      <w:r w:rsidRPr="005D0B0F">
        <w:rPr>
          <w:rFonts w:ascii="Times New Roman" w:hAnsi="Times New Roman" w:cs="Times New Roman"/>
          <w:color w:val="auto"/>
        </w:rPr>
        <w:t>CHUNG</w:t>
      </w:r>
    </w:p>
    <w:p w:rsidR="006D3C98" w:rsidRPr="005D0B0F" w:rsidRDefault="005D0B0F">
      <w:pPr>
        <w:rPr>
          <w:rFonts w:ascii="Times New Roman" w:hAnsi="Times New Roman" w:cs="Times New Roman"/>
          <w:sz w:val="26"/>
          <w:szCs w:val="26"/>
        </w:rPr>
      </w:pPr>
      <w:r w:rsidRPr="005D0B0F">
        <w:rPr>
          <w:rFonts w:ascii="Times New Roman" w:hAnsi="Times New Roman" w:cs="Times New Roman"/>
          <w:sz w:val="26"/>
          <w:szCs w:val="26"/>
        </w:rPr>
        <w:br/>
        <w:t>1. Đơn giá trên đã bao g</w:t>
      </w:r>
      <w:r w:rsidRPr="005D0B0F">
        <w:rPr>
          <w:rFonts w:ascii="Times New Roman" w:hAnsi="Times New Roman" w:cs="Times New Roman"/>
          <w:sz w:val="26"/>
          <w:szCs w:val="26"/>
        </w:rPr>
        <w:t>ồ</w:t>
      </w:r>
      <w:r w:rsidRPr="005D0B0F">
        <w:rPr>
          <w:rFonts w:ascii="Times New Roman" w:hAnsi="Times New Roman" w:cs="Times New Roman"/>
          <w:sz w:val="26"/>
          <w:szCs w:val="26"/>
        </w:rPr>
        <w:t>m / chưa bao g</w:t>
      </w:r>
      <w:r w:rsidRPr="005D0B0F">
        <w:rPr>
          <w:rFonts w:ascii="Times New Roman" w:hAnsi="Times New Roman" w:cs="Times New Roman"/>
          <w:sz w:val="26"/>
          <w:szCs w:val="26"/>
        </w:rPr>
        <w:t>ồ</w:t>
      </w:r>
      <w:r w:rsidRPr="005D0B0F">
        <w:rPr>
          <w:rFonts w:ascii="Times New Roman" w:hAnsi="Times New Roman" w:cs="Times New Roman"/>
          <w:sz w:val="26"/>
          <w:szCs w:val="26"/>
        </w:rPr>
        <w:t>m chi phí v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n chuy</w:t>
      </w:r>
      <w:r w:rsidRPr="005D0B0F">
        <w:rPr>
          <w:rFonts w:ascii="Times New Roman" w:hAnsi="Times New Roman" w:cs="Times New Roman"/>
          <w:sz w:val="26"/>
          <w:szCs w:val="26"/>
        </w:rPr>
        <w:t>ể</w:t>
      </w:r>
      <w:r w:rsidRPr="005D0B0F">
        <w:rPr>
          <w:rFonts w:ascii="Times New Roman" w:hAnsi="Times New Roman" w:cs="Times New Roman"/>
          <w:sz w:val="26"/>
          <w:szCs w:val="26"/>
        </w:rPr>
        <w:t>n đ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>n công trình t</w:t>
      </w:r>
      <w:r w:rsidRPr="005D0B0F">
        <w:rPr>
          <w:rFonts w:ascii="Times New Roman" w:hAnsi="Times New Roman" w:cs="Times New Roman"/>
          <w:sz w:val="26"/>
          <w:szCs w:val="26"/>
        </w:rPr>
        <w:t>ạ</w:t>
      </w:r>
      <w:r w:rsidRPr="005D0B0F">
        <w:rPr>
          <w:rFonts w:ascii="Times New Roman" w:hAnsi="Times New Roman" w:cs="Times New Roman"/>
          <w:sz w:val="26"/>
          <w:szCs w:val="26"/>
        </w:rPr>
        <w:t>i đ</w:t>
      </w:r>
      <w:r w:rsidRPr="005D0B0F">
        <w:rPr>
          <w:rFonts w:ascii="Times New Roman" w:hAnsi="Times New Roman" w:cs="Times New Roman"/>
          <w:sz w:val="26"/>
          <w:szCs w:val="26"/>
        </w:rPr>
        <w:t>ị</w:t>
      </w:r>
      <w:r w:rsidRPr="005D0B0F">
        <w:rPr>
          <w:rFonts w:ascii="Times New Roman" w:hAnsi="Times New Roman" w:cs="Times New Roman"/>
          <w:sz w:val="26"/>
          <w:szCs w:val="26"/>
        </w:rPr>
        <w:t>a đi</w:t>
      </w:r>
      <w:r w:rsidRPr="005D0B0F">
        <w:rPr>
          <w:rFonts w:ascii="Times New Roman" w:hAnsi="Times New Roman" w:cs="Times New Roman"/>
          <w:sz w:val="26"/>
          <w:szCs w:val="26"/>
        </w:rPr>
        <w:t>ể</w:t>
      </w:r>
      <w:r w:rsidRPr="005D0B0F">
        <w:rPr>
          <w:rFonts w:ascii="Times New Roman" w:hAnsi="Times New Roman" w:cs="Times New Roman"/>
          <w:sz w:val="26"/>
          <w:szCs w:val="26"/>
        </w:rPr>
        <w:t xml:space="preserve">m: …  </w:t>
      </w:r>
      <w:r w:rsidRPr="005D0B0F">
        <w:rPr>
          <w:rFonts w:ascii="Times New Roman" w:hAnsi="Times New Roman" w:cs="Times New Roman"/>
          <w:sz w:val="26"/>
          <w:szCs w:val="26"/>
        </w:rPr>
        <w:br/>
        <w:t>2. Đơn giá có th</w:t>
      </w:r>
      <w:r w:rsidRPr="005D0B0F">
        <w:rPr>
          <w:rFonts w:ascii="Times New Roman" w:hAnsi="Times New Roman" w:cs="Times New Roman"/>
          <w:sz w:val="26"/>
          <w:szCs w:val="26"/>
        </w:rPr>
        <w:t>ể</w:t>
      </w:r>
      <w:r w:rsidRPr="005D0B0F">
        <w:rPr>
          <w:rFonts w:ascii="Times New Roman" w:hAnsi="Times New Roman" w:cs="Times New Roman"/>
          <w:sz w:val="26"/>
          <w:szCs w:val="26"/>
        </w:rPr>
        <w:t xml:space="preserve"> đi</w:t>
      </w:r>
      <w:r w:rsidRPr="005D0B0F">
        <w:rPr>
          <w:rFonts w:ascii="Times New Roman" w:hAnsi="Times New Roman" w:cs="Times New Roman"/>
          <w:sz w:val="26"/>
          <w:szCs w:val="26"/>
        </w:rPr>
        <w:t>ề</w:t>
      </w:r>
      <w:r w:rsidRPr="005D0B0F">
        <w:rPr>
          <w:rFonts w:ascii="Times New Roman" w:hAnsi="Times New Roman" w:cs="Times New Roman"/>
          <w:sz w:val="26"/>
          <w:szCs w:val="26"/>
        </w:rPr>
        <w:t>u ch</w:t>
      </w:r>
      <w:r w:rsidRPr="005D0B0F">
        <w:rPr>
          <w:rFonts w:ascii="Times New Roman" w:hAnsi="Times New Roman" w:cs="Times New Roman"/>
          <w:sz w:val="26"/>
          <w:szCs w:val="26"/>
        </w:rPr>
        <w:t>ỉ</w:t>
      </w:r>
      <w:r w:rsidRPr="005D0B0F">
        <w:rPr>
          <w:rFonts w:ascii="Times New Roman" w:hAnsi="Times New Roman" w:cs="Times New Roman"/>
          <w:sz w:val="26"/>
          <w:szCs w:val="26"/>
        </w:rPr>
        <w:t>nh / c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 xml:space="preserve"> đ</w:t>
      </w:r>
      <w:r w:rsidRPr="005D0B0F">
        <w:rPr>
          <w:rFonts w:ascii="Times New Roman" w:hAnsi="Times New Roman" w:cs="Times New Roman"/>
          <w:sz w:val="26"/>
          <w:szCs w:val="26"/>
        </w:rPr>
        <w:t>ị</w:t>
      </w:r>
      <w:r w:rsidRPr="005D0B0F">
        <w:rPr>
          <w:rFonts w:ascii="Times New Roman" w:hAnsi="Times New Roman" w:cs="Times New Roman"/>
          <w:sz w:val="26"/>
          <w:szCs w:val="26"/>
        </w:rPr>
        <w:t>nh trong su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>t th</w:t>
      </w:r>
      <w:r w:rsidRPr="005D0B0F">
        <w:rPr>
          <w:rFonts w:ascii="Times New Roman" w:hAnsi="Times New Roman" w:cs="Times New Roman"/>
          <w:sz w:val="26"/>
          <w:szCs w:val="26"/>
        </w:rPr>
        <w:t>ờ</w:t>
      </w:r>
      <w:r w:rsidRPr="005D0B0F">
        <w:rPr>
          <w:rFonts w:ascii="Times New Roman" w:hAnsi="Times New Roman" w:cs="Times New Roman"/>
          <w:sz w:val="26"/>
          <w:szCs w:val="26"/>
        </w:rPr>
        <w:t>i h</w:t>
      </w:r>
      <w:r w:rsidRPr="005D0B0F">
        <w:rPr>
          <w:rFonts w:ascii="Times New Roman" w:hAnsi="Times New Roman" w:cs="Times New Roman"/>
          <w:sz w:val="26"/>
          <w:szCs w:val="26"/>
        </w:rPr>
        <w:t>ạ</w:t>
      </w:r>
      <w:r w:rsidRPr="005D0B0F">
        <w:rPr>
          <w:rFonts w:ascii="Times New Roman" w:hAnsi="Times New Roman" w:cs="Times New Roman"/>
          <w:sz w:val="26"/>
          <w:szCs w:val="26"/>
        </w:rPr>
        <w:t>n h</w:t>
      </w:r>
      <w:r w:rsidRPr="005D0B0F">
        <w:rPr>
          <w:rFonts w:ascii="Times New Roman" w:hAnsi="Times New Roman" w:cs="Times New Roman"/>
          <w:sz w:val="26"/>
          <w:szCs w:val="26"/>
        </w:rPr>
        <w:t>ợ</w:t>
      </w:r>
      <w:r w:rsidRPr="005D0B0F">
        <w:rPr>
          <w:rFonts w:ascii="Times New Roman" w:hAnsi="Times New Roman" w:cs="Times New Roman"/>
          <w:sz w:val="26"/>
          <w:szCs w:val="26"/>
        </w:rPr>
        <w:t>p đ</w:t>
      </w:r>
      <w:r w:rsidRPr="005D0B0F">
        <w:rPr>
          <w:rFonts w:ascii="Times New Roman" w:hAnsi="Times New Roman" w:cs="Times New Roman"/>
          <w:sz w:val="26"/>
          <w:szCs w:val="26"/>
        </w:rPr>
        <w:t>ồ</w:t>
      </w:r>
      <w:r w:rsidRPr="005D0B0F">
        <w:rPr>
          <w:rFonts w:ascii="Times New Roman" w:hAnsi="Times New Roman" w:cs="Times New Roman"/>
          <w:sz w:val="26"/>
          <w:szCs w:val="26"/>
        </w:rPr>
        <w:t>ng (tùy th</w:t>
      </w:r>
      <w:r w:rsidRPr="005D0B0F">
        <w:rPr>
          <w:rFonts w:ascii="Times New Roman" w:hAnsi="Times New Roman" w:cs="Times New Roman"/>
          <w:sz w:val="26"/>
          <w:szCs w:val="26"/>
        </w:rPr>
        <w:t>ỏ</w:t>
      </w:r>
      <w:r w:rsidRPr="005D0B0F">
        <w:rPr>
          <w:rFonts w:ascii="Times New Roman" w:hAnsi="Times New Roman" w:cs="Times New Roman"/>
          <w:sz w:val="26"/>
          <w:szCs w:val="26"/>
        </w:rPr>
        <w:t>a thu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 xml:space="preserve">n).  </w:t>
      </w:r>
      <w:r w:rsidRPr="005D0B0F">
        <w:rPr>
          <w:rFonts w:ascii="Times New Roman" w:hAnsi="Times New Roman" w:cs="Times New Roman"/>
          <w:sz w:val="26"/>
          <w:szCs w:val="26"/>
        </w:rPr>
        <w:br/>
        <w:t>3. Kh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>i lư</w:t>
      </w:r>
      <w:r w:rsidRPr="005D0B0F">
        <w:rPr>
          <w:rFonts w:ascii="Times New Roman" w:hAnsi="Times New Roman" w:cs="Times New Roman"/>
          <w:sz w:val="26"/>
          <w:szCs w:val="26"/>
        </w:rPr>
        <w:t>ợ</w:t>
      </w:r>
      <w:r w:rsidRPr="005D0B0F">
        <w:rPr>
          <w:rFonts w:ascii="Times New Roman" w:hAnsi="Times New Roman" w:cs="Times New Roman"/>
          <w:sz w:val="26"/>
          <w:szCs w:val="26"/>
        </w:rPr>
        <w:t>ng th</w:t>
      </w:r>
      <w:r w:rsidRPr="005D0B0F">
        <w:rPr>
          <w:rFonts w:ascii="Times New Roman" w:hAnsi="Times New Roman" w:cs="Times New Roman"/>
          <w:sz w:val="26"/>
          <w:szCs w:val="26"/>
        </w:rPr>
        <w:t>ự</w:t>
      </w:r>
      <w:r w:rsidRPr="005D0B0F">
        <w:rPr>
          <w:rFonts w:ascii="Times New Roman" w:hAnsi="Times New Roman" w:cs="Times New Roman"/>
          <w:sz w:val="26"/>
          <w:szCs w:val="26"/>
        </w:rPr>
        <w:t>c t</w:t>
      </w:r>
      <w:r w:rsidRPr="005D0B0F">
        <w:rPr>
          <w:rFonts w:ascii="Times New Roman" w:hAnsi="Times New Roman" w:cs="Times New Roman"/>
          <w:sz w:val="26"/>
          <w:szCs w:val="26"/>
        </w:rPr>
        <w:t>ế</w:t>
      </w:r>
      <w:r w:rsidRPr="005D0B0F">
        <w:rPr>
          <w:rFonts w:ascii="Times New Roman" w:hAnsi="Times New Roman" w:cs="Times New Roman"/>
          <w:sz w:val="26"/>
          <w:szCs w:val="26"/>
        </w:rPr>
        <w:t xml:space="preserve"> s</w:t>
      </w:r>
      <w:r w:rsidRPr="005D0B0F">
        <w:rPr>
          <w:rFonts w:ascii="Times New Roman" w:hAnsi="Times New Roman" w:cs="Times New Roman"/>
          <w:sz w:val="26"/>
          <w:szCs w:val="26"/>
        </w:rPr>
        <w:t>ẽ</w:t>
      </w:r>
      <w:r w:rsidRPr="005D0B0F">
        <w:rPr>
          <w:rFonts w:ascii="Times New Roman" w:hAnsi="Times New Roman" w:cs="Times New Roman"/>
          <w:sz w:val="26"/>
          <w:szCs w:val="26"/>
        </w:rPr>
        <w:t xml:space="preserve"> đư</w:t>
      </w:r>
      <w:r w:rsidRPr="005D0B0F">
        <w:rPr>
          <w:rFonts w:ascii="Times New Roman" w:hAnsi="Times New Roman" w:cs="Times New Roman"/>
          <w:sz w:val="26"/>
          <w:szCs w:val="26"/>
        </w:rPr>
        <w:t>ợ</w:t>
      </w:r>
      <w:r w:rsidRPr="005D0B0F">
        <w:rPr>
          <w:rFonts w:ascii="Times New Roman" w:hAnsi="Times New Roman" w:cs="Times New Roman"/>
          <w:sz w:val="26"/>
          <w:szCs w:val="26"/>
        </w:rPr>
        <w:t>c nghi</w:t>
      </w:r>
      <w:r w:rsidRPr="005D0B0F">
        <w:rPr>
          <w:rFonts w:ascii="Times New Roman" w:hAnsi="Times New Roman" w:cs="Times New Roman"/>
          <w:sz w:val="26"/>
          <w:szCs w:val="26"/>
        </w:rPr>
        <w:t>ệ</w:t>
      </w:r>
      <w:r w:rsidRPr="005D0B0F">
        <w:rPr>
          <w:rFonts w:ascii="Times New Roman" w:hAnsi="Times New Roman" w:cs="Times New Roman"/>
          <w:sz w:val="26"/>
          <w:szCs w:val="26"/>
        </w:rPr>
        <w:t>m thu và thanh toán theo biên b</w:t>
      </w:r>
      <w:r w:rsidRPr="005D0B0F">
        <w:rPr>
          <w:rFonts w:ascii="Times New Roman" w:hAnsi="Times New Roman" w:cs="Times New Roman"/>
          <w:sz w:val="26"/>
          <w:szCs w:val="26"/>
        </w:rPr>
        <w:t>ả</w:t>
      </w:r>
      <w:r w:rsidRPr="005D0B0F">
        <w:rPr>
          <w:rFonts w:ascii="Times New Roman" w:hAnsi="Times New Roman" w:cs="Times New Roman"/>
          <w:sz w:val="26"/>
          <w:szCs w:val="26"/>
        </w:rPr>
        <w:t>n giao nh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n hàng hóa gi</w:t>
      </w:r>
      <w:r w:rsidRPr="005D0B0F">
        <w:rPr>
          <w:rFonts w:ascii="Times New Roman" w:hAnsi="Times New Roman" w:cs="Times New Roman"/>
          <w:sz w:val="26"/>
          <w:szCs w:val="26"/>
        </w:rPr>
        <w:t>ữ</w:t>
      </w:r>
      <w:r w:rsidRPr="005D0B0F">
        <w:rPr>
          <w:rFonts w:ascii="Times New Roman" w:hAnsi="Times New Roman" w:cs="Times New Roman"/>
          <w:sz w:val="26"/>
          <w:szCs w:val="26"/>
        </w:rPr>
        <w:t xml:space="preserve">a hai bên.  </w:t>
      </w:r>
      <w:r w:rsidRPr="005D0B0F">
        <w:rPr>
          <w:rFonts w:ascii="Times New Roman" w:hAnsi="Times New Roman" w:cs="Times New Roman"/>
          <w:sz w:val="26"/>
          <w:szCs w:val="26"/>
        </w:rPr>
        <w:br/>
        <w:t>4. Ph</w:t>
      </w:r>
      <w:r w:rsidRPr="005D0B0F">
        <w:rPr>
          <w:rFonts w:ascii="Times New Roman" w:hAnsi="Times New Roman" w:cs="Times New Roman"/>
          <w:sz w:val="26"/>
          <w:szCs w:val="26"/>
        </w:rPr>
        <w:t>ụ</w:t>
      </w:r>
      <w:r w:rsidRPr="005D0B0F">
        <w:rPr>
          <w:rFonts w:ascii="Times New Roman" w:hAnsi="Times New Roman" w:cs="Times New Roman"/>
          <w:sz w:val="26"/>
          <w:szCs w:val="26"/>
        </w:rPr>
        <w:t xml:space="preserve"> l</w:t>
      </w:r>
      <w:r w:rsidRPr="005D0B0F">
        <w:rPr>
          <w:rFonts w:ascii="Times New Roman" w:hAnsi="Times New Roman" w:cs="Times New Roman"/>
          <w:sz w:val="26"/>
          <w:szCs w:val="26"/>
        </w:rPr>
        <w:t>ụ</w:t>
      </w:r>
      <w:r w:rsidRPr="005D0B0F">
        <w:rPr>
          <w:rFonts w:ascii="Times New Roman" w:hAnsi="Times New Roman" w:cs="Times New Roman"/>
          <w:sz w:val="26"/>
          <w:szCs w:val="26"/>
        </w:rPr>
        <w:t>c này là m</w:t>
      </w:r>
      <w:r w:rsidRPr="005D0B0F">
        <w:rPr>
          <w:rFonts w:ascii="Times New Roman" w:hAnsi="Times New Roman" w:cs="Times New Roman"/>
          <w:sz w:val="26"/>
          <w:szCs w:val="26"/>
        </w:rPr>
        <w:t>ộ</w:t>
      </w:r>
      <w:r w:rsidRPr="005D0B0F">
        <w:rPr>
          <w:rFonts w:ascii="Times New Roman" w:hAnsi="Times New Roman" w:cs="Times New Roman"/>
          <w:sz w:val="26"/>
          <w:szCs w:val="26"/>
        </w:rPr>
        <w:t>t ph</w:t>
      </w:r>
      <w:r w:rsidRPr="005D0B0F">
        <w:rPr>
          <w:rFonts w:ascii="Times New Roman" w:hAnsi="Times New Roman" w:cs="Times New Roman"/>
          <w:sz w:val="26"/>
          <w:szCs w:val="26"/>
        </w:rPr>
        <w:t>ầ</w:t>
      </w:r>
      <w:r w:rsidRPr="005D0B0F">
        <w:rPr>
          <w:rFonts w:ascii="Times New Roman" w:hAnsi="Times New Roman" w:cs="Times New Roman"/>
          <w:sz w:val="26"/>
          <w:szCs w:val="26"/>
        </w:rPr>
        <w:t>n không tách r</w:t>
      </w:r>
      <w:r w:rsidRPr="005D0B0F">
        <w:rPr>
          <w:rFonts w:ascii="Times New Roman" w:hAnsi="Times New Roman" w:cs="Times New Roman"/>
          <w:sz w:val="26"/>
          <w:szCs w:val="26"/>
        </w:rPr>
        <w:t>ờ</w:t>
      </w:r>
      <w:r w:rsidRPr="005D0B0F">
        <w:rPr>
          <w:rFonts w:ascii="Times New Roman" w:hAnsi="Times New Roman" w:cs="Times New Roman"/>
          <w:sz w:val="26"/>
          <w:szCs w:val="26"/>
        </w:rPr>
        <w:t>i c</w:t>
      </w:r>
      <w:r w:rsidRPr="005D0B0F">
        <w:rPr>
          <w:rFonts w:ascii="Times New Roman" w:hAnsi="Times New Roman" w:cs="Times New Roman"/>
          <w:sz w:val="26"/>
          <w:szCs w:val="26"/>
        </w:rPr>
        <w:t>ủ</w:t>
      </w:r>
      <w:r w:rsidRPr="005D0B0F">
        <w:rPr>
          <w:rFonts w:ascii="Times New Roman" w:hAnsi="Times New Roman" w:cs="Times New Roman"/>
          <w:sz w:val="26"/>
          <w:szCs w:val="26"/>
        </w:rPr>
        <w:t>a H</w:t>
      </w:r>
      <w:r w:rsidRPr="005D0B0F">
        <w:rPr>
          <w:rFonts w:ascii="Times New Roman" w:hAnsi="Times New Roman" w:cs="Times New Roman"/>
          <w:sz w:val="26"/>
          <w:szCs w:val="26"/>
        </w:rPr>
        <w:t>ợ</w:t>
      </w:r>
      <w:r w:rsidRPr="005D0B0F">
        <w:rPr>
          <w:rFonts w:ascii="Times New Roman" w:hAnsi="Times New Roman" w:cs="Times New Roman"/>
          <w:sz w:val="26"/>
          <w:szCs w:val="26"/>
        </w:rPr>
        <w:t>p đ</w:t>
      </w:r>
      <w:r w:rsidRPr="005D0B0F">
        <w:rPr>
          <w:rFonts w:ascii="Times New Roman" w:hAnsi="Times New Roman" w:cs="Times New Roman"/>
          <w:sz w:val="26"/>
          <w:szCs w:val="26"/>
        </w:rPr>
        <w:t>ồ</w:t>
      </w:r>
      <w:r w:rsidRPr="005D0B0F">
        <w:rPr>
          <w:rFonts w:ascii="Times New Roman" w:hAnsi="Times New Roman" w:cs="Times New Roman"/>
          <w:sz w:val="26"/>
          <w:szCs w:val="26"/>
        </w:rPr>
        <w:t>ng mua bán v</w:t>
      </w:r>
      <w:r w:rsidRPr="005D0B0F">
        <w:rPr>
          <w:rFonts w:ascii="Times New Roman" w:hAnsi="Times New Roman" w:cs="Times New Roman"/>
          <w:sz w:val="26"/>
          <w:szCs w:val="26"/>
        </w:rPr>
        <w:t>ậ</w:t>
      </w:r>
      <w:r w:rsidRPr="005D0B0F">
        <w:rPr>
          <w:rFonts w:ascii="Times New Roman" w:hAnsi="Times New Roman" w:cs="Times New Roman"/>
          <w:sz w:val="26"/>
          <w:szCs w:val="26"/>
        </w:rPr>
        <w:t>t li</w:t>
      </w:r>
      <w:r w:rsidRPr="005D0B0F">
        <w:rPr>
          <w:rFonts w:ascii="Times New Roman" w:hAnsi="Times New Roman" w:cs="Times New Roman"/>
          <w:sz w:val="26"/>
          <w:szCs w:val="26"/>
        </w:rPr>
        <w:t>ệ</w:t>
      </w:r>
      <w:r w:rsidRPr="005D0B0F">
        <w:rPr>
          <w:rFonts w:ascii="Times New Roman" w:hAnsi="Times New Roman" w:cs="Times New Roman"/>
          <w:sz w:val="26"/>
          <w:szCs w:val="26"/>
        </w:rPr>
        <w:t>u xây d</w:t>
      </w:r>
      <w:r w:rsidRPr="005D0B0F">
        <w:rPr>
          <w:rFonts w:ascii="Times New Roman" w:hAnsi="Times New Roman" w:cs="Times New Roman"/>
          <w:sz w:val="26"/>
          <w:szCs w:val="26"/>
        </w:rPr>
        <w:t>ự</w:t>
      </w:r>
      <w:r w:rsidRPr="005D0B0F">
        <w:rPr>
          <w:rFonts w:ascii="Times New Roman" w:hAnsi="Times New Roman" w:cs="Times New Roman"/>
          <w:sz w:val="26"/>
          <w:szCs w:val="26"/>
        </w:rPr>
        <w:t>ng s</w:t>
      </w:r>
      <w:r w:rsidRPr="005D0B0F">
        <w:rPr>
          <w:rFonts w:ascii="Times New Roman" w:hAnsi="Times New Roman" w:cs="Times New Roman"/>
          <w:sz w:val="26"/>
          <w:szCs w:val="26"/>
        </w:rPr>
        <w:t>ố</w:t>
      </w:r>
      <w:r w:rsidRPr="005D0B0F">
        <w:rPr>
          <w:rFonts w:ascii="Times New Roman" w:hAnsi="Times New Roman" w:cs="Times New Roman"/>
          <w:sz w:val="26"/>
          <w:szCs w:val="26"/>
        </w:rPr>
        <w:t xml:space="preserve"> … /HĐMB.  </w:t>
      </w:r>
      <w:r w:rsidRPr="005D0B0F">
        <w:rPr>
          <w:rFonts w:ascii="Times New Roman" w:hAnsi="Times New Roman" w:cs="Times New Roman"/>
          <w:sz w:val="26"/>
          <w:szCs w:val="26"/>
        </w:rPr>
        <w:br/>
      </w:r>
    </w:p>
    <w:p w:rsidR="006D3C98" w:rsidRPr="005D0B0F" w:rsidRDefault="005D0B0F">
      <w:pPr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r w:rsidRPr="005D0B0F">
        <w:rPr>
          <w:rFonts w:ascii="Times New Roman" w:hAnsi="Times New Roman" w:cs="Times New Roman"/>
          <w:b/>
          <w:sz w:val="26"/>
          <w:szCs w:val="26"/>
        </w:rPr>
        <w:br/>
        <w:t>Đ</w:t>
      </w:r>
      <w:r w:rsidRPr="005D0B0F">
        <w:rPr>
          <w:rFonts w:ascii="Times New Roman" w:hAnsi="Times New Roman" w:cs="Times New Roman"/>
          <w:b/>
          <w:sz w:val="26"/>
          <w:szCs w:val="26"/>
        </w:rPr>
        <w:t>Ạ</w:t>
      </w:r>
      <w:r w:rsidRPr="005D0B0F">
        <w:rPr>
          <w:rFonts w:ascii="Times New Roman" w:hAnsi="Times New Roman" w:cs="Times New Roman"/>
          <w:b/>
          <w:sz w:val="26"/>
          <w:szCs w:val="26"/>
        </w:rPr>
        <w:t>I DI</w:t>
      </w:r>
      <w:r w:rsidRPr="005D0B0F">
        <w:rPr>
          <w:rFonts w:ascii="Times New Roman" w:hAnsi="Times New Roman" w:cs="Times New Roman"/>
          <w:b/>
          <w:sz w:val="26"/>
          <w:szCs w:val="26"/>
        </w:rPr>
        <w:t>Ệ</w:t>
      </w:r>
      <w:r w:rsidRPr="005D0B0F">
        <w:rPr>
          <w:rFonts w:ascii="Times New Roman" w:hAnsi="Times New Roman" w:cs="Times New Roman"/>
          <w:b/>
          <w:sz w:val="26"/>
          <w:szCs w:val="26"/>
        </w:rPr>
        <w:t>N BÊN A (Bên mua)                             Đ</w:t>
      </w:r>
      <w:r w:rsidRPr="005D0B0F">
        <w:rPr>
          <w:rFonts w:ascii="Times New Roman" w:hAnsi="Times New Roman" w:cs="Times New Roman"/>
          <w:b/>
          <w:sz w:val="26"/>
          <w:szCs w:val="26"/>
        </w:rPr>
        <w:t>Ạ</w:t>
      </w:r>
      <w:r w:rsidRPr="005D0B0F">
        <w:rPr>
          <w:rFonts w:ascii="Times New Roman" w:hAnsi="Times New Roman" w:cs="Times New Roman"/>
          <w:b/>
          <w:sz w:val="26"/>
          <w:szCs w:val="26"/>
        </w:rPr>
        <w:t>I DI</w:t>
      </w:r>
      <w:r w:rsidRPr="005D0B0F">
        <w:rPr>
          <w:rFonts w:ascii="Times New Roman" w:hAnsi="Times New Roman" w:cs="Times New Roman"/>
          <w:b/>
          <w:sz w:val="26"/>
          <w:szCs w:val="26"/>
        </w:rPr>
        <w:t>Ệ</w:t>
      </w:r>
      <w:r w:rsidRPr="005D0B0F">
        <w:rPr>
          <w:rFonts w:ascii="Times New Roman" w:hAnsi="Times New Roman" w:cs="Times New Roman"/>
          <w:b/>
          <w:sz w:val="26"/>
          <w:szCs w:val="26"/>
        </w:rPr>
        <w:t>N BÊN B (Bên bán)</w:t>
      </w:r>
      <w:r w:rsidRPr="005D0B0F">
        <w:rPr>
          <w:rFonts w:ascii="Times New Roman" w:hAnsi="Times New Roman" w:cs="Times New Roman"/>
          <w:b/>
          <w:sz w:val="26"/>
          <w:szCs w:val="26"/>
        </w:rPr>
        <w:br/>
        <w:t>(Ký, ghi rõ h</w:t>
      </w:r>
      <w:r w:rsidRPr="005D0B0F">
        <w:rPr>
          <w:rFonts w:ascii="Times New Roman" w:hAnsi="Times New Roman" w:cs="Times New Roman"/>
          <w:b/>
          <w:sz w:val="26"/>
          <w:szCs w:val="26"/>
        </w:rPr>
        <w:t>ọ</w:t>
      </w:r>
      <w:r w:rsidRPr="005D0B0F">
        <w:rPr>
          <w:rFonts w:ascii="Times New Roman" w:hAnsi="Times New Roman" w:cs="Times New Roman"/>
          <w:b/>
          <w:sz w:val="26"/>
          <w:szCs w:val="26"/>
        </w:rPr>
        <w:t xml:space="preserve"> tên, ch</w:t>
      </w:r>
      <w:r w:rsidRPr="005D0B0F">
        <w:rPr>
          <w:rFonts w:ascii="Times New Roman" w:hAnsi="Times New Roman" w:cs="Times New Roman"/>
          <w:b/>
          <w:sz w:val="26"/>
          <w:szCs w:val="26"/>
        </w:rPr>
        <w:t>ứ</w:t>
      </w:r>
      <w:r w:rsidRPr="005D0B0F">
        <w:rPr>
          <w:rFonts w:ascii="Times New Roman" w:hAnsi="Times New Roman" w:cs="Times New Roman"/>
          <w:b/>
          <w:sz w:val="26"/>
          <w:szCs w:val="26"/>
        </w:rPr>
        <w:t>c v</w:t>
      </w:r>
      <w:r w:rsidRPr="005D0B0F">
        <w:rPr>
          <w:rFonts w:ascii="Times New Roman" w:hAnsi="Times New Roman" w:cs="Times New Roman"/>
          <w:b/>
          <w:sz w:val="26"/>
          <w:szCs w:val="26"/>
        </w:rPr>
        <w:t>ụ</w:t>
      </w:r>
      <w:r w:rsidRPr="005D0B0F">
        <w:rPr>
          <w:rFonts w:ascii="Times New Roman" w:hAnsi="Times New Roman" w:cs="Times New Roman"/>
          <w:b/>
          <w:sz w:val="26"/>
          <w:szCs w:val="26"/>
        </w:rPr>
        <w:t>, đóng d</w:t>
      </w:r>
      <w:r w:rsidRPr="005D0B0F">
        <w:rPr>
          <w:rFonts w:ascii="Times New Roman" w:hAnsi="Times New Roman" w:cs="Times New Roman"/>
          <w:b/>
          <w:sz w:val="26"/>
          <w:szCs w:val="26"/>
        </w:rPr>
        <w:t>ấ</w:t>
      </w:r>
      <w:r w:rsidRPr="005D0B0F">
        <w:rPr>
          <w:rFonts w:ascii="Times New Roman" w:hAnsi="Times New Roman" w:cs="Times New Roman"/>
          <w:b/>
          <w:sz w:val="26"/>
          <w:szCs w:val="26"/>
        </w:rPr>
        <w:t>u n</w:t>
      </w:r>
      <w:r w:rsidRPr="005D0B0F">
        <w:rPr>
          <w:rFonts w:ascii="Times New Roman" w:hAnsi="Times New Roman" w:cs="Times New Roman"/>
          <w:b/>
          <w:sz w:val="26"/>
          <w:szCs w:val="26"/>
        </w:rPr>
        <w:t>ế</w:t>
      </w:r>
      <w:r w:rsidRPr="005D0B0F">
        <w:rPr>
          <w:rFonts w:ascii="Times New Roman" w:hAnsi="Times New Roman" w:cs="Times New Roman"/>
          <w:b/>
          <w:sz w:val="26"/>
          <w:szCs w:val="26"/>
        </w:rPr>
        <w:t>u có</w:t>
      </w:r>
      <w:r w:rsidRPr="005D0B0F">
        <w:rPr>
          <w:rFonts w:ascii="Times New Roman" w:hAnsi="Times New Roman" w:cs="Times New Roman"/>
          <w:b/>
          <w:sz w:val="26"/>
          <w:szCs w:val="26"/>
        </w:rPr>
        <w:t>)       (Ký, ghi rõ h</w:t>
      </w:r>
      <w:r w:rsidRPr="005D0B0F">
        <w:rPr>
          <w:rFonts w:ascii="Times New Roman" w:hAnsi="Times New Roman" w:cs="Times New Roman"/>
          <w:b/>
          <w:sz w:val="26"/>
          <w:szCs w:val="26"/>
        </w:rPr>
        <w:t>ọ</w:t>
      </w:r>
      <w:r w:rsidRPr="005D0B0F">
        <w:rPr>
          <w:rFonts w:ascii="Times New Roman" w:hAnsi="Times New Roman" w:cs="Times New Roman"/>
          <w:b/>
          <w:sz w:val="26"/>
          <w:szCs w:val="26"/>
        </w:rPr>
        <w:t xml:space="preserve"> tên, ch</w:t>
      </w:r>
      <w:r w:rsidRPr="005D0B0F">
        <w:rPr>
          <w:rFonts w:ascii="Times New Roman" w:hAnsi="Times New Roman" w:cs="Times New Roman"/>
          <w:b/>
          <w:sz w:val="26"/>
          <w:szCs w:val="26"/>
        </w:rPr>
        <w:t>ứ</w:t>
      </w:r>
      <w:r w:rsidRPr="005D0B0F">
        <w:rPr>
          <w:rFonts w:ascii="Times New Roman" w:hAnsi="Times New Roman" w:cs="Times New Roman"/>
          <w:b/>
          <w:sz w:val="26"/>
          <w:szCs w:val="26"/>
        </w:rPr>
        <w:t>c v</w:t>
      </w:r>
      <w:r w:rsidRPr="005D0B0F">
        <w:rPr>
          <w:rFonts w:ascii="Times New Roman" w:hAnsi="Times New Roman" w:cs="Times New Roman"/>
          <w:b/>
          <w:sz w:val="26"/>
          <w:szCs w:val="26"/>
        </w:rPr>
        <w:t>ụ</w:t>
      </w:r>
      <w:r w:rsidRPr="005D0B0F">
        <w:rPr>
          <w:rFonts w:ascii="Times New Roman" w:hAnsi="Times New Roman" w:cs="Times New Roman"/>
          <w:b/>
          <w:sz w:val="26"/>
          <w:szCs w:val="26"/>
        </w:rPr>
        <w:t>, đóng d</w:t>
      </w:r>
      <w:r w:rsidRPr="005D0B0F">
        <w:rPr>
          <w:rFonts w:ascii="Times New Roman" w:hAnsi="Times New Roman" w:cs="Times New Roman"/>
          <w:b/>
          <w:sz w:val="26"/>
          <w:szCs w:val="26"/>
        </w:rPr>
        <w:t>ấ</w:t>
      </w:r>
      <w:r w:rsidRPr="005D0B0F">
        <w:rPr>
          <w:rFonts w:ascii="Times New Roman" w:hAnsi="Times New Roman" w:cs="Times New Roman"/>
          <w:b/>
          <w:sz w:val="26"/>
          <w:szCs w:val="26"/>
        </w:rPr>
        <w:t>u n</w:t>
      </w:r>
      <w:r w:rsidRPr="005D0B0F">
        <w:rPr>
          <w:rFonts w:ascii="Times New Roman" w:hAnsi="Times New Roman" w:cs="Times New Roman"/>
          <w:b/>
          <w:sz w:val="26"/>
          <w:szCs w:val="26"/>
        </w:rPr>
        <w:t>ế</w:t>
      </w:r>
      <w:r w:rsidRPr="005D0B0F">
        <w:rPr>
          <w:rFonts w:ascii="Times New Roman" w:hAnsi="Times New Roman" w:cs="Times New Roman"/>
          <w:b/>
          <w:sz w:val="26"/>
          <w:szCs w:val="26"/>
        </w:rPr>
        <w:t>u có)</w:t>
      </w:r>
      <w:r w:rsidRPr="005D0B0F">
        <w:rPr>
          <w:rFonts w:ascii="Times New Roman" w:hAnsi="Times New Roman" w:cs="Times New Roman"/>
          <w:b/>
          <w:sz w:val="26"/>
          <w:szCs w:val="26"/>
        </w:rPr>
        <w:br/>
      </w:r>
      <w:bookmarkEnd w:id="0"/>
    </w:p>
    <w:sectPr w:rsidR="006D3C98" w:rsidRPr="005D0B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D0B0F"/>
    <w:rsid w:val="006D3C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83886513-59E9-4BA5-BA65-FF606BE76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A9C9126-A150-436B-9E71-A7BE76693E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1392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2025-10-11T02:20:00Z</dcterms:created>
  <dcterms:modified xsi:type="dcterms:W3CDTF">2025-10-11T02:20:00Z</dcterms:modified>
  <cp:category/>
</cp:coreProperties>
</file>