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298" w:rsidRPr="00C02837" w:rsidRDefault="00C02837" w:rsidP="00C02837">
      <w:pPr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C0283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C</w:t>
      </w:r>
      <w:r w:rsidRPr="00C0283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Ộ</w:t>
      </w:r>
      <w:r w:rsidRPr="00C0283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NG HÒA XÃ H</w:t>
      </w:r>
      <w:r w:rsidRPr="00C0283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Ộ</w:t>
      </w:r>
      <w:r w:rsidRPr="00C0283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I CH</w:t>
      </w:r>
      <w:r w:rsidRPr="00C0283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Ủ</w:t>
      </w:r>
      <w:r w:rsidRPr="00C0283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NGHĨA VI</w:t>
      </w:r>
      <w:r w:rsidRPr="00C0283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Ệ</w:t>
      </w:r>
      <w:r w:rsidRPr="00C0283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T NAM</w:t>
      </w:r>
    </w:p>
    <w:p w:rsidR="00AE3298" w:rsidRDefault="00C02837" w:rsidP="00C02837">
      <w:pPr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C0283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Đ</w:t>
      </w:r>
      <w:r w:rsidRPr="00C0283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ộ</w:t>
      </w:r>
      <w:r w:rsidRPr="00C0283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c l</w:t>
      </w:r>
      <w:r w:rsidRPr="00C0283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ậ</w:t>
      </w:r>
      <w:r w:rsidRPr="00C0283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p - T</w:t>
      </w:r>
      <w:r w:rsidRPr="00C0283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ự</w:t>
      </w:r>
      <w:r w:rsidRPr="00C0283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do - H</w:t>
      </w:r>
      <w:r w:rsidRPr="00C0283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ạ</w:t>
      </w:r>
      <w:r w:rsidRPr="00C0283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nh phúc</w:t>
      </w:r>
    </w:p>
    <w:p w:rsidR="00C02837" w:rsidRPr="00C02837" w:rsidRDefault="00C02837" w:rsidP="00C02837">
      <w:pPr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C02837" w:rsidRPr="00C02837" w:rsidRDefault="00C02837" w:rsidP="00C02837">
      <w:pPr>
        <w:pStyle w:val="Heading1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THÔNG BÁO VỀ VIỆC HÓA ĐƠN ĐIỆN TỬ ĐÃ LẬP CÓ SAI SÓT</w:t>
      </w:r>
    </w:p>
    <w:p w:rsidR="00C02837" w:rsidRPr="00C02837" w:rsidRDefault="00C02837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E3298" w:rsidRPr="00C02837" w:rsidRDefault="00C02837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S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: …… / TBHĐSS ……</w:t>
      </w:r>
    </w:p>
    <w:p w:rsidR="00AE3298" w:rsidRPr="00C02837" w:rsidRDefault="00C02837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Kính g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ử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i: Ông (Bà): …………………………………………………………………………………</w:t>
      </w:r>
    </w:p>
    <w:p w:rsidR="00AE3298" w:rsidRPr="00C02837" w:rsidRDefault="00C02837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Đ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a ch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ỉ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: 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…………………………………………………………………………………………………</w:t>
      </w:r>
    </w:p>
    <w:p w:rsidR="00AE3298" w:rsidRPr="00C02837" w:rsidRDefault="00C02837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S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đi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n tho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i / Email (n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u có): …………………………………………………………………</w:t>
      </w:r>
    </w:p>
    <w:p w:rsidR="00AE3298" w:rsidRPr="00C02837" w:rsidRDefault="00C02837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Căn c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ứ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vào vi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c ki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ể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m tra, rà soát hóa đơn đi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n t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ử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đã l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p g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ử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i Quý khách, chúng tôi – Bên bán xin thông báo như sau:</w:t>
      </w:r>
    </w:p>
    <w:p w:rsidR="00AE3298" w:rsidRPr="00C02837" w:rsidRDefault="00C02837">
      <w:pPr>
        <w:pStyle w:val="Heading2"/>
        <w:rPr>
          <w:rFonts w:ascii="Times New Roman" w:hAnsi="Times New Roman" w:cs="Times New Roman"/>
          <w:color w:val="000000" w:themeColor="text1"/>
        </w:rPr>
      </w:pPr>
      <w:r w:rsidRPr="00C02837">
        <w:rPr>
          <w:rFonts w:ascii="Times New Roman" w:hAnsi="Times New Roman" w:cs="Times New Roman"/>
          <w:color w:val="000000" w:themeColor="text1"/>
        </w:rPr>
        <w:t>1. Thông tin hóa đơn g</w:t>
      </w:r>
      <w:r w:rsidRPr="00C02837">
        <w:rPr>
          <w:rFonts w:ascii="Times New Roman" w:hAnsi="Times New Roman" w:cs="Times New Roman"/>
          <w:color w:val="000000" w:themeColor="text1"/>
        </w:rPr>
        <w:t>ố</w:t>
      </w:r>
      <w:r w:rsidRPr="00C02837">
        <w:rPr>
          <w:rFonts w:ascii="Times New Roman" w:hAnsi="Times New Roman" w:cs="Times New Roman"/>
          <w:color w:val="000000" w:themeColor="text1"/>
        </w:rPr>
        <w:t>c đã phát hành</w:t>
      </w:r>
    </w:p>
    <w:p w:rsidR="00AE3298" w:rsidRPr="00C02837" w:rsidRDefault="00C02837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- S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hó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a đơn: ………………………………………</w:t>
      </w:r>
    </w:p>
    <w:p w:rsidR="00AE3298" w:rsidRPr="00C02837" w:rsidRDefault="00C02837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- Ký hi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u hóa đơn: …………………………………</w:t>
      </w:r>
    </w:p>
    <w:p w:rsidR="00AE3298" w:rsidRPr="00C02837" w:rsidRDefault="00C02837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- Ngày l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p hóa đơn: …… / …… / ……</w:t>
      </w:r>
    </w:p>
    <w:p w:rsidR="00AE3298" w:rsidRPr="00C02837" w:rsidRDefault="00C02837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- N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i dung sai sót:</w:t>
      </w:r>
    </w:p>
    <w:p w:rsidR="00AE3298" w:rsidRPr="00C02837" w:rsidRDefault="00C02837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• Sai đơn giá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br/>
        <w:t xml:space="preserve">  • Sai thành ti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ề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n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br/>
        <w:t xml:space="preserve">  • Sai thu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su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ấ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t / ti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ề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n thu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(n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u có)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br/>
        <w:t xml:space="preserve">  • (N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u có sai sót khác, ghi c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ụ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th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ể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)</w:t>
      </w:r>
    </w:p>
    <w:p w:rsidR="00AE3298" w:rsidRPr="00C02837" w:rsidRDefault="00C02837">
      <w:pPr>
        <w:pStyle w:val="Heading2"/>
        <w:rPr>
          <w:rFonts w:ascii="Times New Roman" w:hAnsi="Times New Roman" w:cs="Times New Roman"/>
          <w:color w:val="000000" w:themeColor="text1"/>
        </w:rPr>
      </w:pPr>
      <w:r w:rsidRPr="00C02837">
        <w:rPr>
          <w:rFonts w:ascii="Times New Roman" w:hAnsi="Times New Roman" w:cs="Times New Roman"/>
          <w:color w:val="000000" w:themeColor="text1"/>
        </w:rPr>
        <w:t>2. N</w:t>
      </w:r>
      <w:r w:rsidRPr="00C02837">
        <w:rPr>
          <w:rFonts w:ascii="Times New Roman" w:hAnsi="Times New Roman" w:cs="Times New Roman"/>
          <w:color w:val="000000" w:themeColor="text1"/>
        </w:rPr>
        <w:t>ộ</w:t>
      </w:r>
      <w:r w:rsidRPr="00C02837">
        <w:rPr>
          <w:rFonts w:ascii="Times New Roman" w:hAnsi="Times New Roman" w:cs="Times New Roman"/>
          <w:color w:val="000000" w:themeColor="text1"/>
        </w:rPr>
        <w:t>i dung đi</w:t>
      </w:r>
      <w:r w:rsidRPr="00C02837">
        <w:rPr>
          <w:rFonts w:ascii="Times New Roman" w:hAnsi="Times New Roman" w:cs="Times New Roman"/>
          <w:color w:val="000000" w:themeColor="text1"/>
        </w:rPr>
        <w:t>ề</w:t>
      </w:r>
      <w:r w:rsidRPr="00C02837">
        <w:rPr>
          <w:rFonts w:ascii="Times New Roman" w:hAnsi="Times New Roman" w:cs="Times New Roman"/>
          <w:color w:val="000000" w:themeColor="text1"/>
        </w:rPr>
        <w:t>u ch</w:t>
      </w:r>
      <w:r w:rsidRPr="00C02837">
        <w:rPr>
          <w:rFonts w:ascii="Times New Roman" w:hAnsi="Times New Roman" w:cs="Times New Roman"/>
          <w:color w:val="000000" w:themeColor="text1"/>
        </w:rPr>
        <w:t>ỉ</w:t>
      </w:r>
      <w:r w:rsidRPr="00C02837">
        <w:rPr>
          <w:rFonts w:ascii="Times New Roman" w:hAnsi="Times New Roman" w:cs="Times New Roman"/>
          <w:color w:val="000000" w:themeColor="text1"/>
        </w:rPr>
        <w:t>nh đúng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C02837" w:rsidRPr="00C02837" w:rsidTr="00C02837">
        <w:tc>
          <w:tcPr>
            <w:tcW w:w="2880" w:type="dxa"/>
          </w:tcPr>
          <w:p w:rsidR="00AE3298" w:rsidRPr="00C02837" w:rsidRDefault="00C02837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0283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M</w:t>
            </w:r>
            <w:r w:rsidRPr="00C0283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ụ</w:t>
            </w:r>
            <w:r w:rsidRPr="00C0283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</w:t>
            </w:r>
          </w:p>
        </w:tc>
        <w:tc>
          <w:tcPr>
            <w:tcW w:w="2880" w:type="dxa"/>
          </w:tcPr>
          <w:p w:rsidR="00AE3298" w:rsidRPr="00C02837" w:rsidRDefault="00C02837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0283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Thô</w:t>
            </w:r>
            <w:r w:rsidRPr="00C0283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ng tin đã ghi sai</w:t>
            </w:r>
          </w:p>
        </w:tc>
        <w:tc>
          <w:tcPr>
            <w:tcW w:w="2880" w:type="dxa"/>
          </w:tcPr>
          <w:p w:rsidR="00AE3298" w:rsidRPr="00C02837" w:rsidRDefault="00C02837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0283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Thông tin đúng c</w:t>
            </w:r>
            <w:r w:rsidRPr="00C0283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ầ</w:t>
            </w:r>
            <w:r w:rsidRPr="00C0283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 đi</w:t>
            </w:r>
            <w:r w:rsidRPr="00C0283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ề</w:t>
            </w:r>
            <w:r w:rsidRPr="00C0283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u ch</w:t>
            </w:r>
            <w:r w:rsidRPr="00C0283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ỉ</w:t>
            </w:r>
            <w:r w:rsidRPr="00C0283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nh</w:t>
            </w:r>
          </w:p>
        </w:tc>
      </w:tr>
    </w:tbl>
    <w:p w:rsidR="00AE3298" w:rsidRPr="00C02837" w:rsidRDefault="00C02837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(Ghi rõ các ch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ỉ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tiêu đư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ợ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c đi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ề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u ch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ỉ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nh)</w:t>
      </w:r>
    </w:p>
    <w:p w:rsidR="00AE3298" w:rsidRPr="00C02837" w:rsidRDefault="00C02837">
      <w:pPr>
        <w:pStyle w:val="Heading2"/>
        <w:rPr>
          <w:rFonts w:ascii="Times New Roman" w:hAnsi="Times New Roman" w:cs="Times New Roman"/>
          <w:color w:val="000000" w:themeColor="text1"/>
        </w:rPr>
      </w:pPr>
      <w:r w:rsidRPr="00C02837">
        <w:rPr>
          <w:rFonts w:ascii="Times New Roman" w:hAnsi="Times New Roman" w:cs="Times New Roman"/>
          <w:color w:val="000000" w:themeColor="text1"/>
        </w:rPr>
        <w:lastRenderedPageBreak/>
        <w:t>3. Căn c</w:t>
      </w:r>
      <w:r w:rsidRPr="00C02837">
        <w:rPr>
          <w:rFonts w:ascii="Times New Roman" w:hAnsi="Times New Roman" w:cs="Times New Roman"/>
          <w:color w:val="000000" w:themeColor="text1"/>
        </w:rPr>
        <w:t>ứ</w:t>
      </w:r>
      <w:r w:rsidRPr="00C02837">
        <w:rPr>
          <w:rFonts w:ascii="Times New Roman" w:hAnsi="Times New Roman" w:cs="Times New Roman"/>
          <w:color w:val="000000" w:themeColor="text1"/>
        </w:rPr>
        <w:t xml:space="preserve"> và gi</w:t>
      </w:r>
      <w:r w:rsidRPr="00C02837">
        <w:rPr>
          <w:rFonts w:ascii="Times New Roman" w:hAnsi="Times New Roman" w:cs="Times New Roman"/>
          <w:color w:val="000000" w:themeColor="text1"/>
        </w:rPr>
        <w:t>ả</w:t>
      </w:r>
      <w:r w:rsidRPr="00C02837">
        <w:rPr>
          <w:rFonts w:ascii="Times New Roman" w:hAnsi="Times New Roman" w:cs="Times New Roman"/>
          <w:color w:val="000000" w:themeColor="text1"/>
        </w:rPr>
        <w:t>i pháp x</w:t>
      </w:r>
      <w:r w:rsidRPr="00C02837">
        <w:rPr>
          <w:rFonts w:ascii="Times New Roman" w:hAnsi="Times New Roman" w:cs="Times New Roman"/>
          <w:color w:val="000000" w:themeColor="text1"/>
        </w:rPr>
        <w:t>ử</w:t>
      </w:r>
      <w:r w:rsidRPr="00C02837">
        <w:rPr>
          <w:rFonts w:ascii="Times New Roman" w:hAnsi="Times New Roman" w:cs="Times New Roman"/>
          <w:color w:val="000000" w:themeColor="text1"/>
        </w:rPr>
        <w:t xml:space="preserve"> lý</w:t>
      </w:r>
    </w:p>
    <w:p w:rsidR="00AE3298" w:rsidRPr="00C02837" w:rsidRDefault="00C02837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Căn c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ứ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theo Ngh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đ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nh 70/2025/NĐ</w:t>
      </w:r>
      <w:r w:rsidRPr="00C02837">
        <w:rPr>
          <w:rFonts w:ascii="Cambria Math" w:hAnsi="Cambria Math" w:cs="Cambria Math"/>
          <w:color w:val="000000" w:themeColor="text1"/>
          <w:sz w:val="26"/>
          <w:szCs w:val="26"/>
        </w:rPr>
        <w:t>‑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CP (s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ử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a đ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ổ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i, b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ổ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sung Ngh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đ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nh 123/2020) và các quy đ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nh hi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n hành v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ề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hóa đơn đi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n t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ử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, chúng tôi đã l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p hóa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đơn đi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ề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u ch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ỉ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nh (ho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ặ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c hóa đơn thay th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, n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u áp d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ụ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ng) đ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ể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đi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ề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u ch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ỉ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nh các sai sót trên.</w:t>
      </w:r>
    </w:p>
    <w:p w:rsidR="00AE3298" w:rsidRPr="00C02837" w:rsidRDefault="00C02837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Hóa đơn đi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ề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u ch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ỉ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nh s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ẽ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đư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ợ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c g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ử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i t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ớ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i Quý khách theo hình th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ứ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c: (qua email / g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ử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i file đi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n t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ử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/ g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ử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i b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n in n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u c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ầ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n).</w:t>
      </w:r>
    </w:p>
    <w:p w:rsidR="00AE3298" w:rsidRPr="00C02837" w:rsidRDefault="00C02837">
      <w:pPr>
        <w:pStyle w:val="Heading2"/>
        <w:rPr>
          <w:rFonts w:ascii="Times New Roman" w:hAnsi="Times New Roman" w:cs="Times New Roman"/>
          <w:color w:val="000000" w:themeColor="text1"/>
        </w:rPr>
      </w:pPr>
      <w:r w:rsidRPr="00C02837">
        <w:rPr>
          <w:rFonts w:ascii="Times New Roman" w:hAnsi="Times New Roman" w:cs="Times New Roman"/>
          <w:color w:val="000000" w:themeColor="text1"/>
        </w:rPr>
        <w:t>4. Đ</w:t>
      </w:r>
      <w:r w:rsidRPr="00C02837">
        <w:rPr>
          <w:rFonts w:ascii="Times New Roman" w:hAnsi="Times New Roman" w:cs="Times New Roman"/>
          <w:color w:val="000000" w:themeColor="text1"/>
        </w:rPr>
        <w:t>ề</w:t>
      </w:r>
      <w:r w:rsidRPr="00C02837">
        <w:rPr>
          <w:rFonts w:ascii="Times New Roman" w:hAnsi="Times New Roman" w:cs="Times New Roman"/>
          <w:color w:val="000000" w:themeColor="text1"/>
        </w:rPr>
        <w:t xml:space="preserve"> ngh</w:t>
      </w:r>
      <w:r w:rsidRPr="00C02837">
        <w:rPr>
          <w:rFonts w:ascii="Times New Roman" w:hAnsi="Times New Roman" w:cs="Times New Roman"/>
          <w:color w:val="000000" w:themeColor="text1"/>
        </w:rPr>
        <w:t>ị</w:t>
      </w:r>
      <w:r w:rsidRPr="00C02837">
        <w:rPr>
          <w:rFonts w:ascii="Times New Roman" w:hAnsi="Times New Roman" w:cs="Times New Roman"/>
          <w:color w:val="000000" w:themeColor="text1"/>
        </w:rPr>
        <w:t xml:space="preserve"> Quý khách</w:t>
      </w:r>
    </w:p>
    <w:p w:rsidR="00AE3298" w:rsidRPr="00C02837" w:rsidRDefault="00C02837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- Vui lòng ki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ể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m tra hóa đơn đi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ề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u 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ch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ỉ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nh khi nh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n đư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ợ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c.</w:t>
      </w:r>
    </w:p>
    <w:p w:rsidR="00AE3298" w:rsidRPr="00C02837" w:rsidRDefault="00C02837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- N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u c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ầ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n trao đ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ổ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i ho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ặ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c ki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ể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m tra l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i n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i dung đi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ề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u ch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ỉ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nh, xin vui lòng ph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n h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ồ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i v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ề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chúng tôi theo thông tin liên h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trên.</w:t>
      </w:r>
    </w:p>
    <w:p w:rsidR="00AE3298" w:rsidRPr="00C02837" w:rsidRDefault="00C02837" w:rsidP="00C02837">
      <w:pPr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02837">
        <w:rPr>
          <w:rFonts w:ascii="Times New Roman" w:hAnsi="Times New Roman" w:cs="Times New Roman"/>
          <w:color w:val="000000" w:themeColor="text1"/>
          <w:sz w:val="26"/>
          <w:szCs w:val="26"/>
        </w:rPr>
        <w:t>……, ngày …… tháng …… năm ……</w:t>
      </w:r>
    </w:p>
    <w:p w:rsidR="00AE3298" w:rsidRPr="00C02837" w:rsidRDefault="00C02837" w:rsidP="00C02837">
      <w:pPr>
        <w:jc w:val="right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C0283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BÊN BÁN</w:t>
      </w:r>
      <w:r w:rsidRPr="00C02837">
        <w:rPr>
          <w:rFonts w:ascii="Times New Roman" w:hAnsi="Times New Roman" w:cs="Times New Roman"/>
          <w:b/>
          <w:color w:val="000000" w:themeColor="text1"/>
          <w:sz w:val="26"/>
          <w:szCs w:val="26"/>
        </w:rPr>
        <w:br/>
        <w:t>(Ký tên, ghi rõ h</w:t>
      </w:r>
      <w:r w:rsidRPr="00C0283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ọ</w:t>
      </w:r>
      <w:r w:rsidRPr="00C0283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tên, đóng d</w:t>
      </w:r>
      <w:r w:rsidRPr="00C0283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ấ</w:t>
      </w:r>
      <w:r w:rsidRPr="00C0283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u n</w:t>
      </w:r>
      <w:r w:rsidRPr="00C0283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ế</w:t>
      </w:r>
      <w:r w:rsidRPr="00C0283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u có)</w:t>
      </w:r>
      <w:r w:rsidRPr="00C02837">
        <w:rPr>
          <w:rFonts w:ascii="Times New Roman" w:hAnsi="Times New Roman" w:cs="Times New Roman"/>
          <w:b/>
          <w:color w:val="000000" w:themeColor="text1"/>
          <w:sz w:val="26"/>
          <w:szCs w:val="26"/>
        </w:rPr>
        <w:br/>
        <w:t>…</w:t>
      </w:r>
      <w:bookmarkStart w:id="0" w:name="_GoBack"/>
      <w:bookmarkEnd w:id="0"/>
      <w:r w:rsidRPr="00C0283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…………………………………</w:t>
      </w:r>
    </w:p>
    <w:sectPr w:rsidR="00AE3298" w:rsidRPr="00C0283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AE3298"/>
    <w:rsid w:val="00B47730"/>
    <w:rsid w:val="00C02837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ADDB4B5A-5DBB-47B2-9B48-BE01DF054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AED93CE-81E6-42D8-B5F2-9FB66A914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1451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2025-10-13T01:43:00Z</dcterms:created>
  <dcterms:modified xsi:type="dcterms:W3CDTF">2025-10-13T01:43:00Z</dcterms:modified>
  <cp:category/>
</cp:coreProperties>
</file>