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6621"/>
      </w:tblGrid>
      <w:tr w:rsidR="00185D72" w:rsidTr="00185D72">
        <w:trPr>
          <w:trHeight w:val="709"/>
        </w:trPr>
        <w:tc>
          <w:tcPr>
            <w:tcW w:w="2235" w:type="dxa"/>
          </w:tcPr>
          <w:p w:rsidR="00185D72" w:rsidRPr="00185D72" w:rsidRDefault="00185D72" w:rsidP="00185D72">
            <w:pPr>
              <w:pStyle w:val="Heading1"/>
              <w:spacing w:line="360" w:lineRule="auto"/>
              <w:outlineLvl w:val="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185D72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C</w:t>
            </w:r>
            <w:r w:rsidRPr="00185D72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ÔNG TY …</w:t>
            </w:r>
          </w:p>
          <w:p w:rsidR="00185D72" w:rsidRPr="00185D72" w:rsidRDefault="00185D72" w:rsidP="00185D72">
            <w:pPr>
              <w:spacing w:line="360" w:lineRule="auto"/>
            </w:pPr>
            <w:r w:rsidRPr="00185D72">
              <w:rPr>
                <w:rFonts w:ascii="Times New Roman" w:hAnsi="Times New Roman" w:cs="Times New Roman"/>
                <w:b/>
                <w:sz w:val="26"/>
                <w:szCs w:val="26"/>
              </w:rPr>
              <w:t>Số: … /TB-</w:t>
            </w:r>
            <w:r w:rsidRPr="00185D72">
              <w:rPr>
                <w:rFonts w:ascii="Times New Roman" w:hAnsi="Times New Roman" w:cs="Times New Roman"/>
                <w:b/>
                <w:sz w:val="26"/>
                <w:szCs w:val="26"/>
              </w:rPr>
              <w:t>….</w:t>
            </w:r>
          </w:p>
        </w:tc>
        <w:tc>
          <w:tcPr>
            <w:tcW w:w="6621" w:type="dxa"/>
          </w:tcPr>
          <w:p w:rsidR="00185D72" w:rsidRDefault="00185D72" w:rsidP="00185D72">
            <w:pPr>
              <w:pStyle w:val="Heading1"/>
              <w:jc w:val="center"/>
              <w:outlineLvl w:val="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185D72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CỘNG HÒA XÃ HỘI CHỦ NGHĨA VIỆT NAM</w:t>
            </w:r>
          </w:p>
          <w:p w:rsidR="00185D72" w:rsidRDefault="00185D72" w:rsidP="00185D72">
            <w:pPr>
              <w:pStyle w:val="Heading1"/>
              <w:jc w:val="center"/>
              <w:outlineLvl w:val="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185D72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Độc lập – Tự do – Hạnh phúc</w:t>
            </w:r>
          </w:p>
        </w:tc>
      </w:tr>
    </w:tbl>
    <w:p w:rsidR="00185D72" w:rsidRDefault="00185D72" w:rsidP="00185D72">
      <w:pPr>
        <w:pStyle w:val="Heading1"/>
        <w:jc w:val="center"/>
        <w:rPr>
          <w:rFonts w:ascii="Times New Roman" w:hAnsi="Times New Roman" w:cs="Times New Roman"/>
          <w:color w:val="auto"/>
          <w:sz w:val="26"/>
          <w:szCs w:val="26"/>
        </w:rPr>
      </w:pPr>
    </w:p>
    <w:p w:rsidR="008549EC" w:rsidRPr="00185D72" w:rsidRDefault="00185D72" w:rsidP="00185D72">
      <w:pPr>
        <w:jc w:val="right"/>
        <w:rPr>
          <w:rFonts w:ascii="Times New Roman" w:hAnsi="Times New Roman" w:cs="Times New Roman"/>
          <w:i/>
          <w:sz w:val="26"/>
          <w:szCs w:val="26"/>
        </w:rPr>
      </w:pPr>
      <w:r w:rsidRPr="00185D72">
        <w:rPr>
          <w:rFonts w:ascii="Times New Roman" w:hAnsi="Times New Roman" w:cs="Times New Roman"/>
          <w:i/>
          <w:sz w:val="26"/>
          <w:szCs w:val="26"/>
        </w:rPr>
        <w:t>…, ngày … tháng 10 năm 2025</w:t>
      </w:r>
    </w:p>
    <w:p w:rsidR="008549EC" w:rsidRPr="00185D72" w:rsidRDefault="00185D72" w:rsidP="00185D72">
      <w:pPr>
        <w:pStyle w:val="Heading1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185D72">
        <w:rPr>
          <w:rFonts w:ascii="Times New Roman" w:hAnsi="Times New Roman" w:cs="Times New Roman"/>
          <w:color w:val="auto"/>
          <w:sz w:val="26"/>
          <w:szCs w:val="26"/>
        </w:rPr>
        <w:t>THÔNG BÁO</w:t>
      </w:r>
    </w:p>
    <w:p w:rsidR="008549EC" w:rsidRPr="00185D72" w:rsidRDefault="00185D72" w:rsidP="00185D72">
      <w:pPr>
        <w:jc w:val="center"/>
        <w:rPr>
          <w:rFonts w:ascii="Times New Roman" w:hAnsi="Times New Roman" w:cs="Times New Roman"/>
          <w:sz w:val="26"/>
          <w:szCs w:val="26"/>
        </w:rPr>
      </w:pPr>
      <w:r w:rsidRPr="00185D72">
        <w:rPr>
          <w:rFonts w:ascii="Times New Roman" w:hAnsi="Times New Roman" w:cs="Times New Roman"/>
          <w:sz w:val="26"/>
          <w:szCs w:val="26"/>
        </w:rPr>
        <w:t>V/v h</w:t>
      </w:r>
      <w:r w:rsidRPr="00185D72">
        <w:rPr>
          <w:rFonts w:ascii="Times New Roman" w:hAnsi="Times New Roman" w:cs="Times New Roman"/>
          <w:sz w:val="26"/>
          <w:szCs w:val="26"/>
        </w:rPr>
        <w:t>ỗ</w:t>
      </w:r>
      <w:r w:rsidRPr="00185D72">
        <w:rPr>
          <w:rFonts w:ascii="Times New Roman" w:hAnsi="Times New Roman" w:cs="Times New Roman"/>
          <w:sz w:val="26"/>
          <w:szCs w:val="26"/>
        </w:rPr>
        <w:t xml:space="preserve"> tr</w:t>
      </w:r>
      <w:r w:rsidRPr="00185D72">
        <w:rPr>
          <w:rFonts w:ascii="Times New Roman" w:hAnsi="Times New Roman" w:cs="Times New Roman"/>
          <w:sz w:val="26"/>
          <w:szCs w:val="26"/>
        </w:rPr>
        <w:t>ợ</w:t>
      </w:r>
      <w:r w:rsidRPr="00185D72">
        <w:rPr>
          <w:rFonts w:ascii="Times New Roman" w:hAnsi="Times New Roman" w:cs="Times New Roman"/>
          <w:sz w:val="26"/>
          <w:szCs w:val="26"/>
        </w:rPr>
        <w:t xml:space="preserve"> ngư</w:t>
      </w:r>
      <w:r w:rsidRPr="00185D72">
        <w:rPr>
          <w:rFonts w:ascii="Times New Roman" w:hAnsi="Times New Roman" w:cs="Times New Roman"/>
          <w:sz w:val="26"/>
          <w:szCs w:val="26"/>
        </w:rPr>
        <w:t>ờ</w:t>
      </w:r>
      <w:r w:rsidRPr="00185D72">
        <w:rPr>
          <w:rFonts w:ascii="Times New Roman" w:hAnsi="Times New Roman" w:cs="Times New Roman"/>
          <w:sz w:val="26"/>
          <w:szCs w:val="26"/>
        </w:rPr>
        <w:t>i lao đ</w:t>
      </w:r>
      <w:r w:rsidRPr="00185D72">
        <w:rPr>
          <w:rFonts w:ascii="Times New Roman" w:hAnsi="Times New Roman" w:cs="Times New Roman"/>
          <w:sz w:val="26"/>
          <w:szCs w:val="26"/>
        </w:rPr>
        <w:t>ộ</w:t>
      </w:r>
      <w:r w:rsidRPr="00185D72">
        <w:rPr>
          <w:rFonts w:ascii="Times New Roman" w:hAnsi="Times New Roman" w:cs="Times New Roman"/>
          <w:sz w:val="26"/>
          <w:szCs w:val="26"/>
        </w:rPr>
        <w:t>ng kh</w:t>
      </w:r>
      <w:r w:rsidRPr="00185D72">
        <w:rPr>
          <w:rFonts w:ascii="Times New Roman" w:hAnsi="Times New Roman" w:cs="Times New Roman"/>
          <w:sz w:val="26"/>
          <w:szCs w:val="26"/>
        </w:rPr>
        <w:t>ắ</w:t>
      </w:r>
      <w:r w:rsidRPr="00185D72">
        <w:rPr>
          <w:rFonts w:ascii="Times New Roman" w:hAnsi="Times New Roman" w:cs="Times New Roman"/>
          <w:sz w:val="26"/>
          <w:szCs w:val="26"/>
        </w:rPr>
        <w:t>c ph</w:t>
      </w:r>
      <w:r w:rsidRPr="00185D72">
        <w:rPr>
          <w:rFonts w:ascii="Times New Roman" w:hAnsi="Times New Roman" w:cs="Times New Roman"/>
          <w:sz w:val="26"/>
          <w:szCs w:val="26"/>
        </w:rPr>
        <w:t>ụ</w:t>
      </w:r>
      <w:r w:rsidRPr="00185D72">
        <w:rPr>
          <w:rFonts w:ascii="Times New Roman" w:hAnsi="Times New Roman" w:cs="Times New Roman"/>
          <w:sz w:val="26"/>
          <w:szCs w:val="26"/>
        </w:rPr>
        <w:t>c h</w:t>
      </w:r>
      <w:r w:rsidRPr="00185D72">
        <w:rPr>
          <w:rFonts w:ascii="Times New Roman" w:hAnsi="Times New Roman" w:cs="Times New Roman"/>
          <w:sz w:val="26"/>
          <w:szCs w:val="26"/>
        </w:rPr>
        <w:t>ậ</w:t>
      </w:r>
      <w:r w:rsidRPr="00185D72">
        <w:rPr>
          <w:rFonts w:ascii="Times New Roman" w:hAnsi="Times New Roman" w:cs="Times New Roman"/>
          <w:sz w:val="26"/>
          <w:szCs w:val="26"/>
        </w:rPr>
        <w:t>u qu</w:t>
      </w:r>
      <w:r w:rsidRPr="00185D72">
        <w:rPr>
          <w:rFonts w:ascii="Times New Roman" w:hAnsi="Times New Roman" w:cs="Times New Roman"/>
          <w:sz w:val="26"/>
          <w:szCs w:val="26"/>
        </w:rPr>
        <w:t>ả</w:t>
      </w:r>
      <w:r w:rsidRPr="00185D72">
        <w:rPr>
          <w:rFonts w:ascii="Times New Roman" w:hAnsi="Times New Roman" w:cs="Times New Roman"/>
          <w:sz w:val="26"/>
          <w:szCs w:val="26"/>
        </w:rPr>
        <w:t xml:space="preserve"> bão s</w:t>
      </w:r>
      <w:r w:rsidRPr="00185D72">
        <w:rPr>
          <w:rFonts w:ascii="Times New Roman" w:hAnsi="Times New Roman" w:cs="Times New Roman"/>
          <w:sz w:val="26"/>
          <w:szCs w:val="26"/>
        </w:rPr>
        <w:t>ố</w:t>
      </w:r>
      <w:r w:rsidRPr="00185D72">
        <w:rPr>
          <w:rFonts w:ascii="Times New Roman" w:hAnsi="Times New Roman" w:cs="Times New Roman"/>
          <w:sz w:val="26"/>
          <w:szCs w:val="26"/>
        </w:rPr>
        <w:t xml:space="preserve"> 11</w:t>
      </w:r>
    </w:p>
    <w:p w:rsidR="008549EC" w:rsidRPr="00185D72" w:rsidRDefault="00185D72">
      <w:pPr>
        <w:rPr>
          <w:rFonts w:ascii="Times New Roman" w:hAnsi="Times New Roman" w:cs="Times New Roman"/>
          <w:sz w:val="26"/>
          <w:szCs w:val="26"/>
        </w:rPr>
      </w:pPr>
      <w:r w:rsidRPr="00185D72">
        <w:rPr>
          <w:rFonts w:ascii="Times New Roman" w:hAnsi="Times New Roman" w:cs="Times New Roman"/>
          <w:sz w:val="26"/>
          <w:szCs w:val="26"/>
        </w:rPr>
        <w:t>Kính g</w:t>
      </w:r>
      <w:r w:rsidRPr="00185D72">
        <w:rPr>
          <w:rFonts w:ascii="Times New Roman" w:hAnsi="Times New Roman" w:cs="Times New Roman"/>
          <w:sz w:val="26"/>
          <w:szCs w:val="26"/>
        </w:rPr>
        <w:t>ử</w:t>
      </w:r>
      <w:r w:rsidRPr="00185D72">
        <w:rPr>
          <w:rFonts w:ascii="Times New Roman" w:hAnsi="Times New Roman" w:cs="Times New Roman"/>
          <w:sz w:val="26"/>
          <w:szCs w:val="26"/>
        </w:rPr>
        <w:t>i: Toàn th</w:t>
      </w:r>
      <w:r w:rsidRPr="00185D72">
        <w:rPr>
          <w:rFonts w:ascii="Times New Roman" w:hAnsi="Times New Roman" w:cs="Times New Roman"/>
          <w:sz w:val="26"/>
          <w:szCs w:val="26"/>
        </w:rPr>
        <w:t>ể</w:t>
      </w:r>
      <w:r w:rsidRPr="00185D72">
        <w:rPr>
          <w:rFonts w:ascii="Times New Roman" w:hAnsi="Times New Roman" w:cs="Times New Roman"/>
          <w:sz w:val="26"/>
          <w:szCs w:val="26"/>
        </w:rPr>
        <w:t xml:space="preserve"> Ngư</w:t>
      </w:r>
      <w:r w:rsidRPr="00185D72">
        <w:rPr>
          <w:rFonts w:ascii="Times New Roman" w:hAnsi="Times New Roman" w:cs="Times New Roman"/>
          <w:sz w:val="26"/>
          <w:szCs w:val="26"/>
        </w:rPr>
        <w:t>ờ</w:t>
      </w:r>
      <w:r w:rsidRPr="00185D72">
        <w:rPr>
          <w:rFonts w:ascii="Times New Roman" w:hAnsi="Times New Roman" w:cs="Times New Roman"/>
          <w:sz w:val="26"/>
          <w:szCs w:val="26"/>
        </w:rPr>
        <w:t>i lao đ</w:t>
      </w:r>
      <w:r w:rsidRPr="00185D72">
        <w:rPr>
          <w:rFonts w:ascii="Times New Roman" w:hAnsi="Times New Roman" w:cs="Times New Roman"/>
          <w:sz w:val="26"/>
          <w:szCs w:val="26"/>
        </w:rPr>
        <w:t>ộ</w:t>
      </w:r>
      <w:r w:rsidRPr="00185D72">
        <w:rPr>
          <w:rFonts w:ascii="Times New Roman" w:hAnsi="Times New Roman" w:cs="Times New Roman"/>
          <w:sz w:val="26"/>
          <w:szCs w:val="26"/>
        </w:rPr>
        <w:t>ng Công ty …</w:t>
      </w:r>
    </w:p>
    <w:p w:rsidR="008549EC" w:rsidRPr="00185D72" w:rsidRDefault="00185D72">
      <w:pPr>
        <w:rPr>
          <w:rFonts w:ascii="Times New Roman" w:hAnsi="Times New Roman" w:cs="Times New Roman"/>
          <w:sz w:val="26"/>
          <w:szCs w:val="26"/>
        </w:rPr>
      </w:pPr>
      <w:r w:rsidRPr="00185D72">
        <w:rPr>
          <w:rFonts w:ascii="Times New Roman" w:hAnsi="Times New Roman" w:cs="Times New Roman"/>
          <w:sz w:val="26"/>
          <w:szCs w:val="26"/>
        </w:rPr>
        <w:t>Căn c</w:t>
      </w:r>
      <w:r w:rsidRPr="00185D72">
        <w:rPr>
          <w:rFonts w:ascii="Times New Roman" w:hAnsi="Times New Roman" w:cs="Times New Roman"/>
          <w:sz w:val="26"/>
          <w:szCs w:val="26"/>
        </w:rPr>
        <w:t>ứ</w:t>
      </w:r>
      <w:r w:rsidRPr="00185D72">
        <w:rPr>
          <w:rFonts w:ascii="Times New Roman" w:hAnsi="Times New Roman" w:cs="Times New Roman"/>
          <w:sz w:val="26"/>
          <w:szCs w:val="26"/>
        </w:rPr>
        <w:t xml:space="preserve"> tình hình thi</w:t>
      </w:r>
      <w:r w:rsidRPr="00185D72">
        <w:rPr>
          <w:rFonts w:ascii="Times New Roman" w:hAnsi="Times New Roman" w:cs="Times New Roman"/>
          <w:sz w:val="26"/>
          <w:szCs w:val="26"/>
        </w:rPr>
        <w:t>ệ</w:t>
      </w:r>
      <w:r w:rsidRPr="00185D72">
        <w:rPr>
          <w:rFonts w:ascii="Times New Roman" w:hAnsi="Times New Roman" w:cs="Times New Roman"/>
          <w:sz w:val="26"/>
          <w:szCs w:val="26"/>
        </w:rPr>
        <w:t>t h</w:t>
      </w:r>
      <w:r w:rsidRPr="00185D72">
        <w:rPr>
          <w:rFonts w:ascii="Times New Roman" w:hAnsi="Times New Roman" w:cs="Times New Roman"/>
          <w:sz w:val="26"/>
          <w:szCs w:val="26"/>
        </w:rPr>
        <w:t>ạ</w:t>
      </w:r>
      <w:r w:rsidRPr="00185D72">
        <w:rPr>
          <w:rFonts w:ascii="Times New Roman" w:hAnsi="Times New Roman" w:cs="Times New Roman"/>
          <w:sz w:val="26"/>
          <w:szCs w:val="26"/>
        </w:rPr>
        <w:t xml:space="preserve">i </w:t>
      </w:r>
      <w:r w:rsidRPr="00185D72">
        <w:rPr>
          <w:rFonts w:ascii="Times New Roman" w:hAnsi="Times New Roman" w:cs="Times New Roman"/>
          <w:sz w:val="26"/>
          <w:szCs w:val="26"/>
        </w:rPr>
        <w:t>do bão s</w:t>
      </w:r>
      <w:r w:rsidRPr="00185D72">
        <w:rPr>
          <w:rFonts w:ascii="Times New Roman" w:hAnsi="Times New Roman" w:cs="Times New Roman"/>
          <w:sz w:val="26"/>
          <w:szCs w:val="26"/>
        </w:rPr>
        <w:t>ố</w:t>
      </w:r>
      <w:r w:rsidRPr="00185D72">
        <w:rPr>
          <w:rFonts w:ascii="Times New Roman" w:hAnsi="Times New Roman" w:cs="Times New Roman"/>
          <w:sz w:val="26"/>
          <w:szCs w:val="26"/>
        </w:rPr>
        <w:t xml:space="preserve"> 11 gây ra t</w:t>
      </w:r>
      <w:r w:rsidRPr="00185D72">
        <w:rPr>
          <w:rFonts w:ascii="Times New Roman" w:hAnsi="Times New Roman" w:cs="Times New Roman"/>
          <w:sz w:val="26"/>
          <w:szCs w:val="26"/>
        </w:rPr>
        <w:t>ạ</w:t>
      </w:r>
      <w:r w:rsidRPr="00185D72">
        <w:rPr>
          <w:rFonts w:ascii="Times New Roman" w:hAnsi="Times New Roman" w:cs="Times New Roman"/>
          <w:sz w:val="26"/>
          <w:szCs w:val="26"/>
        </w:rPr>
        <w:t>i m</w:t>
      </w:r>
      <w:r w:rsidRPr="00185D72">
        <w:rPr>
          <w:rFonts w:ascii="Times New Roman" w:hAnsi="Times New Roman" w:cs="Times New Roman"/>
          <w:sz w:val="26"/>
          <w:szCs w:val="26"/>
        </w:rPr>
        <w:t>ộ</w:t>
      </w:r>
      <w:r w:rsidRPr="00185D72">
        <w:rPr>
          <w:rFonts w:ascii="Times New Roman" w:hAnsi="Times New Roman" w:cs="Times New Roman"/>
          <w:sz w:val="26"/>
          <w:szCs w:val="26"/>
        </w:rPr>
        <w:t>t s</w:t>
      </w:r>
      <w:r w:rsidRPr="00185D72">
        <w:rPr>
          <w:rFonts w:ascii="Times New Roman" w:hAnsi="Times New Roman" w:cs="Times New Roman"/>
          <w:sz w:val="26"/>
          <w:szCs w:val="26"/>
        </w:rPr>
        <w:t>ố</w:t>
      </w:r>
      <w:r w:rsidRPr="00185D72">
        <w:rPr>
          <w:rFonts w:ascii="Times New Roman" w:hAnsi="Times New Roman" w:cs="Times New Roman"/>
          <w:sz w:val="26"/>
          <w:szCs w:val="26"/>
        </w:rPr>
        <w:t xml:space="preserve"> đ</w:t>
      </w:r>
      <w:r w:rsidRPr="00185D72">
        <w:rPr>
          <w:rFonts w:ascii="Times New Roman" w:hAnsi="Times New Roman" w:cs="Times New Roman"/>
          <w:sz w:val="26"/>
          <w:szCs w:val="26"/>
        </w:rPr>
        <w:t>ị</w:t>
      </w:r>
      <w:r w:rsidRPr="00185D72">
        <w:rPr>
          <w:rFonts w:ascii="Times New Roman" w:hAnsi="Times New Roman" w:cs="Times New Roman"/>
          <w:sz w:val="26"/>
          <w:szCs w:val="26"/>
        </w:rPr>
        <w:t>a phương nơi ngư</w:t>
      </w:r>
      <w:r w:rsidRPr="00185D72">
        <w:rPr>
          <w:rFonts w:ascii="Times New Roman" w:hAnsi="Times New Roman" w:cs="Times New Roman"/>
          <w:sz w:val="26"/>
          <w:szCs w:val="26"/>
        </w:rPr>
        <w:t>ờ</w:t>
      </w:r>
      <w:r w:rsidRPr="00185D72">
        <w:rPr>
          <w:rFonts w:ascii="Times New Roman" w:hAnsi="Times New Roman" w:cs="Times New Roman"/>
          <w:sz w:val="26"/>
          <w:szCs w:val="26"/>
        </w:rPr>
        <w:t>i lao đ</w:t>
      </w:r>
      <w:r w:rsidRPr="00185D72">
        <w:rPr>
          <w:rFonts w:ascii="Times New Roman" w:hAnsi="Times New Roman" w:cs="Times New Roman"/>
          <w:sz w:val="26"/>
          <w:szCs w:val="26"/>
        </w:rPr>
        <w:t>ộ</w:t>
      </w:r>
      <w:r w:rsidRPr="00185D72">
        <w:rPr>
          <w:rFonts w:ascii="Times New Roman" w:hAnsi="Times New Roman" w:cs="Times New Roman"/>
          <w:sz w:val="26"/>
          <w:szCs w:val="26"/>
        </w:rPr>
        <w:t>ng cư trú; nh</w:t>
      </w:r>
      <w:r w:rsidRPr="00185D72">
        <w:rPr>
          <w:rFonts w:ascii="Times New Roman" w:hAnsi="Times New Roman" w:cs="Times New Roman"/>
          <w:sz w:val="26"/>
          <w:szCs w:val="26"/>
        </w:rPr>
        <w:t>ằ</w:t>
      </w:r>
      <w:r w:rsidRPr="00185D72">
        <w:rPr>
          <w:rFonts w:ascii="Times New Roman" w:hAnsi="Times New Roman" w:cs="Times New Roman"/>
          <w:sz w:val="26"/>
          <w:szCs w:val="26"/>
        </w:rPr>
        <w:t>m chia s</w:t>
      </w:r>
      <w:r w:rsidRPr="00185D72">
        <w:rPr>
          <w:rFonts w:ascii="Times New Roman" w:hAnsi="Times New Roman" w:cs="Times New Roman"/>
          <w:sz w:val="26"/>
          <w:szCs w:val="26"/>
        </w:rPr>
        <w:t>ẻ</w:t>
      </w:r>
      <w:r w:rsidRPr="00185D72">
        <w:rPr>
          <w:rFonts w:ascii="Times New Roman" w:hAnsi="Times New Roman" w:cs="Times New Roman"/>
          <w:sz w:val="26"/>
          <w:szCs w:val="26"/>
        </w:rPr>
        <w:t xml:space="preserve"> khó khăn, </w:t>
      </w:r>
      <w:r w:rsidRPr="00185D72">
        <w:rPr>
          <w:rFonts w:ascii="Times New Roman" w:hAnsi="Times New Roman" w:cs="Times New Roman"/>
          <w:sz w:val="26"/>
          <w:szCs w:val="26"/>
        </w:rPr>
        <w:t>ổ</w:t>
      </w:r>
      <w:r w:rsidRPr="00185D72">
        <w:rPr>
          <w:rFonts w:ascii="Times New Roman" w:hAnsi="Times New Roman" w:cs="Times New Roman"/>
          <w:sz w:val="26"/>
          <w:szCs w:val="26"/>
        </w:rPr>
        <w:t>n đ</w:t>
      </w:r>
      <w:r w:rsidRPr="00185D72">
        <w:rPr>
          <w:rFonts w:ascii="Times New Roman" w:hAnsi="Times New Roman" w:cs="Times New Roman"/>
          <w:sz w:val="26"/>
          <w:szCs w:val="26"/>
        </w:rPr>
        <w:t>ị</w:t>
      </w:r>
      <w:r w:rsidRPr="00185D72">
        <w:rPr>
          <w:rFonts w:ascii="Times New Roman" w:hAnsi="Times New Roman" w:cs="Times New Roman"/>
          <w:sz w:val="26"/>
          <w:szCs w:val="26"/>
        </w:rPr>
        <w:t>nh đ</w:t>
      </w:r>
      <w:r w:rsidRPr="00185D72">
        <w:rPr>
          <w:rFonts w:ascii="Times New Roman" w:hAnsi="Times New Roman" w:cs="Times New Roman"/>
          <w:sz w:val="26"/>
          <w:szCs w:val="26"/>
        </w:rPr>
        <w:t>ờ</w:t>
      </w:r>
      <w:r w:rsidRPr="00185D72">
        <w:rPr>
          <w:rFonts w:ascii="Times New Roman" w:hAnsi="Times New Roman" w:cs="Times New Roman"/>
          <w:sz w:val="26"/>
          <w:szCs w:val="26"/>
        </w:rPr>
        <w:t>i s</w:t>
      </w:r>
      <w:r w:rsidRPr="00185D72">
        <w:rPr>
          <w:rFonts w:ascii="Times New Roman" w:hAnsi="Times New Roman" w:cs="Times New Roman"/>
          <w:sz w:val="26"/>
          <w:szCs w:val="26"/>
        </w:rPr>
        <w:t>ố</w:t>
      </w:r>
      <w:r w:rsidRPr="00185D72">
        <w:rPr>
          <w:rFonts w:ascii="Times New Roman" w:hAnsi="Times New Roman" w:cs="Times New Roman"/>
          <w:sz w:val="26"/>
          <w:szCs w:val="26"/>
        </w:rPr>
        <w:t>ng và h</w:t>
      </w:r>
      <w:r w:rsidRPr="00185D72">
        <w:rPr>
          <w:rFonts w:ascii="Times New Roman" w:hAnsi="Times New Roman" w:cs="Times New Roman"/>
          <w:sz w:val="26"/>
          <w:szCs w:val="26"/>
        </w:rPr>
        <w:t>ỗ</w:t>
      </w:r>
      <w:r w:rsidRPr="00185D72">
        <w:rPr>
          <w:rFonts w:ascii="Times New Roman" w:hAnsi="Times New Roman" w:cs="Times New Roman"/>
          <w:sz w:val="26"/>
          <w:szCs w:val="26"/>
        </w:rPr>
        <w:t xml:space="preserve"> tr</w:t>
      </w:r>
      <w:r w:rsidRPr="00185D72">
        <w:rPr>
          <w:rFonts w:ascii="Times New Roman" w:hAnsi="Times New Roman" w:cs="Times New Roman"/>
          <w:sz w:val="26"/>
          <w:szCs w:val="26"/>
        </w:rPr>
        <w:t>ợ</w:t>
      </w:r>
      <w:r w:rsidRPr="00185D72">
        <w:rPr>
          <w:rFonts w:ascii="Times New Roman" w:hAnsi="Times New Roman" w:cs="Times New Roman"/>
          <w:sz w:val="26"/>
          <w:szCs w:val="26"/>
        </w:rPr>
        <w:t xml:space="preserve"> k</w:t>
      </w:r>
      <w:r w:rsidRPr="00185D72">
        <w:rPr>
          <w:rFonts w:ascii="Times New Roman" w:hAnsi="Times New Roman" w:cs="Times New Roman"/>
          <w:sz w:val="26"/>
          <w:szCs w:val="26"/>
        </w:rPr>
        <w:t>ị</w:t>
      </w:r>
      <w:r w:rsidRPr="00185D72">
        <w:rPr>
          <w:rFonts w:ascii="Times New Roman" w:hAnsi="Times New Roman" w:cs="Times New Roman"/>
          <w:sz w:val="26"/>
          <w:szCs w:val="26"/>
        </w:rPr>
        <w:t>p th</w:t>
      </w:r>
      <w:r w:rsidRPr="00185D72">
        <w:rPr>
          <w:rFonts w:ascii="Times New Roman" w:hAnsi="Times New Roman" w:cs="Times New Roman"/>
          <w:sz w:val="26"/>
          <w:szCs w:val="26"/>
        </w:rPr>
        <w:t>ờ</w:t>
      </w:r>
      <w:r w:rsidRPr="00185D72">
        <w:rPr>
          <w:rFonts w:ascii="Times New Roman" w:hAnsi="Times New Roman" w:cs="Times New Roman"/>
          <w:sz w:val="26"/>
          <w:szCs w:val="26"/>
        </w:rPr>
        <w:t>i cho ngư</w:t>
      </w:r>
      <w:r w:rsidRPr="00185D72">
        <w:rPr>
          <w:rFonts w:ascii="Times New Roman" w:hAnsi="Times New Roman" w:cs="Times New Roman"/>
          <w:sz w:val="26"/>
          <w:szCs w:val="26"/>
        </w:rPr>
        <w:t>ờ</w:t>
      </w:r>
      <w:r w:rsidRPr="00185D72">
        <w:rPr>
          <w:rFonts w:ascii="Times New Roman" w:hAnsi="Times New Roman" w:cs="Times New Roman"/>
          <w:sz w:val="26"/>
          <w:szCs w:val="26"/>
        </w:rPr>
        <w:t>i lao đ</w:t>
      </w:r>
      <w:r w:rsidRPr="00185D72">
        <w:rPr>
          <w:rFonts w:ascii="Times New Roman" w:hAnsi="Times New Roman" w:cs="Times New Roman"/>
          <w:sz w:val="26"/>
          <w:szCs w:val="26"/>
        </w:rPr>
        <w:t>ộ</w:t>
      </w:r>
      <w:r w:rsidRPr="00185D72">
        <w:rPr>
          <w:rFonts w:ascii="Times New Roman" w:hAnsi="Times New Roman" w:cs="Times New Roman"/>
          <w:sz w:val="26"/>
          <w:szCs w:val="26"/>
        </w:rPr>
        <w:t>ng b</w:t>
      </w:r>
      <w:r w:rsidRPr="00185D72">
        <w:rPr>
          <w:rFonts w:ascii="Times New Roman" w:hAnsi="Times New Roman" w:cs="Times New Roman"/>
          <w:sz w:val="26"/>
          <w:szCs w:val="26"/>
        </w:rPr>
        <w:t>ị</w:t>
      </w:r>
      <w:r w:rsidRPr="00185D72">
        <w:rPr>
          <w:rFonts w:ascii="Times New Roman" w:hAnsi="Times New Roman" w:cs="Times New Roman"/>
          <w:sz w:val="26"/>
          <w:szCs w:val="26"/>
        </w:rPr>
        <w:t xml:space="preserve"> </w:t>
      </w:r>
      <w:r w:rsidRPr="00185D72">
        <w:rPr>
          <w:rFonts w:ascii="Times New Roman" w:hAnsi="Times New Roman" w:cs="Times New Roman"/>
          <w:sz w:val="26"/>
          <w:szCs w:val="26"/>
        </w:rPr>
        <w:t>ả</w:t>
      </w:r>
      <w:r w:rsidRPr="00185D72">
        <w:rPr>
          <w:rFonts w:ascii="Times New Roman" w:hAnsi="Times New Roman" w:cs="Times New Roman"/>
          <w:sz w:val="26"/>
          <w:szCs w:val="26"/>
        </w:rPr>
        <w:t>nh hư</w:t>
      </w:r>
      <w:r w:rsidRPr="00185D72">
        <w:rPr>
          <w:rFonts w:ascii="Times New Roman" w:hAnsi="Times New Roman" w:cs="Times New Roman"/>
          <w:sz w:val="26"/>
          <w:szCs w:val="26"/>
        </w:rPr>
        <w:t>ở</w:t>
      </w:r>
      <w:r w:rsidRPr="00185D72">
        <w:rPr>
          <w:rFonts w:ascii="Times New Roman" w:hAnsi="Times New Roman" w:cs="Times New Roman"/>
          <w:sz w:val="26"/>
          <w:szCs w:val="26"/>
        </w:rPr>
        <w:t>ng, Ban Giám đ</w:t>
      </w:r>
      <w:r w:rsidRPr="00185D72">
        <w:rPr>
          <w:rFonts w:ascii="Times New Roman" w:hAnsi="Times New Roman" w:cs="Times New Roman"/>
          <w:sz w:val="26"/>
          <w:szCs w:val="26"/>
        </w:rPr>
        <w:t>ố</w:t>
      </w:r>
      <w:r w:rsidRPr="00185D72">
        <w:rPr>
          <w:rFonts w:ascii="Times New Roman" w:hAnsi="Times New Roman" w:cs="Times New Roman"/>
          <w:sz w:val="26"/>
          <w:szCs w:val="26"/>
        </w:rPr>
        <w:t>c Công ty thông báo như sau:</w:t>
      </w:r>
    </w:p>
    <w:p w:rsidR="008549EC" w:rsidRPr="00185D72" w:rsidRDefault="00185D72">
      <w:pPr>
        <w:pStyle w:val="Heading2"/>
        <w:rPr>
          <w:rFonts w:ascii="Times New Roman" w:hAnsi="Times New Roman" w:cs="Times New Roman"/>
          <w:color w:val="auto"/>
        </w:rPr>
      </w:pPr>
      <w:r w:rsidRPr="00185D72">
        <w:rPr>
          <w:rFonts w:ascii="Times New Roman" w:hAnsi="Times New Roman" w:cs="Times New Roman"/>
          <w:color w:val="auto"/>
        </w:rPr>
        <w:t>1. Đ</w:t>
      </w:r>
      <w:r w:rsidRPr="00185D72">
        <w:rPr>
          <w:rFonts w:ascii="Times New Roman" w:hAnsi="Times New Roman" w:cs="Times New Roman"/>
          <w:color w:val="auto"/>
        </w:rPr>
        <w:t>ố</w:t>
      </w:r>
      <w:r w:rsidRPr="00185D72">
        <w:rPr>
          <w:rFonts w:ascii="Times New Roman" w:hAnsi="Times New Roman" w:cs="Times New Roman"/>
          <w:color w:val="auto"/>
        </w:rPr>
        <w:t>i tư</w:t>
      </w:r>
      <w:r w:rsidRPr="00185D72">
        <w:rPr>
          <w:rFonts w:ascii="Times New Roman" w:hAnsi="Times New Roman" w:cs="Times New Roman"/>
          <w:color w:val="auto"/>
        </w:rPr>
        <w:t>ợ</w:t>
      </w:r>
      <w:r w:rsidRPr="00185D72">
        <w:rPr>
          <w:rFonts w:ascii="Times New Roman" w:hAnsi="Times New Roman" w:cs="Times New Roman"/>
          <w:color w:val="auto"/>
        </w:rPr>
        <w:t>ng đư</w:t>
      </w:r>
      <w:r w:rsidRPr="00185D72">
        <w:rPr>
          <w:rFonts w:ascii="Times New Roman" w:hAnsi="Times New Roman" w:cs="Times New Roman"/>
          <w:color w:val="auto"/>
        </w:rPr>
        <w:t>ợ</w:t>
      </w:r>
      <w:r w:rsidRPr="00185D72">
        <w:rPr>
          <w:rFonts w:ascii="Times New Roman" w:hAnsi="Times New Roman" w:cs="Times New Roman"/>
          <w:color w:val="auto"/>
        </w:rPr>
        <w:t>c h</w:t>
      </w:r>
      <w:r w:rsidRPr="00185D72">
        <w:rPr>
          <w:rFonts w:ascii="Times New Roman" w:hAnsi="Times New Roman" w:cs="Times New Roman"/>
          <w:color w:val="auto"/>
        </w:rPr>
        <w:t>ỗ</w:t>
      </w:r>
      <w:r w:rsidRPr="00185D72">
        <w:rPr>
          <w:rFonts w:ascii="Times New Roman" w:hAnsi="Times New Roman" w:cs="Times New Roman"/>
          <w:color w:val="auto"/>
        </w:rPr>
        <w:t xml:space="preserve"> tr</w:t>
      </w:r>
      <w:r w:rsidRPr="00185D72">
        <w:rPr>
          <w:rFonts w:ascii="Times New Roman" w:hAnsi="Times New Roman" w:cs="Times New Roman"/>
          <w:color w:val="auto"/>
        </w:rPr>
        <w:t>ợ</w:t>
      </w:r>
    </w:p>
    <w:p w:rsidR="008549EC" w:rsidRPr="00185D72" w:rsidRDefault="00185D72">
      <w:pPr>
        <w:rPr>
          <w:rFonts w:ascii="Times New Roman" w:hAnsi="Times New Roman" w:cs="Times New Roman"/>
          <w:sz w:val="26"/>
          <w:szCs w:val="26"/>
        </w:rPr>
      </w:pPr>
      <w:r w:rsidRPr="00185D72">
        <w:rPr>
          <w:rFonts w:ascii="Times New Roman" w:hAnsi="Times New Roman" w:cs="Times New Roman"/>
          <w:sz w:val="26"/>
          <w:szCs w:val="26"/>
        </w:rPr>
        <w:t>Ngư</w:t>
      </w:r>
      <w:r w:rsidRPr="00185D72">
        <w:rPr>
          <w:rFonts w:ascii="Times New Roman" w:hAnsi="Times New Roman" w:cs="Times New Roman"/>
          <w:sz w:val="26"/>
          <w:szCs w:val="26"/>
        </w:rPr>
        <w:t>ờ</w:t>
      </w:r>
      <w:r w:rsidRPr="00185D72">
        <w:rPr>
          <w:rFonts w:ascii="Times New Roman" w:hAnsi="Times New Roman" w:cs="Times New Roman"/>
          <w:sz w:val="26"/>
          <w:szCs w:val="26"/>
        </w:rPr>
        <w:t>i lao đ</w:t>
      </w:r>
      <w:r w:rsidRPr="00185D72">
        <w:rPr>
          <w:rFonts w:ascii="Times New Roman" w:hAnsi="Times New Roman" w:cs="Times New Roman"/>
          <w:sz w:val="26"/>
          <w:szCs w:val="26"/>
        </w:rPr>
        <w:t>ộ</w:t>
      </w:r>
      <w:r w:rsidRPr="00185D72">
        <w:rPr>
          <w:rFonts w:ascii="Times New Roman" w:hAnsi="Times New Roman" w:cs="Times New Roman"/>
          <w:sz w:val="26"/>
          <w:szCs w:val="26"/>
        </w:rPr>
        <w:t>ng hi</w:t>
      </w:r>
      <w:r w:rsidRPr="00185D72">
        <w:rPr>
          <w:rFonts w:ascii="Times New Roman" w:hAnsi="Times New Roman" w:cs="Times New Roman"/>
          <w:sz w:val="26"/>
          <w:szCs w:val="26"/>
        </w:rPr>
        <w:t>ệ</w:t>
      </w:r>
      <w:r w:rsidRPr="00185D72">
        <w:rPr>
          <w:rFonts w:ascii="Times New Roman" w:hAnsi="Times New Roman" w:cs="Times New Roman"/>
          <w:sz w:val="26"/>
          <w:szCs w:val="26"/>
        </w:rPr>
        <w:t>n đang làm v</w:t>
      </w:r>
      <w:r w:rsidRPr="00185D72">
        <w:rPr>
          <w:rFonts w:ascii="Times New Roman" w:hAnsi="Times New Roman" w:cs="Times New Roman"/>
          <w:sz w:val="26"/>
          <w:szCs w:val="26"/>
        </w:rPr>
        <w:t>i</w:t>
      </w:r>
      <w:r w:rsidRPr="00185D72">
        <w:rPr>
          <w:rFonts w:ascii="Times New Roman" w:hAnsi="Times New Roman" w:cs="Times New Roman"/>
          <w:sz w:val="26"/>
          <w:szCs w:val="26"/>
        </w:rPr>
        <w:t>ệ</w:t>
      </w:r>
      <w:r w:rsidRPr="00185D72">
        <w:rPr>
          <w:rFonts w:ascii="Times New Roman" w:hAnsi="Times New Roman" w:cs="Times New Roman"/>
          <w:sz w:val="26"/>
          <w:szCs w:val="26"/>
        </w:rPr>
        <w:t>c t</w:t>
      </w:r>
      <w:r w:rsidRPr="00185D72">
        <w:rPr>
          <w:rFonts w:ascii="Times New Roman" w:hAnsi="Times New Roman" w:cs="Times New Roman"/>
          <w:sz w:val="26"/>
          <w:szCs w:val="26"/>
        </w:rPr>
        <w:t>ạ</w:t>
      </w:r>
      <w:r w:rsidRPr="00185D72">
        <w:rPr>
          <w:rFonts w:ascii="Times New Roman" w:hAnsi="Times New Roman" w:cs="Times New Roman"/>
          <w:sz w:val="26"/>
          <w:szCs w:val="26"/>
        </w:rPr>
        <w:t>i Công ty … b</w:t>
      </w:r>
      <w:r w:rsidRPr="00185D72">
        <w:rPr>
          <w:rFonts w:ascii="Times New Roman" w:hAnsi="Times New Roman" w:cs="Times New Roman"/>
          <w:sz w:val="26"/>
          <w:szCs w:val="26"/>
        </w:rPr>
        <w:t>ị</w:t>
      </w:r>
      <w:r w:rsidRPr="00185D72">
        <w:rPr>
          <w:rFonts w:ascii="Times New Roman" w:hAnsi="Times New Roman" w:cs="Times New Roman"/>
          <w:sz w:val="26"/>
          <w:szCs w:val="26"/>
        </w:rPr>
        <w:t xml:space="preserve"> thi</w:t>
      </w:r>
      <w:r w:rsidRPr="00185D72">
        <w:rPr>
          <w:rFonts w:ascii="Times New Roman" w:hAnsi="Times New Roman" w:cs="Times New Roman"/>
          <w:sz w:val="26"/>
          <w:szCs w:val="26"/>
        </w:rPr>
        <w:t>ệ</w:t>
      </w:r>
      <w:r w:rsidRPr="00185D72">
        <w:rPr>
          <w:rFonts w:ascii="Times New Roman" w:hAnsi="Times New Roman" w:cs="Times New Roman"/>
          <w:sz w:val="26"/>
          <w:szCs w:val="26"/>
        </w:rPr>
        <w:t>t h</w:t>
      </w:r>
      <w:r w:rsidRPr="00185D72">
        <w:rPr>
          <w:rFonts w:ascii="Times New Roman" w:hAnsi="Times New Roman" w:cs="Times New Roman"/>
          <w:sz w:val="26"/>
          <w:szCs w:val="26"/>
        </w:rPr>
        <w:t>ạ</w:t>
      </w:r>
      <w:r w:rsidRPr="00185D72">
        <w:rPr>
          <w:rFonts w:ascii="Times New Roman" w:hAnsi="Times New Roman" w:cs="Times New Roman"/>
          <w:sz w:val="26"/>
          <w:szCs w:val="26"/>
        </w:rPr>
        <w:t>i do bão s</w:t>
      </w:r>
      <w:r w:rsidRPr="00185D72">
        <w:rPr>
          <w:rFonts w:ascii="Times New Roman" w:hAnsi="Times New Roman" w:cs="Times New Roman"/>
          <w:sz w:val="26"/>
          <w:szCs w:val="26"/>
        </w:rPr>
        <w:t>ố</w:t>
      </w:r>
      <w:r w:rsidRPr="00185D72">
        <w:rPr>
          <w:rFonts w:ascii="Times New Roman" w:hAnsi="Times New Roman" w:cs="Times New Roman"/>
          <w:sz w:val="26"/>
          <w:szCs w:val="26"/>
        </w:rPr>
        <w:t xml:space="preserve"> 11 gây ra (v</w:t>
      </w:r>
      <w:r w:rsidRPr="00185D72">
        <w:rPr>
          <w:rFonts w:ascii="Times New Roman" w:hAnsi="Times New Roman" w:cs="Times New Roman"/>
          <w:sz w:val="26"/>
          <w:szCs w:val="26"/>
        </w:rPr>
        <w:t>ề</w:t>
      </w:r>
      <w:r w:rsidRPr="00185D72">
        <w:rPr>
          <w:rFonts w:ascii="Times New Roman" w:hAnsi="Times New Roman" w:cs="Times New Roman"/>
          <w:sz w:val="26"/>
          <w:szCs w:val="26"/>
        </w:rPr>
        <w:t xml:space="preserve"> nhà </w:t>
      </w:r>
      <w:r w:rsidRPr="00185D72">
        <w:rPr>
          <w:rFonts w:ascii="Times New Roman" w:hAnsi="Times New Roman" w:cs="Times New Roman"/>
          <w:sz w:val="26"/>
          <w:szCs w:val="26"/>
        </w:rPr>
        <w:t>ở</w:t>
      </w:r>
      <w:r w:rsidRPr="00185D72">
        <w:rPr>
          <w:rFonts w:ascii="Times New Roman" w:hAnsi="Times New Roman" w:cs="Times New Roman"/>
          <w:sz w:val="26"/>
          <w:szCs w:val="26"/>
        </w:rPr>
        <w:t>, tài s</w:t>
      </w:r>
      <w:r w:rsidRPr="00185D72">
        <w:rPr>
          <w:rFonts w:ascii="Times New Roman" w:hAnsi="Times New Roman" w:cs="Times New Roman"/>
          <w:sz w:val="26"/>
          <w:szCs w:val="26"/>
        </w:rPr>
        <w:t>ả</w:t>
      </w:r>
      <w:r w:rsidRPr="00185D72">
        <w:rPr>
          <w:rFonts w:ascii="Times New Roman" w:hAnsi="Times New Roman" w:cs="Times New Roman"/>
          <w:sz w:val="26"/>
          <w:szCs w:val="26"/>
        </w:rPr>
        <w:t>n, gia đình b</w:t>
      </w:r>
      <w:r w:rsidRPr="00185D72">
        <w:rPr>
          <w:rFonts w:ascii="Times New Roman" w:hAnsi="Times New Roman" w:cs="Times New Roman"/>
          <w:sz w:val="26"/>
          <w:szCs w:val="26"/>
        </w:rPr>
        <w:t>ị</w:t>
      </w:r>
      <w:r w:rsidRPr="00185D72">
        <w:rPr>
          <w:rFonts w:ascii="Times New Roman" w:hAnsi="Times New Roman" w:cs="Times New Roman"/>
          <w:sz w:val="26"/>
          <w:szCs w:val="26"/>
        </w:rPr>
        <w:t xml:space="preserve"> </w:t>
      </w:r>
      <w:r w:rsidRPr="00185D72">
        <w:rPr>
          <w:rFonts w:ascii="Times New Roman" w:hAnsi="Times New Roman" w:cs="Times New Roman"/>
          <w:sz w:val="26"/>
          <w:szCs w:val="26"/>
        </w:rPr>
        <w:t>ả</w:t>
      </w:r>
      <w:r w:rsidRPr="00185D72">
        <w:rPr>
          <w:rFonts w:ascii="Times New Roman" w:hAnsi="Times New Roman" w:cs="Times New Roman"/>
          <w:sz w:val="26"/>
          <w:szCs w:val="26"/>
        </w:rPr>
        <w:t>nh hư</w:t>
      </w:r>
      <w:r w:rsidRPr="00185D72">
        <w:rPr>
          <w:rFonts w:ascii="Times New Roman" w:hAnsi="Times New Roman" w:cs="Times New Roman"/>
          <w:sz w:val="26"/>
          <w:szCs w:val="26"/>
        </w:rPr>
        <w:t>ở</w:t>
      </w:r>
      <w:r w:rsidRPr="00185D72">
        <w:rPr>
          <w:rFonts w:ascii="Times New Roman" w:hAnsi="Times New Roman" w:cs="Times New Roman"/>
          <w:sz w:val="26"/>
          <w:szCs w:val="26"/>
        </w:rPr>
        <w:t>ng n</w:t>
      </w:r>
      <w:r w:rsidRPr="00185D72">
        <w:rPr>
          <w:rFonts w:ascii="Times New Roman" w:hAnsi="Times New Roman" w:cs="Times New Roman"/>
          <w:sz w:val="26"/>
          <w:szCs w:val="26"/>
        </w:rPr>
        <w:t>ặ</w:t>
      </w:r>
      <w:r w:rsidRPr="00185D72">
        <w:rPr>
          <w:rFonts w:ascii="Times New Roman" w:hAnsi="Times New Roman" w:cs="Times New Roman"/>
          <w:sz w:val="26"/>
          <w:szCs w:val="26"/>
        </w:rPr>
        <w:t>ng n</w:t>
      </w:r>
      <w:r w:rsidRPr="00185D72">
        <w:rPr>
          <w:rFonts w:ascii="Times New Roman" w:hAnsi="Times New Roman" w:cs="Times New Roman"/>
          <w:sz w:val="26"/>
          <w:szCs w:val="26"/>
        </w:rPr>
        <w:t>ề</w:t>
      </w:r>
      <w:r w:rsidRPr="00185D72">
        <w:rPr>
          <w:rFonts w:ascii="Times New Roman" w:hAnsi="Times New Roman" w:cs="Times New Roman"/>
          <w:sz w:val="26"/>
          <w:szCs w:val="26"/>
        </w:rPr>
        <w:t xml:space="preserve"> ho</w:t>
      </w:r>
      <w:r w:rsidRPr="00185D72">
        <w:rPr>
          <w:rFonts w:ascii="Times New Roman" w:hAnsi="Times New Roman" w:cs="Times New Roman"/>
          <w:sz w:val="26"/>
          <w:szCs w:val="26"/>
        </w:rPr>
        <w:t>ặ</w:t>
      </w:r>
      <w:r w:rsidRPr="00185D72">
        <w:rPr>
          <w:rFonts w:ascii="Times New Roman" w:hAnsi="Times New Roman" w:cs="Times New Roman"/>
          <w:sz w:val="26"/>
          <w:szCs w:val="26"/>
        </w:rPr>
        <w:t>c b</w:t>
      </w:r>
      <w:r w:rsidRPr="00185D72">
        <w:rPr>
          <w:rFonts w:ascii="Times New Roman" w:hAnsi="Times New Roman" w:cs="Times New Roman"/>
          <w:sz w:val="26"/>
          <w:szCs w:val="26"/>
        </w:rPr>
        <w:t>ị</w:t>
      </w:r>
      <w:r w:rsidRPr="00185D72">
        <w:rPr>
          <w:rFonts w:ascii="Times New Roman" w:hAnsi="Times New Roman" w:cs="Times New Roman"/>
          <w:sz w:val="26"/>
          <w:szCs w:val="26"/>
        </w:rPr>
        <w:t xml:space="preserve"> thương tích).</w:t>
      </w:r>
    </w:p>
    <w:p w:rsidR="008549EC" w:rsidRPr="00185D72" w:rsidRDefault="00185D72">
      <w:pPr>
        <w:pStyle w:val="Heading2"/>
        <w:rPr>
          <w:rFonts w:ascii="Times New Roman" w:hAnsi="Times New Roman" w:cs="Times New Roman"/>
          <w:color w:val="auto"/>
        </w:rPr>
      </w:pPr>
      <w:r w:rsidRPr="00185D72">
        <w:rPr>
          <w:rFonts w:ascii="Times New Roman" w:hAnsi="Times New Roman" w:cs="Times New Roman"/>
          <w:color w:val="auto"/>
        </w:rPr>
        <w:t>2. M</w:t>
      </w:r>
      <w:r w:rsidRPr="00185D72">
        <w:rPr>
          <w:rFonts w:ascii="Times New Roman" w:hAnsi="Times New Roman" w:cs="Times New Roman"/>
          <w:color w:val="auto"/>
        </w:rPr>
        <w:t>ứ</w:t>
      </w:r>
      <w:r w:rsidRPr="00185D72">
        <w:rPr>
          <w:rFonts w:ascii="Times New Roman" w:hAnsi="Times New Roman" w:cs="Times New Roman"/>
          <w:color w:val="auto"/>
        </w:rPr>
        <w:t>c và hình th</w:t>
      </w:r>
      <w:r w:rsidRPr="00185D72">
        <w:rPr>
          <w:rFonts w:ascii="Times New Roman" w:hAnsi="Times New Roman" w:cs="Times New Roman"/>
          <w:color w:val="auto"/>
        </w:rPr>
        <w:t>ứ</w:t>
      </w:r>
      <w:r w:rsidRPr="00185D72">
        <w:rPr>
          <w:rFonts w:ascii="Times New Roman" w:hAnsi="Times New Roman" w:cs="Times New Roman"/>
          <w:color w:val="auto"/>
        </w:rPr>
        <w:t>c h</w:t>
      </w:r>
      <w:r w:rsidRPr="00185D72">
        <w:rPr>
          <w:rFonts w:ascii="Times New Roman" w:hAnsi="Times New Roman" w:cs="Times New Roman"/>
          <w:color w:val="auto"/>
        </w:rPr>
        <w:t>ỗ</w:t>
      </w:r>
      <w:r w:rsidRPr="00185D72">
        <w:rPr>
          <w:rFonts w:ascii="Times New Roman" w:hAnsi="Times New Roman" w:cs="Times New Roman"/>
          <w:color w:val="auto"/>
        </w:rPr>
        <w:t xml:space="preserve"> tr</w:t>
      </w:r>
      <w:r w:rsidRPr="00185D72">
        <w:rPr>
          <w:rFonts w:ascii="Times New Roman" w:hAnsi="Times New Roman" w:cs="Times New Roman"/>
          <w:color w:val="auto"/>
        </w:rPr>
        <w:t>ợ</w:t>
      </w:r>
    </w:p>
    <w:p w:rsidR="008549EC" w:rsidRPr="00185D72" w:rsidRDefault="00185D72">
      <w:pPr>
        <w:rPr>
          <w:rFonts w:ascii="Times New Roman" w:hAnsi="Times New Roman" w:cs="Times New Roman"/>
          <w:sz w:val="26"/>
          <w:szCs w:val="26"/>
        </w:rPr>
      </w:pPr>
      <w:r w:rsidRPr="00185D72">
        <w:rPr>
          <w:rFonts w:ascii="Times New Roman" w:hAnsi="Times New Roman" w:cs="Times New Roman"/>
          <w:sz w:val="26"/>
          <w:szCs w:val="26"/>
        </w:rPr>
        <w:t>• M</w:t>
      </w:r>
      <w:r w:rsidRPr="00185D72">
        <w:rPr>
          <w:rFonts w:ascii="Times New Roman" w:hAnsi="Times New Roman" w:cs="Times New Roman"/>
          <w:sz w:val="26"/>
          <w:szCs w:val="26"/>
        </w:rPr>
        <w:t>ứ</w:t>
      </w:r>
      <w:r w:rsidRPr="00185D72">
        <w:rPr>
          <w:rFonts w:ascii="Times New Roman" w:hAnsi="Times New Roman" w:cs="Times New Roman"/>
          <w:sz w:val="26"/>
          <w:szCs w:val="26"/>
        </w:rPr>
        <w:t>c h</w:t>
      </w:r>
      <w:r w:rsidRPr="00185D72">
        <w:rPr>
          <w:rFonts w:ascii="Times New Roman" w:hAnsi="Times New Roman" w:cs="Times New Roman"/>
          <w:sz w:val="26"/>
          <w:szCs w:val="26"/>
        </w:rPr>
        <w:t>ỗ</w:t>
      </w:r>
      <w:r w:rsidRPr="00185D72">
        <w:rPr>
          <w:rFonts w:ascii="Times New Roman" w:hAnsi="Times New Roman" w:cs="Times New Roman"/>
          <w:sz w:val="26"/>
          <w:szCs w:val="26"/>
        </w:rPr>
        <w:t xml:space="preserve"> tr</w:t>
      </w:r>
      <w:r w:rsidRPr="00185D72">
        <w:rPr>
          <w:rFonts w:ascii="Times New Roman" w:hAnsi="Times New Roman" w:cs="Times New Roman"/>
          <w:sz w:val="26"/>
          <w:szCs w:val="26"/>
        </w:rPr>
        <w:t>ợ</w:t>
      </w:r>
      <w:r w:rsidRPr="00185D72">
        <w:rPr>
          <w:rFonts w:ascii="Times New Roman" w:hAnsi="Times New Roman" w:cs="Times New Roman"/>
          <w:sz w:val="26"/>
          <w:szCs w:val="26"/>
        </w:rPr>
        <w:t xml:space="preserve"> tùy m</w:t>
      </w:r>
      <w:r w:rsidRPr="00185D72">
        <w:rPr>
          <w:rFonts w:ascii="Times New Roman" w:hAnsi="Times New Roman" w:cs="Times New Roman"/>
          <w:sz w:val="26"/>
          <w:szCs w:val="26"/>
        </w:rPr>
        <w:t>ứ</w:t>
      </w:r>
      <w:r w:rsidRPr="00185D72">
        <w:rPr>
          <w:rFonts w:ascii="Times New Roman" w:hAnsi="Times New Roman" w:cs="Times New Roman"/>
          <w:sz w:val="26"/>
          <w:szCs w:val="26"/>
        </w:rPr>
        <w:t>c đ</w:t>
      </w:r>
      <w:r w:rsidRPr="00185D72">
        <w:rPr>
          <w:rFonts w:ascii="Times New Roman" w:hAnsi="Times New Roman" w:cs="Times New Roman"/>
          <w:sz w:val="26"/>
          <w:szCs w:val="26"/>
        </w:rPr>
        <w:t>ộ</w:t>
      </w:r>
      <w:r w:rsidRPr="00185D72">
        <w:rPr>
          <w:rFonts w:ascii="Times New Roman" w:hAnsi="Times New Roman" w:cs="Times New Roman"/>
          <w:sz w:val="26"/>
          <w:szCs w:val="26"/>
        </w:rPr>
        <w:t xml:space="preserve"> thi</w:t>
      </w:r>
      <w:r w:rsidRPr="00185D72">
        <w:rPr>
          <w:rFonts w:ascii="Times New Roman" w:hAnsi="Times New Roman" w:cs="Times New Roman"/>
          <w:sz w:val="26"/>
          <w:szCs w:val="26"/>
        </w:rPr>
        <w:t>ệ</w:t>
      </w:r>
      <w:r w:rsidRPr="00185D72">
        <w:rPr>
          <w:rFonts w:ascii="Times New Roman" w:hAnsi="Times New Roman" w:cs="Times New Roman"/>
          <w:sz w:val="26"/>
          <w:szCs w:val="26"/>
        </w:rPr>
        <w:t>t h</w:t>
      </w:r>
      <w:r w:rsidRPr="00185D72">
        <w:rPr>
          <w:rFonts w:ascii="Times New Roman" w:hAnsi="Times New Roman" w:cs="Times New Roman"/>
          <w:sz w:val="26"/>
          <w:szCs w:val="26"/>
        </w:rPr>
        <w:t>ạ</w:t>
      </w:r>
      <w:r w:rsidRPr="00185D72">
        <w:rPr>
          <w:rFonts w:ascii="Times New Roman" w:hAnsi="Times New Roman" w:cs="Times New Roman"/>
          <w:sz w:val="26"/>
          <w:szCs w:val="26"/>
        </w:rPr>
        <w:t>i, d</w:t>
      </w:r>
      <w:r w:rsidRPr="00185D72">
        <w:rPr>
          <w:rFonts w:ascii="Times New Roman" w:hAnsi="Times New Roman" w:cs="Times New Roman"/>
          <w:sz w:val="26"/>
          <w:szCs w:val="26"/>
        </w:rPr>
        <w:t>ự</w:t>
      </w:r>
      <w:r w:rsidRPr="00185D72">
        <w:rPr>
          <w:rFonts w:ascii="Times New Roman" w:hAnsi="Times New Roman" w:cs="Times New Roman"/>
          <w:sz w:val="26"/>
          <w:szCs w:val="26"/>
        </w:rPr>
        <w:t xml:space="preserve"> ki</w:t>
      </w:r>
      <w:r w:rsidRPr="00185D72">
        <w:rPr>
          <w:rFonts w:ascii="Times New Roman" w:hAnsi="Times New Roman" w:cs="Times New Roman"/>
          <w:sz w:val="26"/>
          <w:szCs w:val="26"/>
        </w:rPr>
        <w:t>ế</w:t>
      </w:r>
      <w:r w:rsidRPr="00185D72">
        <w:rPr>
          <w:rFonts w:ascii="Times New Roman" w:hAnsi="Times New Roman" w:cs="Times New Roman"/>
          <w:sz w:val="26"/>
          <w:szCs w:val="26"/>
        </w:rPr>
        <w:t>n:</w:t>
      </w:r>
      <w:r w:rsidRPr="00185D72">
        <w:rPr>
          <w:rFonts w:ascii="Times New Roman" w:hAnsi="Times New Roman" w:cs="Times New Roman"/>
          <w:sz w:val="26"/>
          <w:szCs w:val="26"/>
        </w:rPr>
        <w:br/>
        <w:t> + T</w:t>
      </w:r>
      <w:r w:rsidRPr="00185D72">
        <w:rPr>
          <w:rFonts w:ascii="Times New Roman" w:hAnsi="Times New Roman" w:cs="Times New Roman"/>
          <w:sz w:val="26"/>
          <w:szCs w:val="26"/>
        </w:rPr>
        <w:t>ừ</w:t>
      </w:r>
      <w:r w:rsidRPr="00185D72">
        <w:rPr>
          <w:rFonts w:ascii="Times New Roman" w:hAnsi="Times New Roman" w:cs="Times New Roman"/>
          <w:sz w:val="26"/>
          <w:szCs w:val="26"/>
        </w:rPr>
        <w:t xml:space="preserve"> 1.000.000 đ</w:t>
      </w:r>
      <w:r w:rsidRPr="00185D72">
        <w:rPr>
          <w:rFonts w:ascii="Times New Roman" w:hAnsi="Times New Roman" w:cs="Times New Roman"/>
          <w:sz w:val="26"/>
          <w:szCs w:val="26"/>
        </w:rPr>
        <w:t>ế</w:t>
      </w:r>
      <w:r w:rsidRPr="00185D72">
        <w:rPr>
          <w:rFonts w:ascii="Times New Roman" w:hAnsi="Times New Roman" w:cs="Times New Roman"/>
          <w:sz w:val="26"/>
          <w:szCs w:val="26"/>
        </w:rPr>
        <w:t>n 5.000.000 đ/ngư</w:t>
      </w:r>
      <w:r w:rsidRPr="00185D72">
        <w:rPr>
          <w:rFonts w:ascii="Times New Roman" w:hAnsi="Times New Roman" w:cs="Times New Roman"/>
          <w:sz w:val="26"/>
          <w:szCs w:val="26"/>
        </w:rPr>
        <w:t>ờ</w:t>
      </w:r>
      <w:r w:rsidRPr="00185D72">
        <w:rPr>
          <w:rFonts w:ascii="Times New Roman" w:hAnsi="Times New Roman" w:cs="Times New Roman"/>
          <w:sz w:val="26"/>
          <w:szCs w:val="26"/>
        </w:rPr>
        <w:t>i, ho</w:t>
      </w:r>
      <w:r w:rsidRPr="00185D72">
        <w:rPr>
          <w:rFonts w:ascii="Times New Roman" w:hAnsi="Times New Roman" w:cs="Times New Roman"/>
          <w:sz w:val="26"/>
          <w:szCs w:val="26"/>
        </w:rPr>
        <w:t>ặ</w:t>
      </w:r>
      <w:r w:rsidRPr="00185D72">
        <w:rPr>
          <w:rFonts w:ascii="Times New Roman" w:hAnsi="Times New Roman" w:cs="Times New Roman"/>
          <w:sz w:val="26"/>
          <w:szCs w:val="26"/>
        </w:rPr>
        <w:t>c cao hơn n</w:t>
      </w:r>
      <w:r w:rsidRPr="00185D72">
        <w:rPr>
          <w:rFonts w:ascii="Times New Roman" w:hAnsi="Times New Roman" w:cs="Times New Roman"/>
          <w:sz w:val="26"/>
          <w:szCs w:val="26"/>
        </w:rPr>
        <w:t>ế</w:t>
      </w:r>
      <w:r w:rsidRPr="00185D72">
        <w:rPr>
          <w:rFonts w:ascii="Times New Roman" w:hAnsi="Times New Roman" w:cs="Times New Roman"/>
          <w:sz w:val="26"/>
          <w:szCs w:val="26"/>
        </w:rPr>
        <w:t>u có xác</w:t>
      </w:r>
      <w:r w:rsidRPr="00185D72">
        <w:rPr>
          <w:rFonts w:ascii="Times New Roman" w:hAnsi="Times New Roman" w:cs="Times New Roman"/>
          <w:sz w:val="26"/>
          <w:szCs w:val="26"/>
        </w:rPr>
        <w:t xml:space="preserve"> nh</w:t>
      </w:r>
      <w:r w:rsidRPr="00185D72">
        <w:rPr>
          <w:rFonts w:ascii="Times New Roman" w:hAnsi="Times New Roman" w:cs="Times New Roman"/>
          <w:sz w:val="26"/>
          <w:szCs w:val="26"/>
        </w:rPr>
        <w:t>ậ</w:t>
      </w:r>
      <w:r w:rsidRPr="00185D72">
        <w:rPr>
          <w:rFonts w:ascii="Times New Roman" w:hAnsi="Times New Roman" w:cs="Times New Roman"/>
          <w:sz w:val="26"/>
          <w:szCs w:val="26"/>
        </w:rPr>
        <w:t>n thi</w:t>
      </w:r>
      <w:r w:rsidRPr="00185D72">
        <w:rPr>
          <w:rFonts w:ascii="Times New Roman" w:hAnsi="Times New Roman" w:cs="Times New Roman"/>
          <w:sz w:val="26"/>
          <w:szCs w:val="26"/>
        </w:rPr>
        <w:t>ệ</w:t>
      </w:r>
      <w:r w:rsidRPr="00185D72">
        <w:rPr>
          <w:rFonts w:ascii="Times New Roman" w:hAnsi="Times New Roman" w:cs="Times New Roman"/>
          <w:sz w:val="26"/>
          <w:szCs w:val="26"/>
        </w:rPr>
        <w:t>t h</w:t>
      </w:r>
      <w:r w:rsidRPr="00185D72">
        <w:rPr>
          <w:rFonts w:ascii="Times New Roman" w:hAnsi="Times New Roman" w:cs="Times New Roman"/>
          <w:sz w:val="26"/>
          <w:szCs w:val="26"/>
        </w:rPr>
        <w:t>ạ</w:t>
      </w:r>
      <w:r w:rsidRPr="00185D72">
        <w:rPr>
          <w:rFonts w:ascii="Times New Roman" w:hAnsi="Times New Roman" w:cs="Times New Roman"/>
          <w:sz w:val="26"/>
          <w:szCs w:val="26"/>
        </w:rPr>
        <w:t>i nghiêm tr</w:t>
      </w:r>
      <w:r w:rsidRPr="00185D72">
        <w:rPr>
          <w:rFonts w:ascii="Times New Roman" w:hAnsi="Times New Roman" w:cs="Times New Roman"/>
          <w:sz w:val="26"/>
          <w:szCs w:val="26"/>
        </w:rPr>
        <w:t>ọ</w:t>
      </w:r>
      <w:r w:rsidRPr="00185D72">
        <w:rPr>
          <w:rFonts w:ascii="Times New Roman" w:hAnsi="Times New Roman" w:cs="Times New Roman"/>
          <w:sz w:val="26"/>
          <w:szCs w:val="26"/>
        </w:rPr>
        <w:t>ng.</w:t>
      </w:r>
      <w:r w:rsidRPr="00185D72">
        <w:rPr>
          <w:rFonts w:ascii="Times New Roman" w:hAnsi="Times New Roman" w:cs="Times New Roman"/>
          <w:sz w:val="26"/>
          <w:szCs w:val="26"/>
        </w:rPr>
        <w:br/>
        <w:t> + Có th</w:t>
      </w:r>
      <w:r w:rsidRPr="00185D72">
        <w:rPr>
          <w:rFonts w:ascii="Times New Roman" w:hAnsi="Times New Roman" w:cs="Times New Roman"/>
          <w:sz w:val="26"/>
          <w:szCs w:val="26"/>
        </w:rPr>
        <w:t>ể</w:t>
      </w:r>
      <w:r w:rsidRPr="00185D72">
        <w:rPr>
          <w:rFonts w:ascii="Times New Roman" w:hAnsi="Times New Roman" w:cs="Times New Roman"/>
          <w:sz w:val="26"/>
          <w:szCs w:val="26"/>
        </w:rPr>
        <w:t xml:space="preserve"> h</w:t>
      </w:r>
      <w:r w:rsidRPr="00185D72">
        <w:rPr>
          <w:rFonts w:ascii="Times New Roman" w:hAnsi="Times New Roman" w:cs="Times New Roman"/>
          <w:sz w:val="26"/>
          <w:szCs w:val="26"/>
        </w:rPr>
        <w:t>ỗ</w:t>
      </w:r>
      <w:r w:rsidRPr="00185D72">
        <w:rPr>
          <w:rFonts w:ascii="Times New Roman" w:hAnsi="Times New Roman" w:cs="Times New Roman"/>
          <w:sz w:val="26"/>
          <w:szCs w:val="26"/>
        </w:rPr>
        <w:t xml:space="preserve"> tr</w:t>
      </w:r>
      <w:r w:rsidRPr="00185D72">
        <w:rPr>
          <w:rFonts w:ascii="Times New Roman" w:hAnsi="Times New Roman" w:cs="Times New Roman"/>
          <w:sz w:val="26"/>
          <w:szCs w:val="26"/>
        </w:rPr>
        <w:t>ợ</w:t>
      </w:r>
      <w:r w:rsidRPr="00185D72">
        <w:rPr>
          <w:rFonts w:ascii="Times New Roman" w:hAnsi="Times New Roman" w:cs="Times New Roman"/>
          <w:sz w:val="26"/>
          <w:szCs w:val="26"/>
        </w:rPr>
        <w:t xml:space="preserve"> b</w:t>
      </w:r>
      <w:r w:rsidRPr="00185D72">
        <w:rPr>
          <w:rFonts w:ascii="Times New Roman" w:hAnsi="Times New Roman" w:cs="Times New Roman"/>
          <w:sz w:val="26"/>
          <w:szCs w:val="26"/>
        </w:rPr>
        <w:t>ằ</w:t>
      </w:r>
      <w:r w:rsidRPr="00185D72">
        <w:rPr>
          <w:rFonts w:ascii="Times New Roman" w:hAnsi="Times New Roman" w:cs="Times New Roman"/>
          <w:sz w:val="26"/>
          <w:szCs w:val="26"/>
        </w:rPr>
        <w:t>ng ti</w:t>
      </w:r>
      <w:r w:rsidRPr="00185D72">
        <w:rPr>
          <w:rFonts w:ascii="Times New Roman" w:hAnsi="Times New Roman" w:cs="Times New Roman"/>
          <w:sz w:val="26"/>
          <w:szCs w:val="26"/>
        </w:rPr>
        <w:t>ề</w:t>
      </w:r>
      <w:r w:rsidRPr="00185D72">
        <w:rPr>
          <w:rFonts w:ascii="Times New Roman" w:hAnsi="Times New Roman" w:cs="Times New Roman"/>
          <w:sz w:val="26"/>
          <w:szCs w:val="26"/>
        </w:rPr>
        <w:t>n m</w:t>
      </w:r>
      <w:r w:rsidRPr="00185D72">
        <w:rPr>
          <w:rFonts w:ascii="Times New Roman" w:hAnsi="Times New Roman" w:cs="Times New Roman"/>
          <w:sz w:val="26"/>
          <w:szCs w:val="26"/>
        </w:rPr>
        <w:t>ặ</w:t>
      </w:r>
      <w:r w:rsidRPr="00185D72">
        <w:rPr>
          <w:rFonts w:ascii="Times New Roman" w:hAnsi="Times New Roman" w:cs="Times New Roman"/>
          <w:sz w:val="26"/>
          <w:szCs w:val="26"/>
        </w:rPr>
        <w:t>t, hi</w:t>
      </w:r>
      <w:r w:rsidRPr="00185D72">
        <w:rPr>
          <w:rFonts w:ascii="Times New Roman" w:hAnsi="Times New Roman" w:cs="Times New Roman"/>
          <w:sz w:val="26"/>
          <w:szCs w:val="26"/>
        </w:rPr>
        <w:t>ệ</w:t>
      </w:r>
      <w:r w:rsidRPr="00185D72">
        <w:rPr>
          <w:rFonts w:ascii="Times New Roman" w:hAnsi="Times New Roman" w:cs="Times New Roman"/>
          <w:sz w:val="26"/>
          <w:szCs w:val="26"/>
        </w:rPr>
        <w:t>n v</w:t>
      </w:r>
      <w:r w:rsidRPr="00185D72">
        <w:rPr>
          <w:rFonts w:ascii="Times New Roman" w:hAnsi="Times New Roman" w:cs="Times New Roman"/>
          <w:sz w:val="26"/>
          <w:szCs w:val="26"/>
        </w:rPr>
        <w:t>ậ</w:t>
      </w:r>
      <w:r w:rsidRPr="00185D72">
        <w:rPr>
          <w:rFonts w:ascii="Times New Roman" w:hAnsi="Times New Roman" w:cs="Times New Roman"/>
          <w:sz w:val="26"/>
          <w:szCs w:val="26"/>
        </w:rPr>
        <w:t>t ho</w:t>
      </w:r>
      <w:r w:rsidRPr="00185D72">
        <w:rPr>
          <w:rFonts w:ascii="Times New Roman" w:hAnsi="Times New Roman" w:cs="Times New Roman"/>
          <w:sz w:val="26"/>
          <w:szCs w:val="26"/>
        </w:rPr>
        <w:t>ặ</w:t>
      </w:r>
      <w:r w:rsidRPr="00185D72">
        <w:rPr>
          <w:rFonts w:ascii="Times New Roman" w:hAnsi="Times New Roman" w:cs="Times New Roman"/>
          <w:sz w:val="26"/>
          <w:szCs w:val="26"/>
        </w:rPr>
        <w:t>c t</w:t>
      </w:r>
      <w:r w:rsidRPr="00185D72">
        <w:rPr>
          <w:rFonts w:ascii="Times New Roman" w:hAnsi="Times New Roman" w:cs="Times New Roman"/>
          <w:sz w:val="26"/>
          <w:szCs w:val="26"/>
        </w:rPr>
        <w:t>ạ</w:t>
      </w:r>
      <w:r w:rsidRPr="00185D72">
        <w:rPr>
          <w:rFonts w:ascii="Times New Roman" w:hAnsi="Times New Roman" w:cs="Times New Roman"/>
          <w:sz w:val="26"/>
          <w:szCs w:val="26"/>
        </w:rPr>
        <w:t xml:space="preserve">m </w:t>
      </w:r>
      <w:r w:rsidRPr="00185D72">
        <w:rPr>
          <w:rFonts w:ascii="Times New Roman" w:hAnsi="Times New Roman" w:cs="Times New Roman"/>
          <w:sz w:val="26"/>
          <w:szCs w:val="26"/>
        </w:rPr>
        <w:t>ứ</w:t>
      </w:r>
      <w:r w:rsidRPr="00185D72">
        <w:rPr>
          <w:rFonts w:ascii="Times New Roman" w:hAnsi="Times New Roman" w:cs="Times New Roman"/>
          <w:sz w:val="26"/>
          <w:szCs w:val="26"/>
        </w:rPr>
        <w:t>ng lương tháng ti</w:t>
      </w:r>
      <w:r w:rsidRPr="00185D72">
        <w:rPr>
          <w:rFonts w:ascii="Times New Roman" w:hAnsi="Times New Roman" w:cs="Times New Roman"/>
          <w:sz w:val="26"/>
          <w:szCs w:val="26"/>
        </w:rPr>
        <w:t>ế</w:t>
      </w:r>
      <w:r w:rsidRPr="00185D72">
        <w:rPr>
          <w:rFonts w:ascii="Times New Roman" w:hAnsi="Times New Roman" w:cs="Times New Roman"/>
          <w:sz w:val="26"/>
          <w:szCs w:val="26"/>
        </w:rPr>
        <w:t>p theo.</w:t>
      </w:r>
    </w:p>
    <w:p w:rsidR="008549EC" w:rsidRPr="00185D72" w:rsidRDefault="00185D72">
      <w:pPr>
        <w:pStyle w:val="Heading2"/>
        <w:rPr>
          <w:rFonts w:ascii="Times New Roman" w:hAnsi="Times New Roman" w:cs="Times New Roman"/>
          <w:color w:val="auto"/>
        </w:rPr>
      </w:pPr>
      <w:r w:rsidRPr="00185D72">
        <w:rPr>
          <w:rFonts w:ascii="Times New Roman" w:hAnsi="Times New Roman" w:cs="Times New Roman"/>
          <w:color w:val="auto"/>
        </w:rPr>
        <w:t>3. H</w:t>
      </w:r>
      <w:r w:rsidRPr="00185D72">
        <w:rPr>
          <w:rFonts w:ascii="Times New Roman" w:hAnsi="Times New Roman" w:cs="Times New Roman"/>
          <w:color w:val="auto"/>
        </w:rPr>
        <w:t>ồ</w:t>
      </w:r>
      <w:r w:rsidRPr="00185D72">
        <w:rPr>
          <w:rFonts w:ascii="Times New Roman" w:hAnsi="Times New Roman" w:cs="Times New Roman"/>
          <w:color w:val="auto"/>
        </w:rPr>
        <w:t xml:space="preserve"> sơ xét h</w:t>
      </w:r>
      <w:r w:rsidRPr="00185D72">
        <w:rPr>
          <w:rFonts w:ascii="Times New Roman" w:hAnsi="Times New Roman" w:cs="Times New Roman"/>
          <w:color w:val="auto"/>
        </w:rPr>
        <w:t>ỗ</w:t>
      </w:r>
      <w:r w:rsidRPr="00185D72">
        <w:rPr>
          <w:rFonts w:ascii="Times New Roman" w:hAnsi="Times New Roman" w:cs="Times New Roman"/>
          <w:color w:val="auto"/>
        </w:rPr>
        <w:t xml:space="preserve"> tr</w:t>
      </w:r>
      <w:r w:rsidRPr="00185D72">
        <w:rPr>
          <w:rFonts w:ascii="Times New Roman" w:hAnsi="Times New Roman" w:cs="Times New Roman"/>
          <w:color w:val="auto"/>
        </w:rPr>
        <w:t>ợ</w:t>
      </w:r>
    </w:p>
    <w:p w:rsidR="008549EC" w:rsidRPr="00185D72" w:rsidRDefault="00185D72">
      <w:pPr>
        <w:rPr>
          <w:rFonts w:ascii="Times New Roman" w:hAnsi="Times New Roman" w:cs="Times New Roman"/>
          <w:sz w:val="26"/>
          <w:szCs w:val="26"/>
        </w:rPr>
      </w:pPr>
      <w:r w:rsidRPr="00185D72">
        <w:rPr>
          <w:rFonts w:ascii="Times New Roman" w:hAnsi="Times New Roman" w:cs="Times New Roman"/>
          <w:sz w:val="26"/>
          <w:szCs w:val="26"/>
        </w:rPr>
        <w:t>Ngư</w:t>
      </w:r>
      <w:r w:rsidRPr="00185D72">
        <w:rPr>
          <w:rFonts w:ascii="Times New Roman" w:hAnsi="Times New Roman" w:cs="Times New Roman"/>
          <w:sz w:val="26"/>
          <w:szCs w:val="26"/>
        </w:rPr>
        <w:t>ờ</w:t>
      </w:r>
      <w:r w:rsidRPr="00185D72">
        <w:rPr>
          <w:rFonts w:ascii="Times New Roman" w:hAnsi="Times New Roman" w:cs="Times New Roman"/>
          <w:sz w:val="26"/>
          <w:szCs w:val="26"/>
        </w:rPr>
        <w:t>i lao đ</w:t>
      </w:r>
      <w:r w:rsidRPr="00185D72">
        <w:rPr>
          <w:rFonts w:ascii="Times New Roman" w:hAnsi="Times New Roman" w:cs="Times New Roman"/>
          <w:sz w:val="26"/>
          <w:szCs w:val="26"/>
        </w:rPr>
        <w:t>ộ</w:t>
      </w:r>
      <w:r w:rsidRPr="00185D72">
        <w:rPr>
          <w:rFonts w:ascii="Times New Roman" w:hAnsi="Times New Roman" w:cs="Times New Roman"/>
          <w:sz w:val="26"/>
          <w:szCs w:val="26"/>
        </w:rPr>
        <w:t>ng n</w:t>
      </w:r>
      <w:r w:rsidRPr="00185D72">
        <w:rPr>
          <w:rFonts w:ascii="Times New Roman" w:hAnsi="Times New Roman" w:cs="Times New Roman"/>
          <w:sz w:val="26"/>
          <w:szCs w:val="26"/>
        </w:rPr>
        <w:t>ộ</w:t>
      </w:r>
      <w:r w:rsidRPr="00185D72">
        <w:rPr>
          <w:rFonts w:ascii="Times New Roman" w:hAnsi="Times New Roman" w:cs="Times New Roman"/>
          <w:sz w:val="26"/>
          <w:szCs w:val="26"/>
        </w:rPr>
        <w:t>p đơn đ</w:t>
      </w:r>
      <w:r w:rsidRPr="00185D72">
        <w:rPr>
          <w:rFonts w:ascii="Times New Roman" w:hAnsi="Times New Roman" w:cs="Times New Roman"/>
          <w:sz w:val="26"/>
          <w:szCs w:val="26"/>
        </w:rPr>
        <w:t>ề</w:t>
      </w:r>
      <w:r w:rsidRPr="00185D72">
        <w:rPr>
          <w:rFonts w:ascii="Times New Roman" w:hAnsi="Times New Roman" w:cs="Times New Roman"/>
          <w:sz w:val="26"/>
          <w:szCs w:val="26"/>
        </w:rPr>
        <w:t xml:space="preserve"> ngh</w:t>
      </w:r>
      <w:r w:rsidRPr="00185D72">
        <w:rPr>
          <w:rFonts w:ascii="Times New Roman" w:hAnsi="Times New Roman" w:cs="Times New Roman"/>
          <w:sz w:val="26"/>
          <w:szCs w:val="26"/>
        </w:rPr>
        <w:t>ị</w:t>
      </w:r>
      <w:r w:rsidRPr="00185D72">
        <w:rPr>
          <w:rFonts w:ascii="Times New Roman" w:hAnsi="Times New Roman" w:cs="Times New Roman"/>
          <w:sz w:val="26"/>
          <w:szCs w:val="26"/>
        </w:rPr>
        <w:t xml:space="preserve"> h</w:t>
      </w:r>
      <w:r w:rsidRPr="00185D72">
        <w:rPr>
          <w:rFonts w:ascii="Times New Roman" w:hAnsi="Times New Roman" w:cs="Times New Roman"/>
          <w:sz w:val="26"/>
          <w:szCs w:val="26"/>
        </w:rPr>
        <w:t>ỗ</w:t>
      </w:r>
      <w:r w:rsidRPr="00185D72">
        <w:rPr>
          <w:rFonts w:ascii="Times New Roman" w:hAnsi="Times New Roman" w:cs="Times New Roman"/>
          <w:sz w:val="26"/>
          <w:szCs w:val="26"/>
        </w:rPr>
        <w:t xml:space="preserve"> tr</w:t>
      </w:r>
      <w:r w:rsidRPr="00185D72">
        <w:rPr>
          <w:rFonts w:ascii="Times New Roman" w:hAnsi="Times New Roman" w:cs="Times New Roman"/>
          <w:sz w:val="26"/>
          <w:szCs w:val="26"/>
        </w:rPr>
        <w:t>ợ</w:t>
      </w:r>
      <w:r w:rsidRPr="00185D72">
        <w:rPr>
          <w:rFonts w:ascii="Times New Roman" w:hAnsi="Times New Roman" w:cs="Times New Roman"/>
          <w:sz w:val="26"/>
          <w:szCs w:val="26"/>
        </w:rPr>
        <w:t xml:space="preserve"> kèm theo:</w:t>
      </w:r>
      <w:r w:rsidRPr="00185D72">
        <w:rPr>
          <w:rFonts w:ascii="Times New Roman" w:hAnsi="Times New Roman" w:cs="Times New Roman"/>
          <w:sz w:val="26"/>
          <w:szCs w:val="26"/>
        </w:rPr>
        <w:br/>
        <w:t>- B</w:t>
      </w:r>
      <w:r w:rsidRPr="00185D72">
        <w:rPr>
          <w:rFonts w:ascii="Times New Roman" w:hAnsi="Times New Roman" w:cs="Times New Roman"/>
          <w:sz w:val="26"/>
          <w:szCs w:val="26"/>
        </w:rPr>
        <w:t>ả</w:t>
      </w:r>
      <w:r w:rsidRPr="00185D72">
        <w:rPr>
          <w:rFonts w:ascii="Times New Roman" w:hAnsi="Times New Roman" w:cs="Times New Roman"/>
          <w:sz w:val="26"/>
          <w:szCs w:val="26"/>
        </w:rPr>
        <w:t>n xác nh</w:t>
      </w:r>
      <w:r w:rsidRPr="00185D72">
        <w:rPr>
          <w:rFonts w:ascii="Times New Roman" w:hAnsi="Times New Roman" w:cs="Times New Roman"/>
          <w:sz w:val="26"/>
          <w:szCs w:val="26"/>
        </w:rPr>
        <w:t>ậ</w:t>
      </w:r>
      <w:r w:rsidRPr="00185D72">
        <w:rPr>
          <w:rFonts w:ascii="Times New Roman" w:hAnsi="Times New Roman" w:cs="Times New Roman"/>
          <w:sz w:val="26"/>
          <w:szCs w:val="26"/>
        </w:rPr>
        <w:t>n thi</w:t>
      </w:r>
      <w:r w:rsidRPr="00185D72">
        <w:rPr>
          <w:rFonts w:ascii="Times New Roman" w:hAnsi="Times New Roman" w:cs="Times New Roman"/>
          <w:sz w:val="26"/>
          <w:szCs w:val="26"/>
        </w:rPr>
        <w:t>ệ</w:t>
      </w:r>
      <w:r w:rsidRPr="00185D72">
        <w:rPr>
          <w:rFonts w:ascii="Times New Roman" w:hAnsi="Times New Roman" w:cs="Times New Roman"/>
          <w:sz w:val="26"/>
          <w:szCs w:val="26"/>
        </w:rPr>
        <w:t>t h</w:t>
      </w:r>
      <w:r w:rsidRPr="00185D72">
        <w:rPr>
          <w:rFonts w:ascii="Times New Roman" w:hAnsi="Times New Roman" w:cs="Times New Roman"/>
          <w:sz w:val="26"/>
          <w:szCs w:val="26"/>
        </w:rPr>
        <w:t>ạ</w:t>
      </w:r>
      <w:r w:rsidRPr="00185D72">
        <w:rPr>
          <w:rFonts w:ascii="Times New Roman" w:hAnsi="Times New Roman" w:cs="Times New Roman"/>
          <w:sz w:val="26"/>
          <w:szCs w:val="26"/>
        </w:rPr>
        <w:t>i c</w:t>
      </w:r>
      <w:r w:rsidRPr="00185D72">
        <w:rPr>
          <w:rFonts w:ascii="Times New Roman" w:hAnsi="Times New Roman" w:cs="Times New Roman"/>
          <w:sz w:val="26"/>
          <w:szCs w:val="26"/>
        </w:rPr>
        <w:t>ủ</w:t>
      </w:r>
      <w:r w:rsidRPr="00185D72">
        <w:rPr>
          <w:rFonts w:ascii="Times New Roman" w:hAnsi="Times New Roman" w:cs="Times New Roman"/>
          <w:sz w:val="26"/>
          <w:szCs w:val="26"/>
        </w:rPr>
        <w:t>a chính quy</w:t>
      </w:r>
      <w:r w:rsidRPr="00185D72">
        <w:rPr>
          <w:rFonts w:ascii="Times New Roman" w:hAnsi="Times New Roman" w:cs="Times New Roman"/>
          <w:sz w:val="26"/>
          <w:szCs w:val="26"/>
        </w:rPr>
        <w:t>ề</w:t>
      </w:r>
      <w:r w:rsidRPr="00185D72">
        <w:rPr>
          <w:rFonts w:ascii="Times New Roman" w:hAnsi="Times New Roman" w:cs="Times New Roman"/>
          <w:sz w:val="26"/>
          <w:szCs w:val="26"/>
        </w:rPr>
        <w:t>n đ</w:t>
      </w:r>
      <w:r w:rsidRPr="00185D72">
        <w:rPr>
          <w:rFonts w:ascii="Times New Roman" w:hAnsi="Times New Roman" w:cs="Times New Roman"/>
          <w:sz w:val="26"/>
          <w:szCs w:val="26"/>
        </w:rPr>
        <w:t>ị</w:t>
      </w:r>
      <w:r w:rsidRPr="00185D72">
        <w:rPr>
          <w:rFonts w:ascii="Times New Roman" w:hAnsi="Times New Roman" w:cs="Times New Roman"/>
          <w:sz w:val="26"/>
          <w:szCs w:val="26"/>
        </w:rPr>
        <w:t>a phương ho</w:t>
      </w:r>
      <w:r w:rsidRPr="00185D72">
        <w:rPr>
          <w:rFonts w:ascii="Times New Roman" w:hAnsi="Times New Roman" w:cs="Times New Roman"/>
          <w:sz w:val="26"/>
          <w:szCs w:val="26"/>
        </w:rPr>
        <w:t>ặ</w:t>
      </w:r>
      <w:r w:rsidRPr="00185D72">
        <w:rPr>
          <w:rFonts w:ascii="Times New Roman" w:hAnsi="Times New Roman" w:cs="Times New Roman"/>
          <w:sz w:val="26"/>
          <w:szCs w:val="26"/>
        </w:rPr>
        <w:t>c t</w:t>
      </w:r>
      <w:r w:rsidRPr="00185D72">
        <w:rPr>
          <w:rFonts w:ascii="Times New Roman" w:hAnsi="Times New Roman" w:cs="Times New Roman"/>
          <w:sz w:val="26"/>
          <w:szCs w:val="26"/>
        </w:rPr>
        <w:t>ổ</w:t>
      </w:r>
      <w:r w:rsidRPr="00185D72">
        <w:rPr>
          <w:rFonts w:ascii="Times New Roman" w:hAnsi="Times New Roman" w:cs="Times New Roman"/>
          <w:sz w:val="26"/>
          <w:szCs w:val="26"/>
        </w:rPr>
        <w:t xml:space="preserve"> dân ph</w:t>
      </w:r>
      <w:r w:rsidRPr="00185D72">
        <w:rPr>
          <w:rFonts w:ascii="Times New Roman" w:hAnsi="Times New Roman" w:cs="Times New Roman"/>
          <w:sz w:val="26"/>
          <w:szCs w:val="26"/>
        </w:rPr>
        <w:t>ố</w:t>
      </w:r>
      <w:r w:rsidRPr="00185D72">
        <w:rPr>
          <w:rFonts w:ascii="Times New Roman" w:hAnsi="Times New Roman" w:cs="Times New Roman"/>
          <w:sz w:val="26"/>
          <w:szCs w:val="26"/>
        </w:rPr>
        <w:t>;</w:t>
      </w:r>
      <w:r w:rsidRPr="00185D72">
        <w:rPr>
          <w:rFonts w:ascii="Times New Roman" w:hAnsi="Times New Roman" w:cs="Times New Roman"/>
          <w:sz w:val="26"/>
          <w:szCs w:val="26"/>
        </w:rPr>
        <w:br/>
        <w:t xml:space="preserve">- </w:t>
      </w:r>
      <w:r w:rsidRPr="00185D72">
        <w:rPr>
          <w:rFonts w:ascii="Times New Roman" w:hAnsi="Times New Roman" w:cs="Times New Roman"/>
          <w:sz w:val="26"/>
          <w:szCs w:val="26"/>
        </w:rPr>
        <w:t>Ả</w:t>
      </w:r>
      <w:r w:rsidRPr="00185D72">
        <w:rPr>
          <w:rFonts w:ascii="Times New Roman" w:hAnsi="Times New Roman" w:cs="Times New Roman"/>
          <w:sz w:val="26"/>
          <w:szCs w:val="26"/>
        </w:rPr>
        <w:t>nh ch</w:t>
      </w:r>
      <w:r w:rsidRPr="00185D72">
        <w:rPr>
          <w:rFonts w:ascii="Times New Roman" w:hAnsi="Times New Roman" w:cs="Times New Roman"/>
          <w:sz w:val="26"/>
          <w:szCs w:val="26"/>
        </w:rPr>
        <w:t>ụ</w:t>
      </w:r>
      <w:r w:rsidRPr="00185D72">
        <w:rPr>
          <w:rFonts w:ascii="Times New Roman" w:hAnsi="Times New Roman" w:cs="Times New Roman"/>
          <w:sz w:val="26"/>
          <w:szCs w:val="26"/>
        </w:rPr>
        <w:t>p h</w:t>
      </w:r>
      <w:r w:rsidRPr="00185D72">
        <w:rPr>
          <w:rFonts w:ascii="Times New Roman" w:hAnsi="Times New Roman" w:cs="Times New Roman"/>
          <w:sz w:val="26"/>
          <w:szCs w:val="26"/>
        </w:rPr>
        <w:t>i</w:t>
      </w:r>
      <w:r w:rsidRPr="00185D72">
        <w:rPr>
          <w:rFonts w:ascii="Times New Roman" w:hAnsi="Times New Roman" w:cs="Times New Roman"/>
          <w:sz w:val="26"/>
          <w:szCs w:val="26"/>
        </w:rPr>
        <w:t>ệ</w:t>
      </w:r>
      <w:r w:rsidRPr="00185D72">
        <w:rPr>
          <w:rFonts w:ascii="Times New Roman" w:hAnsi="Times New Roman" w:cs="Times New Roman"/>
          <w:sz w:val="26"/>
          <w:szCs w:val="26"/>
        </w:rPr>
        <w:t>n tr</w:t>
      </w:r>
      <w:r w:rsidRPr="00185D72">
        <w:rPr>
          <w:rFonts w:ascii="Times New Roman" w:hAnsi="Times New Roman" w:cs="Times New Roman"/>
          <w:sz w:val="26"/>
          <w:szCs w:val="26"/>
        </w:rPr>
        <w:t>ạ</w:t>
      </w:r>
      <w:r w:rsidRPr="00185D72">
        <w:rPr>
          <w:rFonts w:ascii="Times New Roman" w:hAnsi="Times New Roman" w:cs="Times New Roman"/>
          <w:sz w:val="26"/>
          <w:szCs w:val="26"/>
        </w:rPr>
        <w:t>ng (n</w:t>
      </w:r>
      <w:r w:rsidRPr="00185D72">
        <w:rPr>
          <w:rFonts w:ascii="Times New Roman" w:hAnsi="Times New Roman" w:cs="Times New Roman"/>
          <w:sz w:val="26"/>
          <w:szCs w:val="26"/>
        </w:rPr>
        <w:t>ế</w:t>
      </w:r>
      <w:r w:rsidRPr="00185D72">
        <w:rPr>
          <w:rFonts w:ascii="Times New Roman" w:hAnsi="Times New Roman" w:cs="Times New Roman"/>
          <w:sz w:val="26"/>
          <w:szCs w:val="26"/>
        </w:rPr>
        <w:t>u có);</w:t>
      </w:r>
      <w:r w:rsidRPr="00185D72">
        <w:rPr>
          <w:rFonts w:ascii="Times New Roman" w:hAnsi="Times New Roman" w:cs="Times New Roman"/>
          <w:sz w:val="26"/>
          <w:szCs w:val="26"/>
        </w:rPr>
        <w:br/>
        <w:t>- B</w:t>
      </w:r>
      <w:r w:rsidRPr="00185D72">
        <w:rPr>
          <w:rFonts w:ascii="Times New Roman" w:hAnsi="Times New Roman" w:cs="Times New Roman"/>
          <w:sz w:val="26"/>
          <w:szCs w:val="26"/>
        </w:rPr>
        <w:t>ả</w:t>
      </w:r>
      <w:r w:rsidRPr="00185D72">
        <w:rPr>
          <w:rFonts w:ascii="Times New Roman" w:hAnsi="Times New Roman" w:cs="Times New Roman"/>
          <w:sz w:val="26"/>
          <w:szCs w:val="26"/>
        </w:rPr>
        <w:t>n sao CMND/CCCD.</w:t>
      </w:r>
    </w:p>
    <w:p w:rsidR="008549EC" w:rsidRPr="00185D72" w:rsidRDefault="00185D72">
      <w:pPr>
        <w:pStyle w:val="Heading2"/>
        <w:rPr>
          <w:rFonts w:ascii="Times New Roman" w:hAnsi="Times New Roman" w:cs="Times New Roman"/>
          <w:color w:val="auto"/>
        </w:rPr>
      </w:pPr>
      <w:r w:rsidRPr="00185D72">
        <w:rPr>
          <w:rFonts w:ascii="Times New Roman" w:hAnsi="Times New Roman" w:cs="Times New Roman"/>
          <w:color w:val="auto"/>
        </w:rPr>
        <w:t>4. Th</w:t>
      </w:r>
      <w:r w:rsidRPr="00185D72">
        <w:rPr>
          <w:rFonts w:ascii="Times New Roman" w:hAnsi="Times New Roman" w:cs="Times New Roman"/>
          <w:color w:val="auto"/>
        </w:rPr>
        <w:t>ờ</w:t>
      </w:r>
      <w:r w:rsidRPr="00185D72">
        <w:rPr>
          <w:rFonts w:ascii="Times New Roman" w:hAnsi="Times New Roman" w:cs="Times New Roman"/>
          <w:color w:val="auto"/>
        </w:rPr>
        <w:t>i h</w:t>
      </w:r>
      <w:r w:rsidRPr="00185D72">
        <w:rPr>
          <w:rFonts w:ascii="Times New Roman" w:hAnsi="Times New Roman" w:cs="Times New Roman"/>
          <w:color w:val="auto"/>
        </w:rPr>
        <w:t>ạ</w:t>
      </w:r>
      <w:r w:rsidRPr="00185D72">
        <w:rPr>
          <w:rFonts w:ascii="Times New Roman" w:hAnsi="Times New Roman" w:cs="Times New Roman"/>
          <w:color w:val="auto"/>
        </w:rPr>
        <w:t>n ti</w:t>
      </w:r>
      <w:r w:rsidRPr="00185D72">
        <w:rPr>
          <w:rFonts w:ascii="Times New Roman" w:hAnsi="Times New Roman" w:cs="Times New Roman"/>
          <w:color w:val="auto"/>
        </w:rPr>
        <w:t>ế</w:t>
      </w:r>
      <w:r w:rsidRPr="00185D72">
        <w:rPr>
          <w:rFonts w:ascii="Times New Roman" w:hAnsi="Times New Roman" w:cs="Times New Roman"/>
          <w:color w:val="auto"/>
        </w:rPr>
        <w:t>p nh</w:t>
      </w:r>
      <w:r w:rsidRPr="00185D72">
        <w:rPr>
          <w:rFonts w:ascii="Times New Roman" w:hAnsi="Times New Roman" w:cs="Times New Roman"/>
          <w:color w:val="auto"/>
        </w:rPr>
        <w:t>ậ</w:t>
      </w:r>
      <w:r w:rsidRPr="00185D72">
        <w:rPr>
          <w:rFonts w:ascii="Times New Roman" w:hAnsi="Times New Roman" w:cs="Times New Roman"/>
          <w:color w:val="auto"/>
        </w:rPr>
        <w:t>n h</w:t>
      </w:r>
      <w:r w:rsidRPr="00185D72">
        <w:rPr>
          <w:rFonts w:ascii="Times New Roman" w:hAnsi="Times New Roman" w:cs="Times New Roman"/>
          <w:color w:val="auto"/>
        </w:rPr>
        <w:t>ồ</w:t>
      </w:r>
      <w:r w:rsidRPr="00185D72">
        <w:rPr>
          <w:rFonts w:ascii="Times New Roman" w:hAnsi="Times New Roman" w:cs="Times New Roman"/>
          <w:color w:val="auto"/>
        </w:rPr>
        <w:t xml:space="preserve"> sơ</w:t>
      </w:r>
    </w:p>
    <w:p w:rsidR="008549EC" w:rsidRPr="00185D72" w:rsidRDefault="00185D72">
      <w:pPr>
        <w:rPr>
          <w:rFonts w:ascii="Times New Roman" w:hAnsi="Times New Roman" w:cs="Times New Roman"/>
          <w:sz w:val="26"/>
          <w:szCs w:val="26"/>
        </w:rPr>
      </w:pPr>
      <w:r w:rsidRPr="00185D72">
        <w:rPr>
          <w:rFonts w:ascii="Times New Roman" w:hAnsi="Times New Roman" w:cs="Times New Roman"/>
          <w:sz w:val="26"/>
          <w:szCs w:val="26"/>
        </w:rPr>
        <w:t>T</w:t>
      </w:r>
      <w:r w:rsidRPr="00185D72">
        <w:rPr>
          <w:rFonts w:ascii="Times New Roman" w:hAnsi="Times New Roman" w:cs="Times New Roman"/>
          <w:sz w:val="26"/>
          <w:szCs w:val="26"/>
        </w:rPr>
        <w:t>ừ</w:t>
      </w:r>
      <w:r w:rsidRPr="00185D72">
        <w:rPr>
          <w:rFonts w:ascii="Times New Roman" w:hAnsi="Times New Roman" w:cs="Times New Roman"/>
          <w:sz w:val="26"/>
          <w:szCs w:val="26"/>
        </w:rPr>
        <w:t xml:space="preserve"> ngày … đ</w:t>
      </w:r>
      <w:r w:rsidRPr="00185D72">
        <w:rPr>
          <w:rFonts w:ascii="Times New Roman" w:hAnsi="Times New Roman" w:cs="Times New Roman"/>
          <w:sz w:val="26"/>
          <w:szCs w:val="26"/>
        </w:rPr>
        <w:t>ế</w:t>
      </w:r>
      <w:r w:rsidRPr="00185D72">
        <w:rPr>
          <w:rFonts w:ascii="Times New Roman" w:hAnsi="Times New Roman" w:cs="Times New Roman"/>
          <w:sz w:val="26"/>
          <w:szCs w:val="26"/>
        </w:rPr>
        <w:t>n h</w:t>
      </w:r>
      <w:r w:rsidRPr="00185D72">
        <w:rPr>
          <w:rFonts w:ascii="Times New Roman" w:hAnsi="Times New Roman" w:cs="Times New Roman"/>
          <w:sz w:val="26"/>
          <w:szCs w:val="26"/>
        </w:rPr>
        <w:t>ế</w:t>
      </w:r>
      <w:r w:rsidRPr="00185D72">
        <w:rPr>
          <w:rFonts w:ascii="Times New Roman" w:hAnsi="Times New Roman" w:cs="Times New Roman"/>
          <w:sz w:val="26"/>
          <w:szCs w:val="26"/>
        </w:rPr>
        <w:t>t ngày … tháng 10 năm 2025.</w:t>
      </w:r>
      <w:r w:rsidRPr="00185D72">
        <w:rPr>
          <w:rFonts w:ascii="Times New Roman" w:hAnsi="Times New Roman" w:cs="Times New Roman"/>
          <w:sz w:val="26"/>
          <w:szCs w:val="26"/>
        </w:rPr>
        <w:br/>
        <w:t>Phòng Hành chính – Nhân s</w:t>
      </w:r>
      <w:r w:rsidRPr="00185D72">
        <w:rPr>
          <w:rFonts w:ascii="Times New Roman" w:hAnsi="Times New Roman" w:cs="Times New Roman"/>
          <w:sz w:val="26"/>
          <w:szCs w:val="26"/>
        </w:rPr>
        <w:t>ự</w:t>
      </w:r>
      <w:r w:rsidRPr="00185D72">
        <w:rPr>
          <w:rFonts w:ascii="Times New Roman" w:hAnsi="Times New Roman" w:cs="Times New Roman"/>
          <w:sz w:val="26"/>
          <w:szCs w:val="26"/>
        </w:rPr>
        <w:t xml:space="preserve"> t</w:t>
      </w:r>
      <w:r w:rsidRPr="00185D72">
        <w:rPr>
          <w:rFonts w:ascii="Times New Roman" w:hAnsi="Times New Roman" w:cs="Times New Roman"/>
          <w:sz w:val="26"/>
          <w:szCs w:val="26"/>
        </w:rPr>
        <w:t>ổ</w:t>
      </w:r>
      <w:r w:rsidRPr="00185D72">
        <w:rPr>
          <w:rFonts w:ascii="Times New Roman" w:hAnsi="Times New Roman" w:cs="Times New Roman"/>
          <w:sz w:val="26"/>
          <w:szCs w:val="26"/>
        </w:rPr>
        <w:t>ng h</w:t>
      </w:r>
      <w:r w:rsidRPr="00185D72">
        <w:rPr>
          <w:rFonts w:ascii="Times New Roman" w:hAnsi="Times New Roman" w:cs="Times New Roman"/>
          <w:sz w:val="26"/>
          <w:szCs w:val="26"/>
        </w:rPr>
        <w:t>ợ</w:t>
      </w:r>
      <w:r w:rsidRPr="00185D72">
        <w:rPr>
          <w:rFonts w:ascii="Times New Roman" w:hAnsi="Times New Roman" w:cs="Times New Roman"/>
          <w:sz w:val="26"/>
          <w:szCs w:val="26"/>
        </w:rPr>
        <w:t>p, trình Ban Giám đ</w:t>
      </w:r>
      <w:r w:rsidRPr="00185D72">
        <w:rPr>
          <w:rFonts w:ascii="Times New Roman" w:hAnsi="Times New Roman" w:cs="Times New Roman"/>
          <w:sz w:val="26"/>
          <w:szCs w:val="26"/>
        </w:rPr>
        <w:t>ố</w:t>
      </w:r>
      <w:r w:rsidRPr="00185D72">
        <w:rPr>
          <w:rFonts w:ascii="Times New Roman" w:hAnsi="Times New Roman" w:cs="Times New Roman"/>
          <w:sz w:val="26"/>
          <w:szCs w:val="26"/>
        </w:rPr>
        <w:t>c phê duy</w:t>
      </w:r>
      <w:r w:rsidRPr="00185D72">
        <w:rPr>
          <w:rFonts w:ascii="Times New Roman" w:hAnsi="Times New Roman" w:cs="Times New Roman"/>
          <w:sz w:val="26"/>
          <w:szCs w:val="26"/>
        </w:rPr>
        <w:t>ệ</w:t>
      </w:r>
      <w:r w:rsidRPr="00185D72">
        <w:rPr>
          <w:rFonts w:ascii="Times New Roman" w:hAnsi="Times New Roman" w:cs="Times New Roman"/>
          <w:sz w:val="26"/>
          <w:szCs w:val="26"/>
        </w:rPr>
        <w:t>t và th</w:t>
      </w:r>
      <w:r w:rsidRPr="00185D72">
        <w:rPr>
          <w:rFonts w:ascii="Times New Roman" w:hAnsi="Times New Roman" w:cs="Times New Roman"/>
          <w:sz w:val="26"/>
          <w:szCs w:val="26"/>
        </w:rPr>
        <w:t>ự</w:t>
      </w:r>
      <w:r w:rsidRPr="00185D72">
        <w:rPr>
          <w:rFonts w:ascii="Times New Roman" w:hAnsi="Times New Roman" w:cs="Times New Roman"/>
          <w:sz w:val="26"/>
          <w:szCs w:val="26"/>
        </w:rPr>
        <w:t>c hi</w:t>
      </w:r>
      <w:r w:rsidRPr="00185D72">
        <w:rPr>
          <w:rFonts w:ascii="Times New Roman" w:hAnsi="Times New Roman" w:cs="Times New Roman"/>
          <w:sz w:val="26"/>
          <w:szCs w:val="26"/>
        </w:rPr>
        <w:t>ệ</w:t>
      </w:r>
      <w:r w:rsidRPr="00185D72">
        <w:rPr>
          <w:rFonts w:ascii="Times New Roman" w:hAnsi="Times New Roman" w:cs="Times New Roman"/>
          <w:sz w:val="26"/>
          <w:szCs w:val="26"/>
        </w:rPr>
        <w:t>n chi tr</w:t>
      </w:r>
      <w:r w:rsidRPr="00185D72">
        <w:rPr>
          <w:rFonts w:ascii="Times New Roman" w:hAnsi="Times New Roman" w:cs="Times New Roman"/>
          <w:sz w:val="26"/>
          <w:szCs w:val="26"/>
        </w:rPr>
        <w:t>ả</w:t>
      </w:r>
      <w:r w:rsidRPr="00185D72">
        <w:rPr>
          <w:rFonts w:ascii="Times New Roman" w:hAnsi="Times New Roman" w:cs="Times New Roman"/>
          <w:sz w:val="26"/>
          <w:szCs w:val="26"/>
        </w:rPr>
        <w:t xml:space="preserve"> trong vòng … ngày làm vi</w:t>
      </w:r>
      <w:r w:rsidRPr="00185D72">
        <w:rPr>
          <w:rFonts w:ascii="Times New Roman" w:hAnsi="Times New Roman" w:cs="Times New Roman"/>
          <w:sz w:val="26"/>
          <w:szCs w:val="26"/>
        </w:rPr>
        <w:t>ệ</w:t>
      </w:r>
      <w:r w:rsidRPr="00185D72">
        <w:rPr>
          <w:rFonts w:ascii="Times New Roman" w:hAnsi="Times New Roman" w:cs="Times New Roman"/>
          <w:sz w:val="26"/>
          <w:szCs w:val="26"/>
        </w:rPr>
        <w:t>c.</w:t>
      </w:r>
    </w:p>
    <w:p w:rsidR="008549EC" w:rsidRPr="00185D72" w:rsidRDefault="00185D72">
      <w:pPr>
        <w:pStyle w:val="Heading2"/>
        <w:rPr>
          <w:rFonts w:ascii="Times New Roman" w:hAnsi="Times New Roman" w:cs="Times New Roman"/>
          <w:color w:val="auto"/>
        </w:rPr>
      </w:pPr>
      <w:r w:rsidRPr="00185D72">
        <w:rPr>
          <w:rFonts w:ascii="Times New Roman" w:hAnsi="Times New Roman" w:cs="Times New Roman"/>
          <w:color w:val="auto"/>
        </w:rPr>
        <w:lastRenderedPageBreak/>
        <w:t>5. T</w:t>
      </w:r>
      <w:r w:rsidRPr="00185D72">
        <w:rPr>
          <w:rFonts w:ascii="Times New Roman" w:hAnsi="Times New Roman" w:cs="Times New Roman"/>
          <w:color w:val="auto"/>
        </w:rPr>
        <w:t>ổ</w:t>
      </w:r>
      <w:r w:rsidRPr="00185D72">
        <w:rPr>
          <w:rFonts w:ascii="Times New Roman" w:hAnsi="Times New Roman" w:cs="Times New Roman"/>
          <w:color w:val="auto"/>
        </w:rPr>
        <w:t xml:space="preserve"> ch</w:t>
      </w:r>
      <w:r w:rsidRPr="00185D72">
        <w:rPr>
          <w:rFonts w:ascii="Times New Roman" w:hAnsi="Times New Roman" w:cs="Times New Roman"/>
          <w:color w:val="auto"/>
        </w:rPr>
        <w:t>ứ</w:t>
      </w:r>
      <w:r w:rsidRPr="00185D72">
        <w:rPr>
          <w:rFonts w:ascii="Times New Roman" w:hAnsi="Times New Roman" w:cs="Times New Roman"/>
          <w:color w:val="auto"/>
        </w:rPr>
        <w:t>c th</w:t>
      </w:r>
      <w:r w:rsidRPr="00185D72">
        <w:rPr>
          <w:rFonts w:ascii="Times New Roman" w:hAnsi="Times New Roman" w:cs="Times New Roman"/>
          <w:color w:val="auto"/>
        </w:rPr>
        <w:t>ự</w:t>
      </w:r>
      <w:r w:rsidRPr="00185D72">
        <w:rPr>
          <w:rFonts w:ascii="Times New Roman" w:hAnsi="Times New Roman" w:cs="Times New Roman"/>
          <w:color w:val="auto"/>
        </w:rPr>
        <w:t>c hi</w:t>
      </w:r>
      <w:r w:rsidRPr="00185D72">
        <w:rPr>
          <w:rFonts w:ascii="Times New Roman" w:hAnsi="Times New Roman" w:cs="Times New Roman"/>
          <w:color w:val="auto"/>
        </w:rPr>
        <w:t>ệ</w:t>
      </w:r>
      <w:r w:rsidRPr="00185D72">
        <w:rPr>
          <w:rFonts w:ascii="Times New Roman" w:hAnsi="Times New Roman" w:cs="Times New Roman"/>
          <w:color w:val="auto"/>
        </w:rPr>
        <w:t>n</w:t>
      </w:r>
    </w:p>
    <w:p w:rsidR="008549EC" w:rsidRPr="00185D72" w:rsidRDefault="00185D72">
      <w:pPr>
        <w:rPr>
          <w:rFonts w:ascii="Times New Roman" w:hAnsi="Times New Roman" w:cs="Times New Roman"/>
          <w:sz w:val="26"/>
          <w:szCs w:val="26"/>
        </w:rPr>
      </w:pPr>
      <w:r w:rsidRPr="00185D72">
        <w:rPr>
          <w:rFonts w:ascii="Times New Roman" w:hAnsi="Times New Roman" w:cs="Times New Roman"/>
          <w:sz w:val="26"/>
          <w:szCs w:val="26"/>
        </w:rPr>
        <w:t>Phòng H</w:t>
      </w:r>
      <w:r w:rsidRPr="00185D72">
        <w:rPr>
          <w:rFonts w:ascii="Times New Roman" w:hAnsi="Times New Roman" w:cs="Times New Roman"/>
          <w:sz w:val="26"/>
          <w:szCs w:val="26"/>
        </w:rPr>
        <w:t>ành chính – Nhân s</w:t>
      </w:r>
      <w:r w:rsidRPr="00185D72">
        <w:rPr>
          <w:rFonts w:ascii="Times New Roman" w:hAnsi="Times New Roman" w:cs="Times New Roman"/>
          <w:sz w:val="26"/>
          <w:szCs w:val="26"/>
        </w:rPr>
        <w:t>ự</w:t>
      </w:r>
      <w:r w:rsidRPr="00185D72">
        <w:rPr>
          <w:rFonts w:ascii="Times New Roman" w:hAnsi="Times New Roman" w:cs="Times New Roman"/>
          <w:sz w:val="26"/>
          <w:szCs w:val="26"/>
        </w:rPr>
        <w:t xml:space="preserve"> ch</w:t>
      </w:r>
      <w:r w:rsidRPr="00185D72">
        <w:rPr>
          <w:rFonts w:ascii="Times New Roman" w:hAnsi="Times New Roman" w:cs="Times New Roman"/>
          <w:sz w:val="26"/>
          <w:szCs w:val="26"/>
        </w:rPr>
        <w:t>ị</w:t>
      </w:r>
      <w:r w:rsidRPr="00185D72">
        <w:rPr>
          <w:rFonts w:ascii="Times New Roman" w:hAnsi="Times New Roman" w:cs="Times New Roman"/>
          <w:sz w:val="26"/>
          <w:szCs w:val="26"/>
        </w:rPr>
        <w:t>u trách nhi</w:t>
      </w:r>
      <w:r w:rsidRPr="00185D72">
        <w:rPr>
          <w:rFonts w:ascii="Times New Roman" w:hAnsi="Times New Roman" w:cs="Times New Roman"/>
          <w:sz w:val="26"/>
          <w:szCs w:val="26"/>
        </w:rPr>
        <w:t>ệ</w:t>
      </w:r>
      <w:r w:rsidRPr="00185D72">
        <w:rPr>
          <w:rFonts w:ascii="Times New Roman" w:hAnsi="Times New Roman" w:cs="Times New Roman"/>
          <w:sz w:val="26"/>
          <w:szCs w:val="26"/>
        </w:rPr>
        <w:t>m thông báo, ti</w:t>
      </w:r>
      <w:r w:rsidRPr="00185D72">
        <w:rPr>
          <w:rFonts w:ascii="Times New Roman" w:hAnsi="Times New Roman" w:cs="Times New Roman"/>
          <w:sz w:val="26"/>
          <w:szCs w:val="26"/>
        </w:rPr>
        <w:t>ế</w:t>
      </w:r>
      <w:r w:rsidRPr="00185D72">
        <w:rPr>
          <w:rFonts w:ascii="Times New Roman" w:hAnsi="Times New Roman" w:cs="Times New Roman"/>
          <w:sz w:val="26"/>
          <w:szCs w:val="26"/>
        </w:rPr>
        <w:t>p nh</w:t>
      </w:r>
      <w:r w:rsidRPr="00185D72">
        <w:rPr>
          <w:rFonts w:ascii="Times New Roman" w:hAnsi="Times New Roman" w:cs="Times New Roman"/>
          <w:sz w:val="26"/>
          <w:szCs w:val="26"/>
        </w:rPr>
        <w:t>ậ</w:t>
      </w:r>
      <w:r w:rsidRPr="00185D72">
        <w:rPr>
          <w:rFonts w:ascii="Times New Roman" w:hAnsi="Times New Roman" w:cs="Times New Roman"/>
          <w:sz w:val="26"/>
          <w:szCs w:val="26"/>
        </w:rPr>
        <w:t>n, xác minh và t</w:t>
      </w:r>
      <w:r w:rsidRPr="00185D72">
        <w:rPr>
          <w:rFonts w:ascii="Times New Roman" w:hAnsi="Times New Roman" w:cs="Times New Roman"/>
          <w:sz w:val="26"/>
          <w:szCs w:val="26"/>
        </w:rPr>
        <w:t>ổ</w:t>
      </w:r>
      <w:r w:rsidRPr="00185D72">
        <w:rPr>
          <w:rFonts w:ascii="Times New Roman" w:hAnsi="Times New Roman" w:cs="Times New Roman"/>
          <w:sz w:val="26"/>
          <w:szCs w:val="26"/>
        </w:rPr>
        <w:t>ng h</w:t>
      </w:r>
      <w:r w:rsidRPr="00185D72">
        <w:rPr>
          <w:rFonts w:ascii="Times New Roman" w:hAnsi="Times New Roman" w:cs="Times New Roman"/>
          <w:sz w:val="26"/>
          <w:szCs w:val="26"/>
        </w:rPr>
        <w:t>ợ</w:t>
      </w:r>
      <w:r w:rsidRPr="00185D72">
        <w:rPr>
          <w:rFonts w:ascii="Times New Roman" w:hAnsi="Times New Roman" w:cs="Times New Roman"/>
          <w:sz w:val="26"/>
          <w:szCs w:val="26"/>
        </w:rPr>
        <w:t>p danh sách h</w:t>
      </w:r>
      <w:r w:rsidRPr="00185D72">
        <w:rPr>
          <w:rFonts w:ascii="Times New Roman" w:hAnsi="Times New Roman" w:cs="Times New Roman"/>
          <w:sz w:val="26"/>
          <w:szCs w:val="26"/>
        </w:rPr>
        <w:t>ỗ</w:t>
      </w:r>
      <w:r w:rsidRPr="00185D72">
        <w:rPr>
          <w:rFonts w:ascii="Times New Roman" w:hAnsi="Times New Roman" w:cs="Times New Roman"/>
          <w:sz w:val="26"/>
          <w:szCs w:val="26"/>
        </w:rPr>
        <w:t xml:space="preserve"> tr</w:t>
      </w:r>
      <w:r w:rsidRPr="00185D72">
        <w:rPr>
          <w:rFonts w:ascii="Times New Roman" w:hAnsi="Times New Roman" w:cs="Times New Roman"/>
          <w:sz w:val="26"/>
          <w:szCs w:val="26"/>
        </w:rPr>
        <w:t>ợ</w:t>
      </w:r>
      <w:r w:rsidRPr="00185D72">
        <w:rPr>
          <w:rFonts w:ascii="Times New Roman" w:hAnsi="Times New Roman" w:cs="Times New Roman"/>
          <w:sz w:val="26"/>
          <w:szCs w:val="26"/>
        </w:rPr>
        <w:t>. Công đoàn Cơ s</w:t>
      </w:r>
      <w:r w:rsidRPr="00185D72">
        <w:rPr>
          <w:rFonts w:ascii="Times New Roman" w:hAnsi="Times New Roman" w:cs="Times New Roman"/>
          <w:sz w:val="26"/>
          <w:szCs w:val="26"/>
        </w:rPr>
        <w:t>ở</w:t>
      </w:r>
      <w:r w:rsidRPr="00185D72">
        <w:rPr>
          <w:rFonts w:ascii="Times New Roman" w:hAnsi="Times New Roman" w:cs="Times New Roman"/>
          <w:sz w:val="26"/>
          <w:szCs w:val="26"/>
        </w:rPr>
        <w:t xml:space="preserve"> ph</w:t>
      </w:r>
      <w:r w:rsidRPr="00185D72">
        <w:rPr>
          <w:rFonts w:ascii="Times New Roman" w:hAnsi="Times New Roman" w:cs="Times New Roman"/>
          <w:sz w:val="26"/>
          <w:szCs w:val="26"/>
        </w:rPr>
        <w:t>ố</w:t>
      </w:r>
      <w:r w:rsidRPr="00185D72">
        <w:rPr>
          <w:rFonts w:ascii="Times New Roman" w:hAnsi="Times New Roman" w:cs="Times New Roman"/>
          <w:sz w:val="26"/>
          <w:szCs w:val="26"/>
        </w:rPr>
        <w:t>i h</w:t>
      </w:r>
      <w:r w:rsidRPr="00185D72">
        <w:rPr>
          <w:rFonts w:ascii="Times New Roman" w:hAnsi="Times New Roman" w:cs="Times New Roman"/>
          <w:sz w:val="26"/>
          <w:szCs w:val="26"/>
        </w:rPr>
        <w:t>ợ</w:t>
      </w:r>
      <w:r w:rsidRPr="00185D72">
        <w:rPr>
          <w:rFonts w:ascii="Times New Roman" w:hAnsi="Times New Roman" w:cs="Times New Roman"/>
          <w:sz w:val="26"/>
          <w:szCs w:val="26"/>
        </w:rPr>
        <w:t>p trong vi</w:t>
      </w:r>
      <w:r w:rsidRPr="00185D72">
        <w:rPr>
          <w:rFonts w:ascii="Times New Roman" w:hAnsi="Times New Roman" w:cs="Times New Roman"/>
          <w:sz w:val="26"/>
          <w:szCs w:val="26"/>
        </w:rPr>
        <w:t>ệ</w:t>
      </w:r>
      <w:r w:rsidRPr="00185D72">
        <w:rPr>
          <w:rFonts w:ascii="Times New Roman" w:hAnsi="Times New Roman" w:cs="Times New Roman"/>
          <w:sz w:val="26"/>
          <w:szCs w:val="26"/>
        </w:rPr>
        <w:t>c giám sát và trao h</w:t>
      </w:r>
      <w:r w:rsidRPr="00185D72">
        <w:rPr>
          <w:rFonts w:ascii="Times New Roman" w:hAnsi="Times New Roman" w:cs="Times New Roman"/>
          <w:sz w:val="26"/>
          <w:szCs w:val="26"/>
        </w:rPr>
        <w:t>ỗ</w:t>
      </w:r>
      <w:r w:rsidRPr="00185D72">
        <w:rPr>
          <w:rFonts w:ascii="Times New Roman" w:hAnsi="Times New Roman" w:cs="Times New Roman"/>
          <w:sz w:val="26"/>
          <w:szCs w:val="26"/>
        </w:rPr>
        <w:t xml:space="preserve"> tr</w:t>
      </w:r>
      <w:r w:rsidRPr="00185D72">
        <w:rPr>
          <w:rFonts w:ascii="Times New Roman" w:hAnsi="Times New Roman" w:cs="Times New Roman"/>
          <w:sz w:val="26"/>
          <w:szCs w:val="26"/>
        </w:rPr>
        <w:t>ợ</w:t>
      </w:r>
      <w:r w:rsidRPr="00185D72">
        <w:rPr>
          <w:rFonts w:ascii="Times New Roman" w:hAnsi="Times New Roman" w:cs="Times New Roman"/>
          <w:sz w:val="26"/>
          <w:szCs w:val="26"/>
        </w:rPr>
        <w:t xml:space="preserve"> đ</w:t>
      </w:r>
      <w:r w:rsidRPr="00185D72">
        <w:rPr>
          <w:rFonts w:ascii="Times New Roman" w:hAnsi="Times New Roman" w:cs="Times New Roman"/>
          <w:sz w:val="26"/>
          <w:szCs w:val="26"/>
        </w:rPr>
        <w:t>ế</w:t>
      </w:r>
      <w:r w:rsidRPr="00185D72">
        <w:rPr>
          <w:rFonts w:ascii="Times New Roman" w:hAnsi="Times New Roman" w:cs="Times New Roman"/>
          <w:sz w:val="26"/>
          <w:szCs w:val="26"/>
        </w:rPr>
        <w:t>n ngư</w:t>
      </w:r>
      <w:r w:rsidRPr="00185D72">
        <w:rPr>
          <w:rFonts w:ascii="Times New Roman" w:hAnsi="Times New Roman" w:cs="Times New Roman"/>
          <w:sz w:val="26"/>
          <w:szCs w:val="26"/>
        </w:rPr>
        <w:t>ờ</w:t>
      </w:r>
      <w:r w:rsidRPr="00185D72">
        <w:rPr>
          <w:rFonts w:ascii="Times New Roman" w:hAnsi="Times New Roman" w:cs="Times New Roman"/>
          <w:sz w:val="26"/>
          <w:szCs w:val="26"/>
        </w:rPr>
        <w:t>i lao đ</w:t>
      </w:r>
      <w:r w:rsidRPr="00185D72">
        <w:rPr>
          <w:rFonts w:ascii="Times New Roman" w:hAnsi="Times New Roman" w:cs="Times New Roman"/>
          <w:sz w:val="26"/>
          <w:szCs w:val="26"/>
        </w:rPr>
        <w:t>ộ</w:t>
      </w:r>
      <w:r w:rsidRPr="00185D72">
        <w:rPr>
          <w:rFonts w:ascii="Times New Roman" w:hAnsi="Times New Roman" w:cs="Times New Roman"/>
          <w:sz w:val="26"/>
          <w:szCs w:val="26"/>
        </w:rPr>
        <w:t>ng.</w:t>
      </w:r>
      <w:r w:rsidRPr="00185D72">
        <w:rPr>
          <w:rFonts w:ascii="Times New Roman" w:hAnsi="Times New Roman" w:cs="Times New Roman"/>
          <w:sz w:val="26"/>
          <w:szCs w:val="26"/>
        </w:rPr>
        <w:br/>
      </w:r>
      <w:r w:rsidRPr="00185D72">
        <w:rPr>
          <w:rFonts w:ascii="Times New Roman" w:hAnsi="Times New Roman" w:cs="Times New Roman"/>
          <w:sz w:val="26"/>
          <w:szCs w:val="26"/>
        </w:rPr>
        <w:br/>
        <w:t>Công ty kính mong ngư</w:t>
      </w:r>
      <w:r w:rsidRPr="00185D72">
        <w:rPr>
          <w:rFonts w:ascii="Times New Roman" w:hAnsi="Times New Roman" w:cs="Times New Roman"/>
          <w:sz w:val="26"/>
          <w:szCs w:val="26"/>
        </w:rPr>
        <w:t>ờ</w:t>
      </w:r>
      <w:r w:rsidRPr="00185D72">
        <w:rPr>
          <w:rFonts w:ascii="Times New Roman" w:hAnsi="Times New Roman" w:cs="Times New Roman"/>
          <w:sz w:val="26"/>
          <w:szCs w:val="26"/>
        </w:rPr>
        <w:t>i lao đ</w:t>
      </w:r>
      <w:r w:rsidRPr="00185D72">
        <w:rPr>
          <w:rFonts w:ascii="Times New Roman" w:hAnsi="Times New Roman" w:cs="Times New Roman"/>
          <w:sz w:val="26"/>
          <w:szCs w:val="26"/>
        </w:rPr>
        <w:t>ộ</w:t>
      </w:r>
      <w:r w:rsidRPr="00185D72">
        <w:rPr>
          <w:rFonts w:ascii="Times New Roman" w:hAnsi="Times New Roman" w:cs="Times New Roman"/>
          <w:sz w:val="26"/>
          <w:szCs w:val="26"/>
        </w:rPr>
        <w:t>ng cùng chia s</w:t>
      </w:r>
      <w:r w:rsidRPr="00185D72">
        <w:rPr>
          <w:rFonts w:ascii="Times New Roman" w:hAnsi="Times New Roman" w:cs="Times New Roman"/>
          <w:sz w:val="26"/>
          <w:szCs w:val="26"/>
        </w:rPr>
        <w:t>ẻ</w:t>
      </w:r>
      <w:r w:rsidRPr="00185D72">
        <w:rPr>
          <w:rFonts w:ascii="Times New Roman" w:hAnsi="Times New Roman" w:cs="Times New Roman"/>
          <w:sz w:val="26"/>
          <w:szCs w:val="26"/>
        </w:rPr>
        <w:t>, đoàn k</w:t>
      </w:r>
      <w:r w:rsidRPr="00185D72">
        <w:rPr>
          <w:rFonts w:ascii="Times New Roman" w:hAnsi="Times New Roman" w:cs="Times New Roman"/>
          <w:sz w:val="26"/>
          <w:szCs w:val="26"/>
        </w:rPr>
        <w:t>ế</w:t>
      </w:r>
      <w:r w:rsidRPr="00185D72">
        <w:rPr>
          <w:rFonts w:ascii="Times New Roman" w:hAnsi="Times New Roman" w:cs="Times New Roman"/>
          <w:sz w:val="26"/>
          <w:szCs w:val="26"/>
        </w:rPr>
        <w:t>t, h</w:t>
      </w:r>
      <w:r w:rsidRPr="00185D72">
        <w:rPr>
          <w:rFonts w:ascii="Times New Roman" w:hAnsi="Times New Roman" w:cs="Times New Roman"/>
          <w:sz w:val="26"/>
          <w:szCs w:val="26"/>
        </w:rPr>
        <w:t>ỗ</w:t>
      </w:r>
      <w:r w:rsidRPr="00185D72">
        <w:rPr>
          <w:rFonts w:ascii="Times New Roman" w:hAnsi="Times New Roman" w:cs="Times New Roman"/>
          <w:sz w:val="26"/>
          <w:szCs w:val="26"/>
        </w:rPr>
        <w:t xml:space="preserve"> tr</w:t>
      </w:r>
      <w:r w:rsidRPr="00185D72">
        <w:rPr>
          <w:rFonts w:ascii="Times New Roman" w:hAnsi="Times New Roman" w:cs="Times New Roman"/>
          <w:sz w:val="26"/>
          <w:szCs w:val="26"/>
        </w:rPr>
        <w:t>ợ</w:t>
      </w:r>
      <w:r w:rsidRPr="00185D72">
        <w:rPr>
          <w:rFonts w:ascii="Times New Roman" w:hAnsi="Times New Roman" w:cs="Times New Roman"/>
          <w:sz w:val="26"/>
          <w:szCs w:val="26"/>
        </w:rPr>
        <w:t xml:space="preserve"> l</w:t>
      </w:r>
      <w:r w:rsidRPr="00185D72">
        <w:rPr>
          <w:rFonts w:ascii="Times New Roman" w:hAnsi="Times New Roman" w:cs="Times New Roman"/>
          <w:sz w:val="26"/>
          <w:szCs w:val="26"/>
        </w:rPr>
        <w:t>ẫ</w:t>
      </w:r>
      <w:r w:rsidRPr="00185D72">
        <w:rPr>
          <w:rFonts w:ascii="Times New Roman" w:hAnsi="Times New Roman" w:cs="Times New Roman"/>
          <w:sz w:val="26"/>
          <w:szCs w:val="26"/>
        </w:rPr>
        <w:t>n nhau tron</w:t>
      </w:r>
      <w:r w:rsidRPr="00185D72">
        <w:rPr>
          <w:rFonts w:ascii="Times New Roman" w:hAnsi="Times New Roman" w:cs="Times New Roman"/>
          <w:sz w:val="26"/>
          <w:szCs w:val="26"/>
        </w:rPr>
        <w:t>g th</w:t>
      </w:r>
      <w:r w:rsidRPr="00185D72">
        <w:rPr>
          <w:rFonts w:ascii="Times New Roman" w:hAnsi="Times New Roman" w:cs="Times New Roman"/>
          <w:sz w:val="26"/>
          <w:szCs w:val="26"/>
        </w:rPr>
        <w:t>ờ</w:t>
      </w:r>
      <w:r w:rsidRPr="00185D72">
        <w:rPr>
          <w:rFonts w:ascii="Times New Roman" w:hAnsi="Times New Roman" w:cs="Times New Roman"/>
          <w:sz w:val="26"/>
          <w:szCs w:val="26"/>
        </w:rPr>
        <w:t>i gian kh</w:t>
      </w:r>
      <w:r w:rsidRPr="00185D72">
        <w:rPr>
          <w:rFonts w:ascii="Times New Roman" w:hAnsi="Times New Roman" w:cs="Times New Roman"/>
          <w:sz w:val="26"/>
          <w:szCs w:val="26"/>
        </w:rPr>
        <w:t>ắ</w:t>
      </w:r>
      <w:r w:rsidRPr="00185D72">
        <w:rPr>
          <w:rFonts w:ascii="Times New Roman" w:hAnsi="Times New Roman" w:cs="Times New Roman"/>
          <w:sz w:val="26"/>
          <w:szCs w:val="26"/>
        </w:rPr>
        <w:t>c ph</w:t>
      </w:r>
      <w:r w:rsidRPr="00185D72">
        <w:rPr>
          <w:rFonts w:ascii="Times New Roman" w:hAnsi="Times New Roman" w:cs="Times New Roman"/>
          <w:sz w:val="26"/>
          <w:szCs w:val="26"/>
        </w:rPr>
        <w:t>ụ</w:t>
      </w:r>
      <w:r w:rsidRPr="00185D72">
        <w:rPr>
          <w:rFonts w:ascii="Times New Roman" w:hAnsi="Times New Roman" w:cs="Times New Roman"/>
          <w:sz w:val="26"/>
          <w:szCs w:val="26"/>
        </w:rPr>
        <w:t>c h</w:t>
      </w:r>
      <w:r w:rsidRPr="00185D72">
        <w:rPr>
          <w:rFonts w:ascii="Times New Roman" w:hAnsi="Times New Roman" w:cs="Times New Roman"/>
          <w:sz w:val="26"/>
          <w:szCs w:val="26"/>
        </w:rPr>
        <w:t>ậ</w:t>
      </w:r>
      <w:r w:rsidRPr="00185D72">
        <w:rPr>
          <w:rFonts w:ascii="Times New Roman" w:hAnsi="Times New Roman" w:cs="Times New Roman"/>
          <w:sz w:val="26"/>
          <w:szCs w:val="26"/>
        </w:rPr>
        <w:t>u qu</w:t>
      </w:r>
      <w:r w:rsidRPr="00185D72">
        <w:rPr>
          <w:rFonts w:ascii="Times New Roman" w:hAnsi="Times New Roman" w:cs="Times New Roman"/>
          <w:sz w:val="26"/>
          <w:szCs w:val="26"/>
        </w:rPr>
        <w:t>ả</w:t>
      </w:r>
      <w:r w:rsidRPr="00185D72">
        <w:rPr>
          <w:rFonts w:ascii="Times New Roman" w:hAnsi="Times New Roman" w:cs="Times New Roman"/>
          <w:sz w:val="26"/>
          <w:szCs w:val="26"/>
        </w:rPr>
        <w:t xml:space="preserve"> bão.</w:t>
      </w:r>
      <w:r w:rsidRPr="00185D72">
        <w:rPr>
          <w:rFonts w:ascii="Times New Roman" w:hAnsi="Times New Roman" w:cs="Times New Roman"/>
          <w:sz w:val="26"/>
          <w:szCs w:val="26"/>
        </w:rPr>
        <w:br/>
      </w:r>
      <w:r w:rsidRPr="00185D72">
        <w:rPr>
          <w:rFonts w:ascii="Times New Roman" w:hAnsi="Times New Roman" w:cs="Times New Roman"/>
          <w:sz w:val="26"/>
          <w:szCs w:val="26"/>
        </w:rPr>
        <w:br/>
        <w:t>Trân tr</w:t>
      </w:r>
      <w:r w:rsidRPr="00185D72">
        <w:rPr>
          <w:rFonts w:ascii="Times New Roman" w:hAnsi="Times New Roman" w:cs="Times New Roman"/>
          <w:sz w:val="26"/>
          <w:szCs w:val="26"/>
        </w:rPr>
        <w:t>ọ</w:t>
      </w:r>
      <w:r w:rsidRPr="00185D72">
        <w:rPr>
          <w:rFonts w:ascii="Times New Roman" w:hAnsi="Times New Roman" w:cs="Times New Roman"/>
          <w:sz w:val="26"/>
          <w:szCs w:val="26"/>
        </w:rPr>
        <w:t>ng thông báo.</w:t>
      </w:r>
    </w:p>
    <w:p w:rsidR="008549EC" w:rsidRPr="00185D72" w:rsidRDefault="00185D72" w:rsidP="00185D72">
      <w:pPr>
        <w:rPr>
          <w:rFonts w:ascii="Times New Roman" w:hAnsi="Times New Roman" w:cs="Times New Roman"/>
          <w:sz w:val="26"/>
          <w:szCs w:val="26"/>
        </w:rPr>
      </w:pPr>
      <w:r w:rsidRPr="00185D72">
        <w:rPr>
          <w:rFonts w:ascii="Times New Roman" w:hAnsi="Times New Roman" w:cs="Times New Roman"/>
          <w:sz w:val="26"/>
          <w:szCs w:val="26"/>
        </w:rPr>
        <w:t>Nơi nh</w:t>
      </w:r>
      <w:r w:rsidRPr="00185D72">
        <w:rPr>
          <w:rFonts w:ascii="Times New Roman" w:hAnsi="Times New Roman" w:cs="Times New Roman"/>
          <w:sz w:val="26"/>
          <w:szCs w:val="26"/>
        </w:rPr>
        <w:t>ậ</w:t>
      </w:r>
      <w:r w:rsidRPr="00185D72">
        <w:rPr>
          <w:rFonts w:ascii="Times New Roman" w:hAnsi="Times New Roman" w:cs="Times New Roman"/>
          <w:sz w:val="26"/>
          <w:szCs w:val="26"/>
        </w:rPr>
        <w:t>n:</w:t>
      </w:r>
      <w:r w:rsidRPr="00185D72">
        <w:rPr>
          <w:rFonts w:ascii="Times New Roman" w:hAnsi="Times New Roman" w:cs="Times New Roman"/>
          <w:sz w:val="26"/>
          <w:szCs w:val="26"/>
        </w:rPr>
        <w:br/>
        <w:t>— Như trên</w:t>
      </w:r>
      <w:r w:rsidRPr="00185D72">
        <w:rPr>
          <w:rFonts w:ascii="Times New Roman" w:hAnsi="Times New Roman" w:cs="Times New Roman"/>
          <w:sz w:val="26"/>
          <w:szCs w:val="26"/>
        </w:rPr>
        <w:br/>
        <w:t>— Lưu: VP, Phòng HC-NS</w:t>
      </w:r>
      <w:r w:rsidRPr="00185D72">
        <w:rPr>
          <w:rFonts w:ascii="Times New Roman" w:hAnsi="Times New Roman" w:cs="Times New Roman"/>
          <w:sz w:val="26"/>
          <w:szCs w:val="26"/>
        </w:rPr>
        <w:br/>
      </w:r>
      <w:r w:rsidRPr="00185D72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</w:t>
      </w:r>
      <w:r w:rsidRPr="00185D72">
        <w:rPr>
          <w:rFonts w:ascii="Times New Roman" w:hAnsi="Times New Roman" w:cs="Times New Roman"/>
          <w:b/>
          <w:sz w:val="26"/>
          <w:szCs w:val="26"/>
        </w:rPr>
        <w:t>TM. BAN GIÁM Đ</w:t>
      </w:r>
      <w:r w:rsidRPr="00185D72">
        <w:rPr>
          <w:rFonts w:ascii="Times New Roman" w:hAnsi="Times New Roman" w:cs="Times New Roman"/>
          <w:b/>
          <w:sz w:val="26"/>
          <w:szCs w:val="26"/>
        </w:rPr>
        <w:t>Ố</w:t>
      </w:r>
      <w:r w:rsidRPr="00185D72">
        <w:rPr>
          <w:rFonts w:ascii="Times New Roman" w:hAnsi="Times New Roman" w:cs="Times New Roman"/>
          <w:b/>
          <w:sz w:val="26"/>
          <w:szCs w:val="26"/>
        </w:rPr>
        <w:t>C CÔNG TY …</w:t>
      </w:r>
      <w:r w:rsidRPr="00185D72">
        <w:rPr>
          <w:rFonts w:ascii="Times New Roman" w:hAnsi="Times New Roman" w:cs="Times New Roman"/>
          <w:b/>
          <w:sz w:val="26"/>
          <w:szCs w:val="26"/>
        </w:rPr>
        <w:br/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</w:t>
      </w:r>
      <w:bookmarkStart w:id="0" w:name="_GoBack"/>
      <w:bookmarkEnd w:id="0"/>
      <w:r w:rsidRPr="00185D72">
        <w:rPr>
          <w:rFonts w:ascii="Times New Roman" w:hAnsi="Times New Roman" w:cs="Times New Roman"/>
          <w:b/>
          <w:sz w:val="26"/>
          <w:szCs w:val="26"/>
        </w:rPr>
        <w:t>(Ký, ghi rõ h</w:t>
      </w:r>
      <w:r w:rsidRPr="00185D72">
        <w:rPr>
          <w:rFonts w:ascii="Times New Roman" w:hAnsi="Times New Roman" w:cs="Times New Roman"/>
          <w:b/>
          <w:sz w:val="26"/>
          <w:szCs w:val="26"/>
        </w:rPr>
        <w:t>ọ</w:t>
      </w:r>
      <w:r w:rsidRPr="00185D72">
        <w:rPr>
          <w:rFonts w:ascii="Times New Roman" w:hAnsi="Times New Roman" w:cs="Times New Roman"/>
          <w:b/>
          <w:sz w:val="26"/>
          <w:szCs w:val="26"/>
        </w:rPr>
        <w:t xml:space="preserve"> tên, đóng d</w:t>
      </w:r>
      <w:r w:rsidRPr="00185D72">
        <w:rPr>
          <w:rFonts w:ascii="Times New Roman" w:hAnsi="Times New Roman" w:cs="Times New Roman"/>
          <w:b/>
          <w:sz w:val="26"/>
          <w:szCs w:val="26"/>
        </w:rPr>
        <w:t>ấ</w:t>
      </w:r>
      <w:r w:rsidRPr="00185D72">
        <w:rPr>
          <w:rFonts w:ascii="Times New Roman" w:hAnsi="Times New Roman" w:cs="Times New Roman"/>
          <w:b/>
          <w:sz w:val="26"/>
          <w:szCs w:val="26"/>
        </w:rPr>
        <w:t>u)</w:t>
      </w:r>
    </w:p>
    <w:sectPr w:rsidR="008549EC" w:rsidRPr="00185D7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85D72"/>
    <w:rsid w:val="0029639D"/>
    <w:rsid w:val="00326F90"/>
    <w:rsid w:val="008549E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B9114B5B-2979-4842-841D-6BFE36842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948A171-BB1A-49DC-A81C-9FCF8596C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1832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2025-10-08T01:40:00Z</dcterms:created>
  <dcterms:modified xsi:type="dcterms:W3CDTF">2025-10-08T01:40:00Z</dcterms:modified>
  <cp:category/>
</cp:coreProperties>
</file>