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38"/>
        <w:gridCol w:w="1518"/>
      </w:tblGrid>
      <w:tr w:rsidR="001B1393" w:rsidRPr="001B1393" w:rsidTr="001B1393">
        <w:trPr>
          <w:trHeight w:val="1985"/>
        </w:trPr>
        <w:tc>
          <w:tcPr>
            <w:tcW w:w="7338" w:type="dxa"/>
          </w:tcPr>
          <w:p w:rsidR="001B1393" w:rsidRPr="0059167B" w:rsidRDefault="001B1393" w:rsidP="001B1393">
            <w:pPr>
              <w:pStyle w:val="Heading1"/>
              <w:spacing w:line="360" w:lineRule="auto"/>
              <w:jc w:val="center"/>
              <w:outlineLvl w:val="0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                    </w:t>
            </w:r>
            <w:r w:rsidRPr="0059167B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CỘNG HÒA XÃ HỘI CHỦ NGHĨA VIỆT NAM</w:t>
            </w:r>
          </w:p>
          <w:p w:rsidR="001B1393" w:rsidRPr="0059167B" w:rsidRDefault="001B1393" w:rsidP="001B139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 xml:space="preserve">                       </w:t>
            </w:r>
            <w:r w:rsidRPr="0059167B"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  <w:t>Độc lập – Tự do – Hạnh phúc</w:t>
            </w:r>
          </w:p>
          <w:p w:rsidR="001B1393" w:rsidRPr="001B1393" w:rsidRDefault="001B1393" w:rsidP="001B139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  <w:tc>
          <w:tcPr>
            <w:tcW w:w="1518" w:type="dxa"/>
          </w:tcPr>
          <w:p w:rsidR="001B1393" w:rsidRPr="001B1393" w:rsidRDefault="001B1393" w:rsidP="001B139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</w:p>
        </w:tc>
      </w:tr>
    </w:tbl>
    <w:p w:rsidR="001B1393" w:rsidRPr="001B1393" w:rsidRDefault="001B1393" w:rsidP="001B1393">
      <w:pPr>
        <w:pStyle w:val="Heading1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THÔNG BÁO ĐIỀU CHỈNH HÓA ĐƠN ĐIỆN TỬ</w:t>
      </w:r>
    </w:p>
    <w:p w:rsidR="001B1393" w:rsidRPr="001B1393" w:rsidRDefault="001B139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</w:p>
    <w:p w:rsidR="00A5399A" w:rsidRPr="001B1393" w:rsidRDefault="001B1393" w:rsidP="001B1393">
      <w:pPr>
        <w:spacing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Kính g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i: Ông/Bà ...............................................................</w:t>
      </w:r>
    </w:p>
    <w:p w:rsidR="00A5399A" w:rsidRPr="001B1393" w:rsidRDefault="001B1393" w:rsidP="001B1393">
      <w:pPr>
        <w:spacing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Đ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a ch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: .................................................................................</w:t>
      </w:r>
    </w:p>
    <w:p w:rsidR="00A5399A" w:rsidRPr="001B1393" w:rsidRDefault="001B1393" w:rsidP="001B1393">
      <w:pPr>
        <w:spacing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S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đi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n t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ho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i: ........................................................................</w:t>
      </w:r>
    </w:p>
    <w:p w:rsidR="00A5399A" w:rsidRPr="001B1393" w:rsidRDefault="001B1393" w:rsidP="001B1393">
      <w:pPr>
        <w:spacing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Chúng tôi xin thông báo: Ngày ...../..../......, đơn v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có l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p hóa đơn đi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n t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ử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s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.................., ký hi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u .................. cho Ông/Bà v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n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ộ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i dung mua hàng hóa/d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ch v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....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...................................................................................</w:t>
      </w:r>
    </w:p>
    <w:p w:rsidR="00A5399A" w:rsidRPr="001B1393" w:rsidRDefault="001B1393" w:rsidP="001B1393">
      <w:pPr>
        <w:spacing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Sau khi ki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m tra, chúng tôi phát hi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ệ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n hóa đơn trên đã ghi sai đ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a ch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a ngư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ờ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i mua.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1B1393" w:rsidRPr="001B1393">
        <w:tc>
          <w:tcPr>
            <w:tcW w:w="4320" w:type="dxa"/>
          </w:tcPr>
          <w:p w:rsidR="00A5399A" w:rsidRPr="001B1393" w:rsidRDefault="001B1393" w:rsidP="001B139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B13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N</w:t>
            </w:r>
            <w:r w:rsidRPr="001B13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ộ</w:t>
            </w:r>
            <w:r w:rsidRPr="001B13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i dung</w:t>
            </w:r>
          </w:p>
        </w:tc>
        <w:tc>
          <w:tcPr>
            <w:tcW w:w="4320" w:type="dxa"/>
          </w:tcPr>
          <w:p w:rsidR="00A5399A" w:rsidRPr="001B1393" w:rsidRDefault="001B1393" w:rsidP="001B139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B13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Thông tin</w:t>
            </w:r>
          </w:p>
        </w:tc>
      </w:tr>
      <w:tr w:rsidR="001B1393" w:rsidRPr="001B1393">
        <w:tc>
          <w:tcPr>
            <w:tcW w:w="4320" w:type="dxa"/>
          </w:tcPr>
          <w:p w:rsidR="00A5399A" w:rsidRPr="001B1393" w:rsidRDefault="001B1393" w:rsidP="001B139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B13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</w:t>
            </w:r>
            <w:r w:rsidRPr="001B13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ị</w:t>
            </w:r>
            <w:r w:rsidRPr="001B13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a ch</w:t>
            </w:r>
            <w:r w:rsidRPr="001B13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ỉ</w:t>
            </w:r>
            <w:r w:rsidRPr="001B13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ghi sai:</w:t>
            </w:r>
          </w:p>
        </w:tc>
        <w:tc>
          <w:tcPr>
            <w:tcW w:w="4320" w:type="dxa"/>
          </w:tcPr>
          <w:p w:rsidR="00A5399A" w:rsidRPr="001B1393" w:rsidRDefault="001B1393" w:rsidP="001B139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B13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..............................................</w:t>
            </w:r>
          </w:p>
        </w:tc>
      </w:tr>
      <w:tr w:rsidR="001B1393" w:rsidRPr="001B1393">
        <w:tc>
          <w:tcPr>
            <w:tcW w:w="4320" w:type="dxa"/>
          </w:tcPr>
          <w:p w:rsidR="00A5399A" w:rsidRPr="001B1393" w:rsidRDefault="001B1393" w:rsidP="001B139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B13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Đ</w:t>
            </w:r>
            <w:r w:rsidRPr="001B13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ị</w:t>
            </w:r>
            <w:r w:rsidRPr="001B13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a ch</w:t>
            </w:r>
            <w:r w:rsidRPr="001B13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ỉ</w:t>
            </w:r>
            <w:r w:rsidRPr="001B13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đúng:</w:t>
            </w:r>
          </w:p>
        </w:tc>
        <w:tc>
          <w:tcPr>
            <w:tcW w:w="4320" w:type="dxa"/>
          </w:tcPr>
          <w:p w:rsidR="00A5399A" w:rsidRPr="001B1393" w:rsidRDefault="001B1393" w:rsidP="001B1393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B139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>..............................................</w:t>
            </w:r>
          </w:p>
        </w:tc>
      </w:tr>
    </w:tbl>
    <w:p w:rsidR="00A5399A" w:rsidRPr="001B1393" w:rsidRDefault="001B1393" w:rsidP="001B1393">
      <w:pPr>
        <w:spacing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0" w:name="_GoBack"/>
      <w:bookmarkEnd w:id="0"/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Căn c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ứ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quy đ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nh t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i Điều 19 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Ngh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đ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nh 123/2020/NĐ-CP 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được sửa đổi bởi khoản 13 Điều 1 </w:t>
      </w:r>
      <w:hyperlink r:id="rId6" w:tgtFrame="_blank" w:history="1">
        <w:r w:rsidRPr="001B1393">
          <w:rPr>
            <w:rStyle w:val="Hyperlink"/>
            <w:rFonts w:ascii="Times New Roman" w:hAnsi="Times New Roman" w:cs="Times New Roman"/>
            <w:color w:val="000000" w:themeColor="text1"/>
            <w:sz w:val="26"/>
            <w:szCs w:val="26"/>
            <w:u w:val="none"/>
          </w:rPr>
          <w:t>Nghị định 70/2025/NĐ-CP</w:t>
        </w:r>
      </w:hyperlink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và hư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ớ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ng d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ẫ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n t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ạ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i Thông tư 78/2021/TT-BTC, đơn v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xin đư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c l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p hóa đơn đi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u ch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nh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cho hóa đơn đã l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p nêu trên.</w:t>
      </w:r>
    </w:p>
    <w:p w:rsidR="00A5399A" w:rsidRPr="001B1393" w:rsidRDefault="001B1393" w:rsidP="001B1393">
      <w:pPr>
        <w:spacing w:line="360" w:lineRule="auto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R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t mong Ông/Bà ph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ố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i h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ợ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p, xác nh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ậ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n đ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ể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chúng tôi hoàn t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ấ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t th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ủ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t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ụ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c đi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ề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u ch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ỉ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nh theo quy đ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ị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nh.</w:t>
      </w:r>
    </w:p>
    <w:p w:rsidR="00A5399A" w:rsidRPr="001B1393" w:rsidRDefault="001B139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Trân tr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ọ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ng c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ả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m ơn!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</w:p>
    <w:p w:rsidR="00A5399A" w:rsidRPr="001B1393" w:rsidRDefault="001B1393">
      <w:pPr>
        <w:rPr>
          <w:rFonts w:ascii="Times New Roman" w:hAnsi="Times New Roman" w:cs="Times New Roman"/>
          <w:color w:val="000000" w:themeColor="text1"/>
          <w:sz w:val="26"/>
          <w:szCs w:val="26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</w:rPr>
        <w:lastRenderedPageBreak/>
        <w:t xml:space="preserve">                                                                                 </w:t>
      </w:r>
      <w:r w:rsidRPr="001B1393">
        <w:rPr>
          <w:rFonts w:ascii="Times New Roman" w:hAnsi="Times New Roman" w:cs="Times New Roman"/>
          <w:color w:val="000000" w:themeColor="text1"/>
          <w:sz w:val="26"/>
          <w:szCs w:val="26"/>
        </w:rPr>
        <w:t>Ngày ..... tháng ..... năm 20.....</w:t>
      </w:r>
    </w:p>
    <w:p w:rsidR="00A5399A" w:rsidRPr="001B1393" w:rsidRDefault="001B1393" w:rsidP="001B1393">
      <w:pPr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B139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Đ</w:t>
      </w:r>
      <w:r w:rsidRPr="001B139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Ạ</w:t>
      </w:r>
      <w:r w:rsidRPr="001B139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I DI</w:t>
      </w:r>
      <w:r w:rsidRPr="001B139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Ệ</w:t>
      </w:r>
      <w:r w:rsidRPr="001B139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N ĐƠN V</w:t>
      </w:r>
      <w:r w:rsidRPr="001B139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Ị</w:t>
      </w:r>
      <w:r w:rsidRPr="001B139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L</w:t>
      </w:r>
      <w:r w:rsidRPr="001B139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Ậ</w:t>
      </w:r>
      <w:r w:rsidRPr="001B139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P HÓA ĐƠN</w:t>
      </w:r>
    </w:p>
    <w:p w:rsidR="00A5399A" w:rsidRPr="001B1393" w:rsidRDefault="001B1393" w:rsidP="001B1393">
      <w:pPr>
        <w:jc w:val="right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B139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(Ký, ghi rõ h</w:t>
      </w:r>
      <w:r w:rsidRPr="001B139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ọ</w:t>
      </w:r>
      <w:r w:rsidRPr="001B139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 tên và đóng d</w:t>
      </w:r>
      <w:r w:rsidRPr="001B139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ấ</w:t>
      </w:r>
      <w:r w:rsidRPr="001B139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u n</w:t>
      </w:r>
      <w:r w:rsidRPr="001B139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ế</w:t>
      </w:r>
      <w:r w:rsidRPr="001B1393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u có)</w:t>
      </w:r>
    </w:p>
    <w:sectPr w:rsidR="00A5399A" w:rsidRPr="001B1393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1B1393"/>
    <w:rsid w:val="0029639D"/>
    <w:rsid w:val="00326F90"/>
    <w:rsid w:val="00A5399A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FAA7BD4D-8C21-4729-BFFB-DD9DC9537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semiHidden/>
    <w:unhideWhenUsed/>
    <w:rsid w:val="001B139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thuvienphapluat.vn/van-ban/Thue-Phi-Le-Phi/Nghi-dinh-70-2025-ND-CP-sua-doi-Nghi-dinh-123-2020-ND-CP-hoa-don-chung-tu-577816.aspx?anchor=dieu_1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10CC779-32FA-4CD4-A564-DE49B1CD9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1591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2025-10-14T07:12:00Z</dcterms:created>
  <dcterms:modified xsi:type="dcterms:W3CDTF">2025-10-14T07:12:00Z</dcterms:modified>
  <cp:category/>
</cp:coreProperties>
</file>