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A95" w:rsidRPr="009617F1" w:rsidRDefault="009617F1">
      <w:pPr>
        <w:pStyle w:val="Heading1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CÔNG TY ........................................</w:t>
      </w:r>
    </w:p>
    <w:p w:rsidR="009617F1" w:rsidRPr="009617F1" w:rsidRDefault="009617F1" w:rsidP="009617F1">
      <w:pPr>
        <w:rPr>
          <w:b/>
        </w:rPr>
      </w:pPr>
    </w:p>
    <w:p w:rsidR="00281A95" w:rsidRPr="009617F1" w:rsidRDefault="009617F1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S</w:t>
      </w: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ố</w:t>
      </w: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 ....../TB-.............</w:t>
      </w:r>
    </w:p>
    <w:p w:rsidR="00281A95" w:rsidRPr="009617F1" w:rsidRDefault="00281A95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617F1" w:rsidRDefault="009617F1" w:rsidP="009617F1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THÔNG BÁO TUYỂN DỤ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</w:t>
      </w:r>
    </w:p>
    <w:p w:rsidR="00281A95" w:rsidRPr="009617F1" w:rsidRDefault="009617F1" w:rsidP="009617F1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CÔNG NHÂN THỜI VỤ 3 THÁNG CUỐI NĂM</w:t>
      </w:r>
      <w:bookmarkStart w:id="0" w:name="_GoBack"/>
      <w:bookmarkEnd w:id="0"/>
    </w:p>
    <w:p w:rsidR="00281A95" w:rsidRPr="009617F1" w:rsidRDefault="009617F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Nh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ằ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m đáp 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 nhu 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u s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xu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t, kinh doanh trong 3 tháng cu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i năm, Công ty .................................... thông báo tuy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d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ng công nhân th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i v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i các thông tin như sau: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1. V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trí tuy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d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ng: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Công nhân s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xu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t / đóng gói / b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x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p / ki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m hàng (tùy theo b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n).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2. S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lư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ng c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tuy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n: .......... ngư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3. Th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i gian làm vi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c: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T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.... / .... / ........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ngày .... / .... / ........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Làm vi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theo ca (8 ti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ng/ngày ho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xoay ca theo quy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nh c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a công ty).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4.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a đi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m làm vi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c: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Nhà máy / xư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g t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......................................................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5. Yêu c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u: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Nam/n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,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tu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i t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....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....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S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kh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ỏ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e t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t, siêng năng, trung th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c, ch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u đư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áp l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công vi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Ưu tiên 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ng viên có kinh nghi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m trong lĩnh v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s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xu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t.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6. Ch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đãi ng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Lương: .................. VNĐ/tháng (ho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tính theo gi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/s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ph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ẩ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m).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ỗ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cơm ca, ph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p chuyên c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n, tăng ca theo quy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nh.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Đư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hư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ng các ch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theo lu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t Lao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ng và quy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nh công ty (n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u làm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i gian).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br/>
        <w:t>7. 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sơ bao g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m: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- Đơn xin vi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(theo m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ẫ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u)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Sơ y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u lý l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ch (có xác nh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a phương)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CMND/CCCD (photo)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Gi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y khám s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kh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ỏ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e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- 02 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nh 3x4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8. Th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i 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nh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sơ: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T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.... / .... / ........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 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t ngày .... / .... / ........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9.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p 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sơ và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liên 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Phòng Hành chính – Nhân s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, Công ty ..........................................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Đ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.............................................................................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   - SĐT liên 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 (g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p Ms./Mr. ..........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...............)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Công ty trân tr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ng thông báo và mong đư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p tác v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i các 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ng viên có nhu c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u làm vi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c trong th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i gian trên.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281A95" w:rsidRPr="009617F1" w:rsidRDefault="009617F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Nơi nh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n:</w:t>
      </w:r>
    </w:p>
    <w:p w:rsidR="00281A95" w:rsidRPr="009617F1" w:rsidRDefault="009617F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- Như trên;</w:t>
      </w:r>
    </w:p>
    <w:p w:rsidR="00281A95" w:rsidRPr="009617F1" w:rsidRDefault="009617F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t>- Lưu: VT, HCNS.</w:t>
      </w:r>
    </w:p>
    <w:p w:rsidR="00281A95" w:rsidRPr="009617F1" w:rsidRDefault="009617F1" w:rsidP="009617F1">
      <w:pPr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17F1">
        <w:rPr>
          <w:rFonts w:ascii="Times New Roman" w:hAnsi="Times New Roman" w:cs="Times New Roman"/>
          <w:color w:val="000000" w:themeColor="text1"/>
          <w:sz w:val="26"/>
          <w:szCs w:val="26"/>
        </w:rPr>
        <w:br/>
        <w:t>......................., ngày .... tháng .... năm ........</w:t>
      </w:r>
    </w:p>
    <w:p w:rsidR="00281A95" w:rsidRPr="009617F1" w:rsidRDefault="009617F1" w:rsidP="009617F1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DI</w:t>
      </w: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 CÔNG TY</w:t>
      </w:r>
    </w:p>
    <w:p w:rsidR="00281A95" w:rsidRPr="009617F1" w:rsidRDefault="009617F1" w:rsidP="009617F1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(Ký tên, đó</w:t>
      </w: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d</w:t>
      </w: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ấ</w:t>
      </w: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u, ghi rõ h</w:t>
      </w: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9617F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tên)</w:t>
      </w:r>
    </w:p>
    <w:sectPr w:rsidR="00281A95" w:rsidRPr="009617F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81A95"/>
    <w:rsid w:val="0029639D"/>
    <w:rsid w:val="00326F90"/>
    <w:rsid w:val="009617F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A77AD3B-3DF3-4410-A489-5EDD280E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5B8580-685C-4255-B81A-D7DB63541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2025-10-06T03:33:00Z</dcterms:created>
  <dcterms:modified xsi:type="dcterms:W3CDTF">2025-10-06T03:33:00Z</dcterms:modified>
  <cp:category/>
</cp:coreProperties>
</file>