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FC0" w:rsidRPr="0016001D" w:rsidRDefault="00997D2F" w:rsidP="0016001D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b/>
          <w:sz w:val="28"/>
          <w:szCs w:val="28"/>
        </w:rPr>
        <w:t>C</w:t>
      </w:r>
      <w:r w:rsidRPr="0016001D">
        <w:rPr>
          <w:rFonts w:ascii="Times New Roman" w:hAnsi="Times New Roman" w:cs="Times New Roman"/>
          <w:b/>
          <w:sz w:val="28"/>
          <w:szCs w:val="28"/>
        </w:rPr>
        <w:t>Ộ</w:t>
      </w:r>
      <w:r w:rsidRPr="0016001D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16001D">
        <w:rPr>
          <w:rFonts w:ascii="Times New Roman" w:hAnsi="Times New Roman" w:cs="Times New Roman"/>
          <w:b/>
          <w:sz w:val="28"/>
          <w:szCs w:val="28"/>
        </w:rPr>
        <w:t>Ộ</w:t>
      </w:r>
      <w:r w:rsidRPr="0016001D">
        <w:rPr>
          <w:rFonts w:ascii="Times New Roman" w:hAnsi="Times New Roman" w:cs="Times New Roman"/>
          <w:b/>
          <w:sz w:val="28"/>
          <w:szCs w:val="28"/>
        </w:rPr>
        <w:t>I CH</w:t>
      </w:r>
      <w:r w:rsidRPr="0016001D">
        <w:rPr>
          <w:rFonts w:ascii="Times New Roman" w:hAnsi="Times New Roman" w:cs="Times New Roman"/>
          <w:b/>
          <w:sz w:val="28"/>
          <w:szCs w:val="28"/>
        </w:rPr>
        <w:t>Ủ</w:t>
      </w:r>
      <w:r w:rsidRPr="0016001D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16001D">
        <w:rPr>
          <w:rFonts w:ascii="Times New Roman" w:hAnsi="Times New Roman" w:cs="Times New Roman"/>
          <w:b/>
          <w:sz w:val="28"/>
          <w:szCs w:val="28"/>
        </w:rPr>
        <w:t>Ệ</w:t>
      </w:r>
      <w:r w:rsidRPr="0016001D">
        <w:rPr>
          <w:rFonts w:ascii="Times New Roman" w:hAnsi="Times New Roman" w:cs="Times New Roman"/>
          <w:b/>
          <w:sz w:val="28"/>
          <w:szCs w:val="28"/>
        </w:rPr>
        <w:t>T NAM</w:t>
      </w:r>
    </w:p>
    <w:p w:rsidR="006A7FC0" w:rsidRDefault="00997D2F" w:rsidP="0016001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6001D">
        <w:rPr>
          <w:rFonts w:ascii="Times New Roman" w:hAnsi="Times New Roman" w:cs="Times New Roman"/>
          <w:b/>
          <w:sz w:val="30"/>
          <w:szCs w:val="30"/>
        </w:rPr>
        <w:t>Đ</w:t>
      </w:r>
      <w:r w:rsidRPr="0016001D">
        <w:rPr>
          <w:rFonts w:ascii="Times New Roman" w:hAnsi="Times New Roman" w:cs="Times New Roman"/>
          <w:b/>
          <w:sz w:val="30"/>
          <w:szCs w:val="30"/>
        </w:rPr>
        <w:t>ộ</w:t>
      </w:r>
      <w:r w:rsidRPr="0016001D">
        <w:rPr>
          <w:rFonts w:ascii="Times New Roman" w:hAnsi="Times New Roman" w:cs="Times New Roman"/>
          <w:b/>
          <w:sz w:val="30"/>
          <w:szCs w:val="30"/>
        </w:rPr>
        <w:t>c l</w:t>
      </w:r>
      <w:r w:rsidRPr="0016001D">
        <w:rPr>
          <w:rFonts w:ascii="Times New Roman" w:hAnsi="Times New Roman" w:cs="Times New Roman"/>
          <w:b/>
          <w:sz w:val="30"/>
          <w:szCs w:val="30"/>
        </w:rPr>
        <w:t>ậ</w:t>
      </w:r>
      <w:r w:rsidRPr="0016001D">
        <w:rPr>
          <w:rFonts w:ascii="Times New Roman" w:hAnsi="Times New Roman" w:cs="Times New Roman"/>
          <w:b/>
          <w:sz w:val="30"/>
          <w:szCs w:val="30"/>
        </w:rPr>
        <w:t>p – T</w:t>
      </w:r>
      <w:r w:rsidRPr="0016001D">
        <w:rPr>
          <w:rFonts w:ascii="Times New Roman" w:hAnsi="Times New Roman" w:cs="Times New Roman"/>
          <w:b/>
          <w:sz w:val="30"/>
          <w:szCs w:val="30"/>
        </w:rPr>
        <w:t>ự</w:t>
      </w:r>
      <w:r w:rsidRPr="0016001D">
        <w:rPr>
          <w:rFonts w:ascii="Times New Roman" w:hAnsi="Times New Roman" w:cs="Times New Roman"/>
          <w:b/>
          <w:sz w:val="30"/>
          <w:szCs w:val="30"/>
        </w:rPr>
        <w:t xml:space="preserve"> do – H</w:t>
      </w:r>
      <w:r w:rsidRPr="0016001D">
        <w:rPr>
          <w:rFonts w:ascii="Times New Roman" w:hAnsi="Times New Roman" w:cs="Times New Roman"/>
          <w:b/>
          <w:sz w:val="30"/>
          <w:szCs w:val="30"/>
        </w:rPr>
        <w:t>ạ</w:t>
      </w:r>
      <w:r w:rsidRPr="0016001D">
        <w:rPr>
          <w:rFonts w:ascii="Times New Roman" w:hAnsi="Times New Roman" w:cs="Times New Roman"/>
          <w:b/>
          <w:sz w:val="30"/>
          <w:szCs w:val="30"/>
        </w:rPr>
        <w:t>nh phúc</w:t>
      </w:r>
    </w:p>
    <w:p w:rsidR="0016001D" w:rsidRPr="0016001D" w:rsidRDefault="0016001D" w:rsidP="0016001D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6A7FC0" w:rsidRDefault="00997D2F" w:rsidP="001600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01D">
        <w:rPr>
          <w:rFonts w:ascii="Times New Roman" w:hAnsi="Times New Roman" w:cs="Times New Roman"/>
          <w:b/>
          <w:sz w:val="28"/>
          <w:szCs w:val="28"/>
        </w:rPr>
        <w:t>BIÊN B</w:t>
      </w:r>
      <w:r w:rsidRPr="0016001D">
        <w:rPr>
          <w:rFonts w:ascii="Times New Roman" w:hAnsi="Times New Roman" w:cs="Times New Roman"/>
          <w:b/>
          <w:sz w:val="28"/>
          <w:szCs w:val="28"/>
        </w:rPr>
        <w:t>Ả</w:t>
      </w:r>
      <w:r w:rsidRPr="0016001D">
        <w:rPr>
          <w:rFonts w:ascii="Times New Roman" w:hAnsi="Times New Roman" w:cs="Times New Roman"/>
          <w:b/>
          <w:sz w:val="28"/>
          <w:szCs w:val="28"/>
        </w:rPr>
        <w:t>N GIAO NH</w:t>
      </w:r>
      <w:r w:rsidRPr="0016001D">
        <w:rPr>
          <w:rFonts w:ascii="Times New Roman" w:hAnsi="Times New Roman" w:cs="Times New Roman"/>
          <w:b/>
          <w:sz w:val="28"/>
          <w:szCs w:val="28"/>
        </w:rPr>
        <w:t>Ậ</w:t>
      </w:r>
      <w:r w:rsidRPr="0016001D">
        <w:rPr>
          <w:rFonts w:ascii="Times New Roman" w:hAnsi="Times New Roman" w:cs="Times New Roman"/>
          <w:b/>
          <w:sz w:val="28"/>
          <w:szCs w:val="28"/>
        </w:rPr>
        <w:t>N TI</w:t>
      </w:r>
      <w:r w:rsidRPr="0016001D">
        <w:rPr>
          <w:rFonts w:ascii="Times New Roman" w:hAnsi="Times New Roman" w:cs="Times New Roman"/>
          <w:b/>
          <w:sz w:val="28"/>
          <w:szCs w:val="28"/>
        </w:rPr>
        <w:t>Ề</w:t>
      </w:r>
      <w:r w:rsidRPr="0016001D">
        <w:rPr>
          <w:rFonts w:ascii="Times New Roman" w:hAnsi="Times New Roman" w:cs="Times New Roman"/>
          <w:b/>
          <w:sz w:val="28"/>
          <w:szCs w:val="28"/>
        </w:rPr>
        <w:t>N MUA BÁN Đ</w:t>
      </w:r>
      <w:r w:rsidRPr="0016001D">
        <w:rPr>
          <w:rFonts w:ascii="Times New Roman" w:hAnsi="Times New Roman" w:cs="Times New Roman"/>
          <w:b/>
          <w:sz w:val="28"/>
          <w:szCs w:val="28"/>
        </w:rPr>
        <w:t>Ấ</w:t>
      </w:r>
      <w:r w:rsidRPr="0016001D">
        <w:rPr>
          <w:rFonts w:ascii="Times New Roman" w:hAnsi="Times New Roman" w:cs="Times New Roman"/>
          <w:b/>
          <w:sz w:val="28"/>
          <w:szCs w:val="28"/>
        </w:rPr>
        <w:t>T – Đ</w:t>
      </w:r>
      <w:r w:rsidRPr="0016001D">
        <w:rPr>
          <w:rFonts w:ascii="Times New Roman" w:hAnsi="Times New Roman" w:cs="Times New Roman"/>
          <w:b/>
          <w:sz w:val="28"/>
          <w:szCs w:val="28"/>
        </w:rPr>
        <w:t>Ợ</w:t>
      </w:r>
      <w:r w:rsidRPr="0016001D">
        <w:rPr>
          <w:rFonts w:ascii="Times New Roman" w:hAnsi="Times New Roman" w:cs="Times New Roman"/>
          <w:b/>
          <w:sz w:val="28"/>
          <w:szCs w:val="28"/>
        </w:rPr>
        <w:t>T ...</w:t>
      </w:r>
    </w:p>
    <w:p w:rsidR="0016001D" w:rsidRPr="0016001D" w:rsidRDefault="0016001D" w:rsidP="00160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Hôm nay, ngày ... tháng ... năm ..., t</w:t>
      </w:r>
      <w:r w:rsidRPr="0016001D">
        <w:rPr>
          <w:rFonts w:ascii="Times New Roman" w:hAnsi="Times New Roman" w:cs="Times New Roman"/>
          <w:sz w:val="28"/>
          <w:szCs w:val="28"/>
        </w:rPr>
        <w:t>ạ</w:t>
      </w:r>
      <w:r w:rsidRPr="0016001D">
        <w:rPr>
          <w:rFonts w:ascii="Times New Roman" w:hAnsi="Times New Roman" w:cs="Times New Roman"/>
          <w:sz w:val="28"/>
          <w:szCs w:val="28"/>
        </w:rPr>
        <w:t xml:space="preserve">i ..................................................., chúng tôi </w:t>
      </w:r>
      <w:r w:rsidRPr="0016001D">
        <w:rPr>
          <w:rFonts w:ascii="Times New Roman" w:hAnsi="Times New Roman" w:cs="Times New Roman"/>
          <w:sz w:val="28"/>
          <w:szCs w:val="28"/>
        </w:rPr>
        <w:t>g</w:t>
      </w:r>
      <w:r w:rsidRPr="0016001D">
        <w:rPr>
          <w:rFonts w:ascii="Times New Roman" w:hAnsi="Times New Roman" w:cs="Times New Roman"/>
          <w:sz w:val="28"/>
          <w:szCs w:val="28"/>
        </w:rPr>
        <w:t>ồ</w:t>
      </w:r>
      <w:r w:rsidRPr="0016001D">
        <w:rPr>
          <w:rFonts w:ascii="Times New Roman" w:hAnsi="Times New Roman" w:cs="Times New Roman"/>
          <w:sz w:val="28"/>
          <w:szCs w:val="28"/>
        </w:rPr>
        <w:t>m có: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BÊN GIAO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 (BÊN MUA):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H</w:t>
      </w:r>
      <w:r w:rsidRPr="0016001D">
        <w:rPr>
          <w:rFonts w:ascii="Times New Roman" w:hAnsi="Times New Roman" w:cs="Times New Roman"/>
          <w:sz w:val="28"/>
          <w:szCs w:val="28"/>
        </w:rPr>
        <w:t>ọ</w:t>
      </w:r>
      <w:r w:rsidRPr="0016001D">
        <w:rPr>
          <w:rFonts w:ascii="Times New Roman" w:hAnsi="Times New Roman" w:cs="Times New Roman"/>
          <w:sz w:val="28"/>
          <w:szCs w:val="28"/>
        </w:rPr>
        <w:t xml:space="preserve"> và tên: .................................................................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Năm sinh: 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 xml:space="preserve">- </w:t>
      </w:r>
      <w:r w:rsidRPr="0016001D">
        <w:rPr>
          <w:rFonts w:ascii="Times New Roman" w:hAnsi="Times New Roman" w:cs="Times New Roman"/>
          <w:sz w:val="28"/>
          <w:szCs w:val="28"/>
        </w:rPr>
        <w:t>CCCD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>: .................................... c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p ngày ......./....../...... t</w:t>
      </w:r>
      <w:r w:rsidRPr="0016001D">
        <w:rPr>
          <w:rFonts w:ascii="Times New Roman" w:hAnsi="Times New Roman" w:cs="Times New Roman"/>
          <w:sz w:val="28"/>
          <w:szCs w:val="28"/>
        </w:rPr>
        <w:t>ạ</w:t>
      </w:r>
      <w:r w:rsidRPr="0016001D">
        <w:rPr>
          <w:rFonts w:ascii="Times New Roman" w:hAnsi="Times New Roman" w:cs="Times New Roman"/>
          <w:sz w:val="28"/>
          <w:szCs w:val="28"/>
        </w:rPr>
        <w:t>i .......................</w:t>
      </w:r>
      <w:r w:rsidRPr="0016001D">
        <w:rPr>
          <w:rFonts w:ascii="Times New Roman" w:hAnsi="Times New Roman" w:cs="Times New Roman"/>
          <w:sz w:val="28"/>
          <w:szCs w:val="28"/>
        </w:rPr>
        <w:t>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Đ</w:t>
      </w:r>
      <w:r w:rsidRPr="0016001D">
        <w:rPr>
          <w:rFonts w:ascii="Times New Roman" w:hAnsi="Times New Roman" w:cs="Times New Roman"/>
          <w:sz w:val="28"/>
          <w:szCs w:val="28"/>
        </w:rPr>
        <w:t>ị</w:t>
      </w:r>
      <w:r w:rsidRPr="0016001D">
        <w:rPr>
          <w:rFonts w:ascii="Times New Roman" w:hAnsi="Times New Roman" w:cs="Times New Roman"/>
          <w:sz w:val="28"/>
          <w:szCs w:val="28"/>
        </w:rPr>
        <w:t>a ch</w:t>
      </w:r>
      <w:r w:rsidRPr="0016001D">
        <w:rPr>
          <w:rFonts w:ascii="Times New Roman" w:hAnsi="Times New Roman" w:cs="Times New Roman"/>
          <w:sz w:val="28"/>
          <w:szCs w:val="28"/>
        </w:rPr>
        <w:t>ỉ</w:t>
      </w:r>
      <w:r w:rsidRPr="0016001D">
        <w:rPr>
          <w:rFonts w:ascii="Times New Roman" w:hAnsi="Times New Roman" w:cs="Times New Roman"/>
          <w:sz w:val="28"/>
          <w:szCs w:val="28"/>
        </w:rPr>
        <w:t xml:space="preserve"> thư</w:t>
      </w:r>
      <w:r w:rsidRPr="0016001D">
        <w:rPr>
          <w:rFonts w:ascii="Times New Roman" w:hAnsi="Times New Roman" w:cs="Times New Roman"/>
          <w:sz w:val="28"/>
          <w:szCs w:val="28"/>
        </w:rPr>
        <w:t>ờ</w:t>
      </w:r>
      <w:r w:rsidRPr="0016001D">
        <w:rPr>
          <w:rFonts w:ascii="Times New Roman" w:hAnsi="Times New Roman" w:cs="Times New Roman"/>
          <w:sz w:val="28"/>
          <w:szCs w:val="28"/>
        </w:rPr>
        <w:t>ng trú: ......................................................................................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Đi</w:t>
      </w:r>
      <w:r w:rsidRPr="0016001D">
        <w:rPr>
          <w:rFonts w:ascii="Times New Roman" w:hAnsi="Times New Roman" w:cs="Times New Roman"/>
          <w:sz w:val="28"/>
          <w:szCs w:val="28"/>
        </w:rPr>
        <w:t>ệ</w:t>
      </w:r>
      <w:r w:rsidRPr="0016001D">
        <w:rPr>
          <w:rFonts w:ascii="Times New Roman" w:hAnsi="Times New Roman" w:cs="Times New Roman"/>
          <w:sz w:val="28"/>
          <w:szCs w:val="28"/>
        </w:rPr>
        <w:t>n tho</w:t>
      </w:r>
      <w:r w:rsidRPr="0016001D">
        <w:rPr>
          <w:rFonts w:ascii="Times New Roman" w:hAnsi="Times New Roman" w:cs="Times New Roman"/>
          <w:sz w:val="28"/>
          <w:szCs w:val="28"/>
        </w:rPr>
        <w:t>ạ</w:t>
      </w:r>
      <w:r w:rsidRPr="0016001D">
        <w:rPr>
          <w:rFonts w:ascii="Times New Roman" w:hAnsi="Times New Roman" w:cs="Times New Roman"/>
          <w:sz w:val="28"/>
          <w:szCs w:val="28"/>
        </w:rPr>
        <w:t>i liên h</w:t>
      </w:r>
      <w:r w:rsidRPr="0016001D">
        <w:rPr>
          <w:rFonts w:ascii="Times New Roman" w:hAnsi="Times New Roman" w:cs="Times New Roman"/>
          <w:sz w:val="28"/>
          <w:szCs w:val="28"/>
        </w:rPr>
        <w:t>ệ</w:t>
      </w:r>
      <w:r w:rsidRPr="0016001D">
        <w:rPr>
          <w:rFonts w:ascii="Times New Roman" w:hAnsi="Times New Roman" w:cs="Times New Roman"/>
          <w:sz w:val="28"/>
          <w:szCs w:val="28"/>
        </w:rPr>
        <w:t>: 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BÊN NH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N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 (BÊN BÁN):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H</w:t>
      </w:r>
      <w:r w:rsidRPr="0016001D">
        <w:rPr>
          <w:rFonts w:ascii="Times New Roman" w:hAnsi="Times New Roman" w:cs="Times New Roman"/>
          <w:sz w:val="28"/>
          <w:szCs w:val="28"/>
        </w:rPr>
        <w:t>ọ</w:t>
      </w:r>
      <w:r w:rsidRPr="0016001D">
        <w:rPr>
          <w:rFonts w:ascii="Times New Roman" w:hAnsi="Times New Roman" w:cs="Times New Roman"/>
          <w:sz w:val="28"/>
          <w:szCs w:val="28"/>
        </w:rPr>
        <w:t xml:space="preserve"> và tên: ...............................</w:t>
      </w:r>
      <w:r w:rsidRPr="0016001D">
        <w:rPr>
          <w:rFonts w:ascii="Times New Roman" w:hAnsi="Times New Roman" w:cs="Times New Roman"/>
          <w:sz w:val="28"/>
          <w:szCs w:val="28"/>
        </w:rPr>
        <w:t>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Năm sinh: 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Pr="0016001D">
        <w:rPr>
          <w:rFonts w:ascii="Times New Roman" w:hAnsi="Times New Roman" w:cs="Times New Roman"/>
          <w:sz w:val="28"/>
          <w:szCs w:val="28"/>
        </w:rPr>
        <w:t>CCCD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>: .................................... c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p ngày ......./....../...... t</w:t>
      </w:r>
      <w:r w:rsidRPr="0016001D">
        <w:rPr>
          <w:rFonts w:ascii="Times New Roman" w:hAnsi="Times New Roman" w:cs="Times New Roman"/>
          <w:sz w:val="28"/>
          <w:szCs w:val="28"/>
        </w:rPr>
        <w:t>ạ</w:t>
      </w:r>
      <w:r w:rsidRPr="0016001D">
        <w:rPr>
          <w:rFonts w:ascii="Times New Roman" w:hAnsi="Times New Roman" w:cs="Times New Roman"/>
          <w:sz w:val="28"/>
          <w:szCs w:val="28"/>
        </w:rPr>
        <w:t>i ..........................................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Đ</w:t>
      </w:r>
      <w:r w:rsidRPr="0016001D">
        <w:rPr>
          <w:rFonts w:ascii="Times New Roman" w:hAnsi="Times New Roman" w:cs="Times New Roman"/>
          <w:sz w:val="28"/>
          <w:szCs w:val="28"/>
        </w:rPr>
        <w:t>ị</w:t>
      </w:r>
      <w:r w:rsidRPr="0016001D">
        <w:rPr>
          <w:rFonts w:ascii="Times New Roman" w:hAnsi="Times New Roman" w:cs="Times New Roman"/>
          <w:sz w:val="28"/>
          <w:szCs w:val="28"/>
        </w:rPr>
        <w:t>a ch</w:t>
      </w:r>
      <w:r w:rsidRPr="0016001D">
        <w:rPr>
          <w:rFonts w:ascii="Times New Roman" w:hAnsi="Times New Roman" w:cs="Times New Roman"/>
          <w:sz w:val="28"/>
          <w:szCs w:val="28"/>
        </w:rPr>
        <w:t>ỉ</w:t>
      </w:r>
      <w:r w:rsidRPr="0016001D">
        <w:rPr>
          <w:rFonts w:ascii="Times New Roman" w:hAnsi="Times New Roman" w:cs="Times New Roman"/>
          <w:sz w:val="28"/>
          <w:szCs w:val="28"/>
        </w:rPr>
        <w:t xml:space="preserve"> thư</w:t>
      </w:r>
      <w:r w:rsidRPr="0016001D">
        <w:rPr>
          <w:rFonts w:ascii="Times New Roman" w:hAnsi="Times New Roman" w:cs="Times New Roman"/>
          <w:sz w:val="28"/>
          <w:szCs w:val="28"/>
        </w:rPr>
        <w:t>ờ</w:t>
      </w:r>
      <w:r w:rsidRPr="0016001D">
        <w:rPr>
          <w:rFonts w:ascii="Times New Roman" w:hAnsi="Times New Roman" w:cs="Times New Roman"/>
          <w:sz w:val="28"/>
          <w:szCs w:val="28"/>
        </w:rPr>
        <w:t>ng trú: ...................................</w:t>
      </w:r>
      <w:r w:rsidRPr="0016001D">
        <w:rPr>
          <w:rFonts w:ascii="Times New Roman" w:hAnsi="Times New Roman" w:cs="Times New Roman"/>
          <w:sz w:val="28"/>
          <w:szCs w:val="28"/>
        </w:rPr>
        <w:t>...................................................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Đi</w:t>
      </w:r>
      <w:r w:rsidRPr="0016001D">
        <w:rPr>
          <w:rFonts w:ascii="Times New Roman" w:hAnsi="Times New Roman" w:cs="Times New Roman"/>
          <w:sz w:val="28"/>
          <w:szCs w:val="28"/>
        </w:rPr>
        <w:t>ệ</w:t>
      </w:r>
      <w:r w:rsidRPr="0016001D">
        <w:rPr>
          <w:rFonts w:ascii="Times New Roman" w:hAnsi="Times New Roman" w:cs="Times New Roman"/>
          <w:sz w:val="28"/>
          <w:szCs w:val="28"/>
        </w:rPr>
        <w:t>n tho</w:t>
      </w:r>
      <w:r w:rsidRPr="0016001D">
        <w:rPr>
          <w:rFonts w:ascii="Times New Roman" w:hAnsi="Times New Roman" w:cs="Times New Roman"/>
          <w:sz w:val="28"/>
          <w:szCs w:val="28"/>
        </w:rPr>
        <w:t>ạ</w:t>
      </w:r>
      <w:r w:rsidRPr="0016001D">
        <w:rPr>
          <w:rFonts w:ascii="Times New Roman" w:hAnsi="Times New Roman" w:cs="Times New Roman"/>
          <w:sz w:val="28"/>
          <w:szCs w:val="28"/>
        </w:rPr>
        <w:t>i liên h</w:t>
      </w:r>
      <w:r w:rsidRPr="0016001D">
        <w:rPr>
          <w:rFonts w:ascii="Times New Roman" w:hAnsi="Times New Roman" w:cs="Times New Roman"/>
          <w:sz w:val="28"/>
          <w:szCs w:val="28"/>
        </w:rPr>
        <w:t>ệ</w:t>
      </w:r>
      <w:r w:rsidRPr="0016001D">
        <w:rPr>
          <w:rFonts w:ascii="Times New Roman" w:hAnsi="Times New Roman" w:cs="Times New Roman"/>
          <w:sz w:val="28"/>
          <w:szCs w:val="28"/>
        </w:rPr>
        <w:t>: 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CĂN C</w:t>
      </w:r>
      <w:r w:rsidRPr="0016001D">
        <w:rPr>
          <w:rFonts w:ascii="Times New Roman" w:hAnsi="Times New Roman" w:cs="Times New Roman"/>
          <w:sz w:val="28"/>
          <w:szCs w:val="28"/>
        </w:rPr>
        <w:t>Ứ</w:t>
      </w:r>
      <w:r w:rsidRPr="0016001D">
        <w:rPr>
          <w:rFonts w:ascii="Times New Roman" w:hAnsi="Times New Roman" w:cs="Times New Roman"/>
          <w:sz w:val="28"/>
          <w:szCs w:val="28"/>
        </w:rPr>
        <w:t>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Căn c</w:t>
      </w:r>
      <w:r w:rsidRPr="0016001D">
        <w:rPr>
          <w:rFonts w:ascii="Times New Roman" w:hAnsi="Times New Roman" w:cs="Times New Roman"/>
          <w:sz w:val="28"/>
          <w:szCs w:val="28"/>
        </w:rPr>
        <w:t>ứ</w:t>
      </w:r>
      <w:r w:rsidRPr="0016001D">
        <w:rPr>
          <w:rFonts w:ascii="Times New Roman" w:hAnsi="Times New Roman" w:cs="Times New Roman"/>
          <w:sz w:val="28"/>
          <w:szCs w:val="28"/>
        </w:rPr>
        <w:t xml:space="preserve"> theo H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p đ</w:t>
      </w:r>
      <w:r w:rsidRPr="0016001D">
        <w:rPr>
          <w:rFonts w:ascii="Times New Roman" w:hAnsi="Times New Roman" w:cs="Times New Roman"/>
          <w:sz w:val="28"/>
          <w:szCs w:val="28"/>
        </w:rPr>
        <w:t>ồ</w:t>
      </w:r>
      <w:r w:rsidRPr="0016001D">
        <w:rPr>
          <w:rFonts w:ascii="Times New Roman" w:hAnsi="Times New Roman" w:cs="Times New Roman"/>
          <w:sz w:val="28"/>
          <w:szCs w:val="28"/>
        </w:rPr>
        <w:t>ng mua bán đ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t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 xml:space="preserve"> ...... ngày .../.../...... đã đư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c ký gi</w:t>
      </w:r>
      <w:r w:rsidRPr="0016001D">
        <w:rPr>
          <w:rFonts w:ascii="Times New Roman" w:hAnsi="Times New Roman" w:cs="Times New Roman"/>
          <w:sz w:val="28"/>
          <w:szCs w:val="28"/>
        </w:rPr>
        <w:t>ữ</w:t>
      </w:r>
      <w:r w:rsidRPr="0016001D">
        <w:rPr>
          <w:rFonts w:ascii="Times New Roman" w:hAnsi="Times New Roman" w:cs="Times New Roman"/>
          <w:sz w:val="28"/>
          <w:szCs w:val="28"/>
        </w:rPr>
        <w:t>a hai bên v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 xml:space="preserve"> vi</w:t>
      </w:r>
      <w:r w:rsidRPr="0016001D">
        <w:rPr>
          <w:rFonts w:ascii="Times New Roman" w:hAnsi="Times New Roman" w:cs="Times New Roman"/>
          <w:sz w:val="28"/>
          <w:szCs w:val="28"/>
        </w:rPr>
        <w:t>ệ</w:t>
      </w:r>
      <w:r w:rsidRPr="0016001D">
        <w:rPr>
          <w:rFonts w:ascii="Times New Roman" w:hAnsi="Times New Roman" w:cs="Times New Roman"/>
          <w:sz w:val="28"/>
          <w:szCs w:val="28"/>
        </w:rPr>
        <w:t>c chuy</w:t>
      </w:r>
      <w:r w:rsidRPr="0016001D">
        <w:rPr>
          <w:rFonts w:ascii="Times New Roman" w:hAnsi="Times New Roman" w:cs="Times New Roman"/>
          <w:sz w:val="28"/>
          <w:szCs w:val="28"/>
        </w:rPr>
        <w:t>ể</w:t>
      </w:r>
      <w:r w:rsidRPr="0016001D">
        <w:rPr>
          <w:rFonts w:ascii="Times New Roman" w:hAnsi="Times New Roman" w:cs="Times New Roman"/>
          <w:sz w:val="28"/>
          <w:szCs w:val="28"/>
        </w:rPr>
        <w:t>n như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ng quy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 s</w:t>
      </w:r>
      <w:r w:rsidRPr="0016001D">
        <w:rPr>
          <w:rFonts w:ascii="Times New Roman" w:hAnsi="Times New Roman" w:cs="Times New Roman"/>
          <w:sz w:val="28"/>
          <w:szCs w:val="28"/>
        </w:rPr>
        <w:t>ử</w:t>
      </w:r>
      <w:r w:rsidRPr="0016001D">
        <w:rPr>
          <w:rFonts w:ascii="Times New Roman" w:hAnsi="Times New Roman" w:cs="Times New Roman"/>
          <w:sz w:val="28"/>
          <w:szCs w:val="28"/>
        </w:rPr>
        <w:t xml:space="preserve"> d</w:t>
      </w:r>
      <w:r w:rsidRPr="0016001D">
        <w:rPr>
          <w:rFonts w:ascii="Times New Roman" w:hAnsi="Times New Roman" w:cs="Times New Roman"/>
          <w:sz w:val="28"/>
          <w:szCs w:val="28"/>
        </w:rPr>
        <w:t>ụ</w:t>
      </w:r>
      <w:r w:rsidRPr="0016001D">
        <w:rPr>
          <w:rFonts w:ascii="Times New Roman" w:hAnsi="Times New Roman" w:cs="Times New Roman"/>
          <w:sz w:val="28"/>
          <w:szCs w:val="28"/>
        </w:rPr>
        <w:t>ng đ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t th</w:t>
      </w:r>
      <w:r w:rsidRPr="0016001D">
        <w:rPr>
          <w:rFonts w:ascii="Times New Roman" w:hAnsi="Times New Roman" w:cs="Times New Roman"/>
          <w:sz w:val="28"/>
          <w:szCs w:val="28"/>
        </w:rPr>
        <w:t>ử</w:t>
      </w:r>
      <w:r w:rsidRPr="0016001D">
        <w:rPr>
          <w:rFonts w:ascii="Times New Roman" w:hAnsi="Times New Roman" w:cs="Times New Roman"/>
          <w:sz w:val="28"/>
          <w:szCs w:val="28"/>
        </w:rPr>
        <w:t>a đ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t sa</w:t>
      </w:r>
      <w:r w:rsidRPr="0016001D">
        <w:rPr>
          <w:rFonts w:ascii="Times New Roman" w:hAnsi="Times New Roman" w:cs="Times New Roman"/>
          <w:sz w:val="28"/>
          <w:szCs w:val="28"/>
        </w:rPr>
        <w:t>u: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lastRenderedPageBreak/>
        <w:t>- Th</w:t>
      </w:r>
      <w:r w:rsidRPr="0016001D">
        <w:rPr>
          <w:rFonts w:ascii="Times New Roman" w:hAnsi="Times New Roman" w:cs="Times New Roman"/>
          <w:sz w:val="28"/>
          <w:szCs w:val="28"/>
        </w:rPr>
        <w:t>ử</w:t>
      </w:r>
      <w:r w:rsidRPr="0016001D">
        <w:rPr>
          <w:rFonts w:ascii="Times New Roman" w:hAnsi="Times New Roman" w:cs="Times New Roman"/>
          <w:sz w:val="28"/>
          <w:szCs w:val="28"/>
        </w:rPr>
        <w:t>a đ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t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>: .............., T</w:t>
      </w:r>
      <w:r w:rsidRPr="0016001D">
        <w:rPr>
          <w:rFonts w:ascii="Times New Roman" w:hAnsi="Times New Roman" w:cs="Times New Roman"/>
          <w:sz w:val="28"/>
          <w:szCs w:val="28"/>
        </w:rPr>
        <w:t>ờ</w:t>
      </w:r>
      <w:r w:rsidRPr="0016001D">
        <w:rPr>
          <w:rFonts w:ascii="Times New Roman" w:hAnsi="Times New Roman" w:cs="Times New Roman"/>
          <w:sz w:val="28"/>
          <w:szCs w:val="28"/>
        </w:rPr>
        <w:t xml:space="preserve"> b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 đ</w:t>
      </w:r>
      <w:r w:rsidRPr="0016001D">
        <w:rPr>
          <w:rFonts w:ascii="Times New Roman" w:hAnsi="Times New Roman" w:cs="Times New Roman"/>
          <w:sz w:val="28"/>
          <w:szCs w:val="28"/>
        </w:rPr>
        <w:t>ồ</w:t>
      </w:r>
      <w:r w:rsidRPr="0016001D">
        <w:rPr>
          <w:rFonts w:ascii="Times New Roman" w:hAnsi="Times New Roman" w:cs="Times New Roman"/>
          <w:sz w:val="28"/>
          <w:szCs w:val="28"/>
        </w:rPr>
        <w:t xml:space="preserve">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>: 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Đ</w:t>
      </w:r>
      <w:r w:rsidRPr="0016001D">
        <w:rPr>
          <w:rFonts w:ascii="Times New Roman" w:hAnsi="Times New Roman" w:cs="Times New Roman"/>
          <w:sz w:val="28"/>
          <w:szCs w:val="28"/>
        </w:rPr>
        <w:t>ị</w:t>
      </w:r>
      <w:r w:rsidRPr="0016001D">
        <w:rPr>
          <w:rFonts w:ascii="Times New Roman" w:hAnsi="Times New Roman" w:cs="Times New Roman"/>
          <w:sz w:val="28"/>
          <w:szCs w:val="28"/>
        </w:rPr>
        <w:t>a ch</w:t>
      </w:r>
      <w:r w:rsidRPr="0016001D">
        <w:rPr>
          <w:rFonts w:ascii="Times New Roman" w:hAnsi="Times New Roman" w:cs="Times New Roman"/>
          <w:sz w:val="28"/>
          <w:szCs w:val="28"/>
        </w:rPr>
        <w:t>ỉ</w:t>
      </w:r>
      <w:r w:rsidRPr="0016001D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Di</w:t>
      </w:r>
      <w:r w:rsidRPr="0016001D">
        <w:rPr>
          <w:rFonts w:ascii="Times New Roman" w:hAnsi="Times New Roman" w:cs="Times New Roman"/>
          <w:sz w:val="28"/>
          <w:szCs w:val="28"/>
        </w:rPr>
        <w:t>ệ</w:t>
      </w:r>
      <w:r w:rsidRPr="0016001D">
        <w:rPr>
          <w:rFonts w:ascii="Times New Roman" w:hAnsi="Times New Roman" w:cs="Times New Roman"/>
          <w:sz w:val="28"/>
          <w:szCs w:val="28"/>
        </w:rPr>
        <w:t>n tích: ............. m²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M</w:t>
      </w:r>
      <w:r w:rsidRPr="0016001D">
        <w:rPr>
          <w:rFonts w:ascii="Times New Roman" w:hAnsi="Times New Roman" w:cs="Times New Roman"/>
          <w:sz w:val="28"/>
          <w:szCs w:val="28"/>
        </w:rPr>
        <w:t>ụ</w:t>
      </w:r>
      <w:r w:rsidRPr="0016001D">
        <w:rPr>
          <w:rFonts w:ascii="Times New Roman" w:hAnsi="Times New Roman" w:cs="Times New Roman"/>
          <w:sz w:val="28"/>
          <w:szCs w:val="28"/>
        </w:rPr>
        <w:t>c đích s</w:t>
      </w:r>
      <w:r w:rsidRPr="0016001D">
        <w:rPr>
          <w:rFonts w:ascii="Times New Roman" w:hAnsi="Times New Roman" w:cs="Times New Roman"/>
          <w:sz w:val="28"/>
          <w:szCs w:val="28"/>
        </w:rPr>
        <w:t>ử</w:t>
      </w:r>
      <w:r w:rsidRPr="0016001D">
        <w:rPr>
          <w:rFonts w:ascii="Times New Roman" w:hAnsi="Times New Roman" w:cs="Times New Roman"/>
          <w:sz w:val="28"/>
          <w:szCs w:val="28"/>
        </w:rPr>
        <w:t xml:space="preserve"> d</w:t>
      </w:r>
      <w:r w:rsidRPr="0016001D">
        <w:rPr>
          <w:rFonts w:ascii="Times New Roman" w:hAnsi="Times New Roman" w:cs="Times New Roman"/>
          <w:sz w:val="28"/>
          <w:szCs w:val="28"/>
        </w:rPr>
        <w:t>ụ</w:t>
      </w:r>
      <w:r w:rsidRPr="0016001D">
        <w:rPr>
          <w:rFonts w:ascii="Times New Roman" w:hAnsi="Times New Roman" w:cs="Times New Roman"/>
          <w:sz w:val="28"/>
          <w:szCs w:val="28"/>
        </w:rPr>
        <w:t>ng: ..................................................</w:t>
      </w:r>
      <w:r w:rsidRPr="0016001D">
        <w:rPr>
          <w:rFonts w:ascii="Times New Roman" w:hAnsi="Times New Roman" w:cs="Times New Roman"/>
          <w:sz w:val="28"/>
          <w:szCs w:val="28"/>
        </w:rPr>
        <w:t>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N</w:t>
      </w:r>
      <w:r w:rsidRPr="0016001D">
        <w:rPr>
          <w:rFonts w:ascii="Times New Roman" w:hAnsi="Times New Roman" w:cs="Times New Roman"/>
          <w:sz w:val="28"/>
          <w:szCs w:val="28"/>
        </w:rPr>
        <w:t>Ộ</w:t>
      </w:r>
      <w:r w:rsidRPr="0016001D">
        <w:rPr>
          <w:rFonts w:ascii="Times New Roman" w:hAnsi="Times New Roman" w:cs="Times New Roman"/>
          <w:sz w:val="28"/>
          <w:szCs w:val="28"/>
        </w:rPr>
        <w:t>I DUNG GIAO NH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N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Hôm nay, bên B (bên mua) đã giao cho bên A (bên bán)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 xml:space="preserve">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n: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 xml:space="preserve">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n: ...................... VNĐ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B</w:t>
      </w:r>
      <w:r w:rsidRPr="0016001D">
        <w:rPr>
          <w:rFonts w:ascii="Times New Roman" w:hAnsi="Times New Roman" w:cs="Times New Roman"/>
          <w:sz w:val="28"/>
          <w:szCs w:val="28"/>
        </w:rPr>
        <w:t>ằ</w:t>
      </w:r>
      <w:r w:rsidRPr="0016001D">
        <w:rPr>
          <w:rFonts w:ascii="Times New Roman" w:hAnsi="Times New Roman" w:cs="Times New Roman"/>
          <w:sz w:val="28"/>
          <w:szCs w:val="28"/>
        </w:rPr>
        <w:t>ng ch</w:t>
      </w:r>
      <w:r w:rsidRPr="0016001D">
        <w:rPr>
          <w:rFonts w:ascii="Times New Roman" w:hAnsi="Times New Roman" w:cs="Times New Roman"/>
          <w:sz w:val="28"/>
          <w:szCs w:val="28"/>
        </w:rPr>
        <w:t>ữ</w:t>
      </w:r>
      <w:r w:rsidRPr="0016001D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.......................................................................................................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Hìn</w:t>
      </w:r>
      <w:r w:rsidRPr="0016001D">
        <w:rPr>
          <w:rFonts w:ascii="Times New Roman" w:hAnsi="Times New Roman" w:cs="Times New Roman"/>
          <w:sz w:val="28"/>
          <w:szCs w:val="28"/>
        </w:rPr>
        <w:t>h th</w:t>
      </w:r>
      <w:r w:rsidRPr="0016001D">
        <w:rPr>
          <w:rFonts w:ascii="Times New Roman" w:hAnsi="Times New Roman" w:cs="Times New Roman"/>
          <w:sz w:val="28"/>
          <w:szCs w:val="28"/>
        </w:rPr>
        <w:t>ứ</w:t>
      </w:r>
      <w:r w:rsidRPr="0016001D">
        <w:rPr>
          <w:rFonts w:ascii="Times New Roman" w:hAnsi="Times New Roman" w:cs="Times New Roman"/>
          <w:sz w:val="28"/>
          <w:szCs w:val="28"/>
        </w:rPr>
        <w:t>c thanh toán: [ ]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 m</w:t>
      </w:r>
      <w:r w:rsidRPr="0016001D">
        <w:rPr>
          <w:rFonts w:ascii="Times New Roman" w:hAnsi="Times New Roman" w:cs="Times New Roman"/>
          <w:sz w:val="28"/>
          <w:szCs w:val="28"/>
        </w:rPr>
        <w:t>ặ</w:t>
      </w:r>
      <w:r w:rsidRPr="0016001D">
        <w:rPr>
          <w:rFonts w:ascii="Times New Roman" w:hAnsi="Times New Roman" w:cs="Times New Roman"/>
          <w:sz w:val="28"/>
          <w:szCs w:val="28"/>
        </w:rPr>
        <w:t>t [ ] Chuy</w:t>
      </w:r>
      <w:r w:rsidRPr="0016001D">
        <w:rPr>
          <w:rFonts w:ascii="Times New Roman" w:hAnsi="Times New Roman" w:cs="Times New Roman"/>
          <w:sz w:val="28"/>
          <w:szCs w:val="28"/>
        </w:rPr>
        <w:t>ể</w:t>
      </w:r>
      <w:r w:rsidRPr="0016001D">
        <w:rPr>
          <w:rFonts w:ascii="Times New Roman" w:hAnsi="Times New Roman" w:cs="Times New Roman"/>
          <w:sz w:val="28"/>
          <w:szCs w:val="28"/>
        </w:rPr>
        <w:t>n kho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n (Sao kê/biên lai chuy</w:t>
      </w:r>
      <w:r w:rsidRPr="0016001D">
        <w:rPr>
          <w:rFonts w:ascii="Times New Roman" w:hAnsi="Times New Roman" w:cs="Times New Roman"/>
          <w:sz w:val="28"/>
          <w:szCs w:val="28"/>
        </w:rPr>
        <w:t>ể</w:t>
      </w:r>
      <w:r w:rsidRPr="0016001D">
        <w:rPr>
          <w:rFonts w:ascii="Times New Roman" w:hAnsi="Times New Roman" w:cs="Times New Roman"/>
          <w:sz w:val="28"/>
          <w:szCs w:val="28"/>
        </w:rPr>
        <w:t>n kho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 đính kèm n</w:t>
      </w:r>
      <w:r w:rsidRPr="0016001D">
        <w:rPr>
          <w:rFonts w:ascii="Times New Roman" w:hAnsi="Times New Roman" w:cs="Times New Roman"/>
          <w:sz w:val="28"/>
          <w:szCs w:val="28"/>
        </w:rPr>
        <w:t>ế</w:t>
      </w:r>
      <w:r w:rsidRPr="0016001D">
        <w:rPr>
          <w:rFonts w:ascii="Times New Roman" w:hAnsi="Times New Roman" w:cs="Times New Roman"/>
          <w:sz w:val="28"/>
          <w:szCs w:val="28"/>
        </w:rPr>
        <w:t>u có)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- M</w:t>
      </w:r>
      <w:r w:rsidRPr="0016001D">
        <w:rPr>
          <w:rFonts w:ascii="Times New Roman" w:hAnsi="Times New Roman" w:cs="Times New Roman"/>
          <w:sz w:val="28"/>
          <w:szCs w:val="28"/>
        </w:rPr>
        <w:t>ụ</w:t>
      </w:r>
      <w:r w:rsidRPr="0016001D">
        <w:rPr>
          <w:rFonts w:ascii="Times New Roman" w:hAnsi="Times New Roman" w:cs="Times New Roman"/>
          <w:sz w:val="28"/>
          <w:szCs w:val="28"/>
        </w:rPr>
        <w:t>c đích: Thanh toán Đ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t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>: …, theo đúng th</w:t>
      </w:r>
      <w:r w:rsidRPr="0016001D">
        <w:rPr>
          <w:rFonts w:ascii="Times New Roman" w:hAnsi="Times New Roman" w:cs="Times New Roman"/>
          <w:sz w:val="28"/>
          <w:szCs w:val="28"/>
        </w:rPr>
        <w:t>ỏ</w:t>
      </w:r>
      <w:r w:rsidRPr="0016001D">
        <w:rPr>
          <w:rFonts w:ascii="Times New Roman" w:hAnsi="Times New Roman" w:cs="Times New Roman"/>
          <w:sz w:val="28"/>
          <w:szCs w:val="28"/>
        </w:rPr>
        <w:t>a thu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n trong h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p đ</w:t>
      </w:r>
      <w:r w:rsidRPr="0016001D">
        <w:rPr>
          <w:rFonts w:ascii="Times New Roman" w:hAnsi="Times New Roman" w:cs="Times New Roman"/>
          <w:sz w:val="28"/>
          <w:szCs w:val="28"/>
        </w:rPr>
        <w:t>ồ</w:t>
      </w:r>
      <w:r w:rsidRPr="0016001D">
        <w:rPr>
          <w:rFonts w:ascii="Times New Roman" w:hAnsi="Times New Roman" w:cs="Times New Roman"/>
          <w:sz w:val="28"/>
          <w:szCs w:val="28"/>
        </w:rPr>
        <w:t>ng.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Hai bên th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>ng nh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t và xác nh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n r</w:t>
      </w:r>
      <w:r w:rsidRPr="0016001D">
        <w:rPr>
          <w:rFonts w:ascii="Times New Roman" w:hAnsi="Times New Roman" w:cs="Times New Roman"/>
          <w:sz w:val="28"/>
          <w:szCs w:val="28"/>
        </w:rPr>
        <w:t>ằ</w:t>
      </w:r>
      <w:r w:rsidRPr="0016001D">
        <w:rPr>
          <w:rFonts w:ascii="Times New Roman" w:hAnsi="Times New Roman" w:cs="Times New Roman"/>
          <w:sz w:val="28"/>
          <w:szCs w:val="28"/>
        </w:rPr>
        <w:t>ng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 xml:space="preserve">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 trên đã đư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c giao nh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n đ</w:t>
      </w:r>
      <w:r w:rsidRPr="0016001D">
        <w:rPr>
          <w:rFonts w:ascii="Times New Roman" w:hAnsi="Times New Roman" w:cs="Times New Roman"/>
          <w:sz w:val="28"/>
          <w:szCs w:val="28"/>
        </w:rPr>
        <w:t>ầ</w:t>
      </w:r>
      <w:r w:rsidRPr="0016001D">
        <w:rPr>
          <w:rFonts w:ascii="Times New Roman" w:hAnsi="Times New Roman" w:cs="Times New Roman"/>
          <w:sz w:val="28"/>
          <w:szCs w:val="28"/>
        </w:rPr>
        <w:t>y đ</w:t>
      </w:r>
      <w:r w:rsidRPr="0016001D">
        <w:rPr>
          <w:rFonts w:ascii="Times New Roman" w:hAnsi="Times New Roman" w:cs="Times New Roman"/>
          <w:sz w:val="28"/>
          <w:szCs w:val="28"/>
        </w:rPr>
        <w:t>ủ</w:t>
      </w:r>
      <w:r w:rsidRPr="0016001D">
        <w:rPr>
          <w:rFonts w:ascii="Times New Roman" w:hAnsi="Times New Roman" w:cs="Times New Roman"/>
          <w:sz w:val="28"/>
          <w:szCs w:val="28"/>
        </w:rPr>
        <w:t>, đúng m</w:t>
      </w:r>
      <w:r w:rsidRPr="0016001D">
        <w:rPr>
          <w:rFonts w:ascii="Times New Roman" w:hAnsi="Times New Roman" w:cs="Times New Roman"/>
          <w:sz w:val="28"/>
          <w:szCs w:val="28"/>
        </w:rPr>
        <w:t>ụ</w:t>
      </w:r>
      <w:r w:rsidRPr="0016001D">
        <w:rPr>
          <w:rFonts w:ascii="Times New Roman" w:hAnsi="Times New Roman" w:cs="Times New Roman"/>
          <w:sz w:val="28"/>
          <w:szCs w:val="28"/>
        </w:rPr>
        <w:t>c đích.</w:t>
      </w:r>
      <w:r w:rsidRPr="0016001D">
        <w:rPr>
          <w:rFonts w:ascii="Times New Roman" w:hAnsi="Times New Roman" w:cs="Times New Roman"/>
          <w:sz w:val="28"/>
          <w:szCs w:val="28"/>
        </w:rPr>
        <w:t xml:space="preserve"> Hai bên cam k</w:t>
      </w:r>
      <w:r w:rsidRPr="0016001D">
        <w:rPr>
          <w:rFonts w:ascii="Times New Roman" w:hAnsi="Times New Roman" w:cs="Times New Roman"/>
          <w:sz w:val="28"/>
          <w:szCs w:val="28"/>
        </w:rPr>
        <w:t>ế</w:t>
      </w:r>
      <w:r w:rsidRPr="0016001D">
        <w:rPr>
          <w:rFonts w:ascii="Times New Roman" w:hAnsi="Times New Roman" w:cs="Times New Roman"/>
          <w:sz w:val="28"/>
          <w:szCs w:val="28"/>
        </w:rPr>
        <w:t>t không tranh ch</w:t>
      </w:r>
      <w:r w:rsidRPr="0016001D">
        <w:rPr>
          <w:rFonts w:ascii="Times New Roman" w:hAnsi="Times New Roman" w:cs="Times New Roman"/>
          <w:sz w:val="28"/>
          <w:szCs w:val="28"/>
        </w:rPr>
        <w:t>ấ</w:t>
      </w:r>
      <w:r w:rsidRPr="0016001D">
        <w:rPr>
          <w:rFonts w:ascii="Times New Roman" w:hAnsi="Times New Roman" w:cs="Times New Roman"/>
          <w:sz w:val="28"/>
          <w:szCs w:val="28"/>
        </w:rPr>
        <w:t>p, khi</w:t>
      </w:r>
      <w:r w:rsidRPr="0016001D">
        <w:rPr>
          <w:rFonts w:ascii="Times New Roman" w:hAnsi="Times New Roman" w:cs="Times New Roman"/>
          <w:sz w:val="28"/>
          <w:szCs w:val="28"/>
        </w:rPr>
        <w:t>ế</w:t>
      </w:r>
      <w:r w:rsidRPr="0016001D">
        <w:rPr>
          <w:rFonts w:ascii="Times New Roman" w:hAnsi="Times New Roman" w:cs="Times New Roman"/>
          <w:sz w:val="28"/>
          <w:szCs w:val="28"/>
        </w:rPr>
        <w:t>u n</w:t>
      </w:r>
      <w:r w:rsidRPr="0016001D">
        <w:rPr>
          <w:rFonts w:ascii="Times New Roman" w:hAnsi="Times New Roman" w:cs="Times New Roman"/>
          <w:sz w:val="28"/>
          <w:szCs w:val="28"/>
        </w:rPr>
        <w:t>ạ</w:t>
      </w:r>
      <w:r w:rsidRPr="0016001D">
        <w:rPr>
          <w:rFonts w:ascii="Times New Roman" w:hAnsi="Times New Roman" w:cs="Times New Roman"/>
          <w:sz w:val="28"/>
          <w:szCs w:val="28"/>
        </w:rPr>
        <w:t>i gì liên quan đ</w:t>
      </w:r>
      <w:r w:rsidRPr="0016001D">
        <w:rPr>
          <w:rFonts w:ascii="Times New Roman" w:hAnsi="Times New Roman" w:cs="Times New Roman"/>
          <w:sz w:val="28"/>
          <w:szCs w:val="28"/>
        </w:rPr>
        <w:t>ế</w:t>
      </w:r>
      <w:r w:rsidRPr="0016001D">
        <w:rPr>
          <w:rFonts w:ascii="Times New Roman" w:hAnsi="Times New Roman" w:cs="Times New Roman"/>
          <w:sz w:val="28"/>
          <w:szCs w:val="28"/>
        </w:rPr>
        <w:t>n s</w:t>
      </w:r>
      <w:r w:rsidRPr="0016001D">
        <w:rPr>
          <w:rFonts w:ascii="Times New Roman" w:hAnsi="Times New Roman" w:cs="Times New Roman"/>
          <w:sz w:val="28"/>
          <w:szCs w:val="28"/>
        </w:rPr>
        <w:t>ố</w:t>
      </w:r>
      <w:r w:rsidRPr="0016001D">
        <w:rPr>
          <w:rFonts w:ascii="Times New Roman" w:hAnsi="Times New Roman" w:cs="Times New Roman"/>
          <w:sz w:val="28"/>
          <w:szCs w:val="28"/>
        </w:rPr>
        <w:t xml:space="preserve"> ti</w:t>
      </w:r>
      <w:r w:rsidRPr="0016001D">
        <w:rPr>
          <w:rFonts w:ascii="Times New Roman" w:hAnsi="Times New Roman" w:cs="Times New Roman"/>
          <w:sz w:val="28"/>
          <w:szCs w:val="28"/>
        </w:rPr>
        <w:t>ề</w:t>
      </w:r>
      <w:r w:rsidRPr="0016001D">
        <w:rPr>
          <w:rFonts w:ascii="Times New Roman" w:hAnsi="Times New Roman" w:cs="Times New Roman"/>
          <w:sz w:val="28"/>
          <w:szCs w:val="28"/>
        </w:rPr>
        <w:t>n đã giao nh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n trong biên b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 này.</w:t>
      </w:r>
    </w:p>
    <w:p w:rsidR="006A7FC0" w:rsidRPr="0016001D" w:rsidRDefault="00997D2F">
      <w:pPr>
        <w:rPr>
          <w:rFonts w:ascii="Times New Roman" w:hAnsi="Times New Roman" w:cs="Times New Roman"/>
          <w:sz w:val="28"/>
          <w:szCs w:val="28"/>
        </w:rPr>
      </w:pPr>
      <w:r w:rsidRPr="0016001D">
        <w:rPr>
          <w:rFonts w:ascii="Times New Roman" w:hAnsi="Times New Roman" w:cs="Times New Roman"/>
          <w:sz w:val="28"/>
          <w:szCs w:val="28"/>
        </w:rPr>
        <w:t>BIÊN B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 ĐƯ</w:t>
      </w:r>
      <w:r w:rsidRPr="0016001D">
        <w:rPr>
          <w:rFonts w:ascii="Times New Roman" w:hAnsi="Times New Roman" w:cs="Times New Roman"/>
          <w:sz w:val="28"/>
          <w:szCs w:val="28"/>
        </w:rPr>
        <w:t>Ợ</w:t>
      </w:r>
      <w:r w:rsidRPr="0016001D">
        <w:rPr>
          <w:rFonts w:ascii="Times New Roman" w:hAnsi="Times New Roman" w:cs="Times New Roman"/>
          <w:sz w:val="28"/>
          <w:szCs w:val="28"/>
        </w:rPr>
        <w:t>C L</w:t>
      </w:r>
      <w:r w:rsidRPr="0016001D">
        <w:rPr>
          <w:rFonts w:ascii="Times New Roman" w:hAnsi="Times New Roman" w:cs="Times New Roman"/>
          <w:sz w:val="28"/>
          <w:szCs w:val="28"/>
        </w:rPr>
        <w:t>Ậ</w:t>
      </w:r>
      <w:r w:rsidRPr="0016001D">
        <w:rPr>
          <w:rFonts w:ascii="Times New Roman" w:hAnsi="Times New Roman" w:cs="Times New Roman"/>
          <w:sz w:val="28"/>
          <w:szCs w:val="28"/>
        </w:rPr>
        <w:t>P THÀNH 02 (HAI) B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N, M</w:t>
      </w:r>
      <w:r w:rsidRPr="0016001D">
        <w:rPr>
          <w:rFonts w:ascii="Times New Roman" w:hAnsi="Times New Roman" w:cs="Times New Roman"/>
          <w:sz w:val="28"/>
          <w:szCs w:val="28"/>
        </w:rPr>
        <w:t>Ỗ</w:t>
      </w:r>
      <w:r w:rsidRPr="0016001D">
        <w:rPr>
          <w:rFonts w:ascii="Times New Roman" w:hAnsi="Times New Roman" w:cs="Times New Roman"/>
          <w:sz w:val="28"/>
          <w:szCs w:val="28"/>
        </w:rPr>
        <w:t>I BÊN GI</w:t>
      </w:r>
      <w:r w:rsidRPr="0016001D">
        <w:rPr>
          <w:rFonts w:ascii="Times New Roman" w:hAnsi="Times New Roman" w:cs="Times New Roman"/>
          <w:sz w:val="28"/>
          <w:szCs w:val="28"/>
        </w:rPr>
        <w:t>Ữ</w:t>
      </w:r>
      <w:r w:rsidRPr="0016001D">
        <w:rPr>
          <w:rFonts w:ascii="Times New Roman" w:hAnsi="Times New Roman" w:cs="Times New Roman"/>
          <w:sz w:val="28"/>
          <w:szCs w:val="28"/>
        </w:rPr>
        <w:t xml:space="preserve"> 01 B</w:t>
      </w:r>
      <w:r w:rsidRPr="0016001D">
        <w:rPr>
          <w:rFonts w:ascii="Times New Roman" w:hAnsi="Times New Roman" w:cs="Times New Roman"/>
          <w:sz w:val="28"/>
          <w:szCs w:val="28"/>
        </w:rPr>
        <w:t>Ả</w:t>
      </w:r>
      <w:r w:rsidRPr="0016001D">
        <w:rPr>
          <w:rFonts w:ascii="Times New Roman" w:hAnsi="Times New Roman" w:cs="Times New Roman"/>
          <w:sz w:val="28"/>
          <w:szCs w:val="28"/>
        </w:rPr>
        <w:t>N CÓ GIÁ TR</w:t>
      </w:r>
      <w:r w:rsidRPr="0016001D">
        <w:rPr>
          <w:rFonts w:ascii="Times New Roman" w:hAnsi="Times New Roman" w:cs="Times New Roman"/>
          <w:sz w:val="28"/>
          <w:szCs w:val="28"/>
        </w:rPr>
        <w:t>Ị</w:t>
      </w:r>
      <w:r w:rsidRPr="0016001D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A7FC0" w:rsidRPr="0016001D">
        <w:tc>
          <w:tcPr>
            <w:tcW w:w="2880" w:type="dxa"/>
          </w:tcPr>
          <w:p w:rsidR="006A7FC0" w:rsidRPr="0016001D" w:rsidRDefault="00997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BÊN GIAO TI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Ề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(BÊN MUA)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(Ký, ghi rõ h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tên)</w:t>
            </w:r>
          </w:p>
        </w:tc>
        <w:tc>
          <w:tcPr>
            <w:tcW w:w="2880" w:type="dxa"/>
          </w:tcPr>
          <w:p w:rsidR="006A7FC0" w:rsidRPr="0016001D" w:rsidRDefault="00997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BÊN NH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Ậ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N TI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Ề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(BÊN BÁN)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(Ký, ghi rõ h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tên)</w:t>
            </w:r>
          </w:p>
        </w:tc>
        <w:tc>
          <w:tcPr>
            <w:tcW w:w="2880" w:type="dxa"/>
          </w:tcPr>
          <w:p w:rsidR="006A7FC0" w:rsidRPr="0016001D" w:rsidRDefault="00997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(Ngư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ờ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i làm ch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ng – n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ế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u có)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(Ký, ghi rõ h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1600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tên)</w:t>
            </w:r>
          </w:p>
        </w:tc>
      </w:tr>
    </w:tbl>
    <w:p w:rsidR="00997D2F" w:rsidRPr="0016001D" w:rsidRDefault="00997D2F">
      <w:pPr>
        <w:rPr>
          <w:rFonts w:ascii="Times New Roman" w:hAnsi="Times New Roman" w:cs="Times New Roman"/>
          <w:sz w:val="28"/>
          <w:szCs w:val="28"/>
        </w:rPr>
      </w:pPr>
    </w:p>
    <w:sectPr w:rsidR="00997D2F" w:rsidRPr="0016001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001D"/>
    <w:rsid w:val="0029639D"/>
    <w:rsid w:val="00326F90"/>
    <w:rsid w:val="006A7FC0"/>
    <w:rsid w:val="00997D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A85F924-4589-4409-B85E-4187E5AA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62536F-F205-431D-91CF-F4AF82F7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2025-06-09T04:41:00Z</dcterms:created>
  <dcterms:modified xsi:type="dcterms:W3CDTF">2025-06-09T04:41:00Z</dcterms:modified>
  <cp:category/>
</cp:coreProperties>
</file>