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BB2" w:rsidRPr="00350B85" w:rsidRDefault="00350B85" w:rsidP="00350B85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350B85">
        <w:rPr>
          <w:rFonts w:ascii="Times New Roman" w:hAnsi="Times New Roman" w:cs="Times New Roman"/>
          <w:color w:val="000000" w:themeColor="text1"/>
        </w:rPr>
        <w:t>PH</w:t>
      </w:r>
      <w:r w:rsidRPr="00350B85">
        <w:rPr>
          <w:rFonts w:ascii="Times New Roman" w:hAnsi="Times New Roman" w:cs="Times New Roman"/>
          <w:color w:val="000000" w:themeColor="text1"/>
        </w:rPr>
        <w:t>Ụ</w:t>
      </w:r>
      <w:r w:rsidRPr="00350B85">
        <w:rPr>
          <w:rFonts w:ascii="Times New Roman" w:hAnsi="Times New Roman" w:cs="Times New Roman"/>
          <w:color w:val="000000" w:themeColor="text1"/>
        </w:rPr>
        <w:t xml:space="preserve"> L</w:t>
      </w:r>
      <w:r w:rsidRPr="00350B85">
        <w:rPr>
          <w:rFonts w:ascii="Times New Roman" w:hAnsi="Times New Roman" w:cs="Times New Roman"/>
          <w:color w:val="000000" w:themeColor="text1"/>
        </w:rPr>
        <w:t>Ụ</w:t>
      </w:r>
      <w:r w:rsidRPr="00350B85">
        <w:rPr>
          <w:rFonts w:ascii="Times New Roman" w:hAnsi="Times New Roman" w:cs="Times New Roman"/>
          <w:color w:val="000000" w:themeColor="text1"/>
        </w:rPr>
        <w:t>C DANH SÁCH LAO Đ</w:t>
      </w:r>
      <w:r w:rsidRPr="00350B85">
        <w:rPr>
          <w:rFonts w:ascii="Times New Roman" w:hAnsi="Times New Roman" w:cs="Times New Roman"/>
          <w:color w:val="000000" w:themeColor="text1"/>
        </w:rPr>
        <w:t>Ộ</w:t>
      </w:r>
      <w:r w:rsidRPr="00350B85">
        <w:rPr>
          <w:rFonts w:ascii="Times New Roman" w:hAnsi="Times New Roman" w:cs="Times New Roman"/>
          <w:color w:val="000000" w:themeColor="text1"/>
        </w:rPr>
        <w:t>NG CHO THUÊ L</w:t>
      </w:r>
      <w:r w:rsidRPr="00350B85">
        <w:rPr>
          <w:rFonts w:ascii="Times New Roman" w:hAnsi="Times New Roman" w:cs="Times New Roman"/>
          <w:color w:val="000000" w:themeColor="text1"/>
        </w:rPr>
        <w:t>Ạ</w:t>
      </w:r>
      <w:r w:rsidRPr="00350B85">
        <w:rPr>
          <w:rFonts w:ascii="Times New Roman" w:hAnsi="Times New Roman" w:cs="Times New Roman"/>
          <w:color w:val="000000" w:themeColor="text1"/>
        </w:rPr>
        <w:t>I</w:t>
      </w:r>
    </w:p>
    <w:p w:rsidR="00635BB2" w:rsidRPr="00350B85" w:rsidRDefault="00350B85" w:rsidP="00350B85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(Kèm theo H</w:t>
      </w:r>
      <w:r w:rsidRPr="00350B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ợ</w:t>
      </w:r>
      <w:r w:rsidRPr="00350B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p đ</w:t>
      </w:r>
      <w:r w:rsidRPr="00350B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ồ</w:t>
      </w:r>
      <w:r w:rsidRPr="00350B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ng cho thuê l</w:t>
      </w:r>
      <w:r w:rsidRPr="00350B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ạ</w:t>
      </w:r>
      <w:r w:rsidRPr="00350B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i lao đ</w:t>
      </w:r>
      <w:r w:rsidRPr="00350B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ộ</w:t>
      </w:r>
      <w:r w:rsidRPr="00350B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ng s</w:t>
      </w:r>
      <w:r w:rsidRPr="00350B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ố</w:t>
      </w:r>
      <w:r w:rsidRPr="00350B8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 …/HĐ-CTLLĐ ngày …/…/20…)</w:t>
      </w:r>
    </w:p>
    <w:p w:rsidR="00635BB2" w:rsidRPr="00350B85" w:rsidRDefault="00350B85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1. Thông tin bên cho thuê l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i lao đ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ng:</w:t>
      </w:r>
    </w:p>
    <w:p w:rsidR="00635BB2" w:rsidRPr="00350B85" w:rsidRDefault="00350B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Tên doanh nghi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p: …</w:t>
      </w:r>
    </w:p>
    <w:p w:rsidR="00635BB2" w:rsidRPr="00350B85" w:rsidRDefault="00350B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</w:p>
    <w:p w:rsidR="00635BB2" w:rsidRPr="00350B85" w:rsidRDefault="00350B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Mã s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doanh nghi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p: …</w:t>
      </w:r>
    </w:p>
    <w:p w:rsidR="00635BB2" w:rsidRPr="00350B85" w:rsidRDefault="00350B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Ngư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i đ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i di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n theo pháp lu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t: …</w:t>
      </w:r>
    </w:p>
    <w:p w:rsidR="00635BB2" w:rsidRPr="00350B85" w:rsidRDefault="00350B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 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tho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i/Email: …</w:t>
      </w:r>
    </w:p>
    <w:p w:rsidR="00635BB2" w:rsidRPr="00350B85" w:rsidRDefault="00350B85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2. Thông tin bên thuê lao đ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ng:</w:t>
      </w:r>
    </w:p>
    <w:p w:rsidR="00635BB2" w:rsidRPr="00350B85" w:rsidRDefault="00350B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Tên doanh nghi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p: …</w:t>
      </w:r>
    </w:p>
    <w:p w:rsidR="00635BB2" w:rsidRPr="00350B85" w:rsidRDefault="00350B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</w:p>
    <w:p w:rsidR="00635BB2" w:rsidRPr="00350B85" w:rsidRDefault="00350B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Ngư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i đ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i di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n: …</w:t>
      </w:r>
    </w:p>
    <w:p w:rsidR="00635BB2" w:rsidRPr="00350B85" w:rsidRDefault="00350B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V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trí công vi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c thuê: …</w:t>
      </w:r>
    </w:p>
    <w:p w:rsidR="00635BB2" w:rsidRPr="00350B85" w:rsidRDefault="00350B85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3. Danh sách lao đ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ng cho thuê l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2"/>
        <w:gridCol w:w="898"/>
        <w:gridCol w:w="990"/>
        <w:gridCol w:w="1897"/>
        <w:gridCol w:w="1061"/>
        <w:gridCol w:w="941"/>
        <w:gridCol w:w="966"/>
        <w:gridCol w:w="925"/>
      </w:tblGrid>
      <w:tr w:rsidR="00350B85" w:rsidRPr="00350B85">
        <w:tc>
          <w:tcPr>
            <w:tcW w:w="1080" w:type="dxa"/>
          </w:tcPr>
          <w:p w:rsidR="00635BB2" w:rsidRPr="00350B85" w:rsidRDefault="00350B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1080" w:type="dxa"/>
          </w:tcPr>
          <w:p w:rsidR="00635BB2" w:rsidRPr="00350B85" w:rsidRDefault="00350B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</w:t>
            </w: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ọ</w:t>
            </w: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và tên</w:t>
            </w:r>
          </w:p>
        </w:tc>
        <w:tc>
          <w:tcPr>
            <w:tcW w:w="1080" w:type="dxa"/>
          </w:tcPr>
          <w:p w:rsidR="00635BB2" w:rsidRPr="00350B85" w:rsidRDefault="00350B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Ngày sinh</w:t>
            </w:r>
          </w:p>
        </w:tc>
        <w:tc>
          <w:tcPr>
            <w:tcW w:w="1080" w:type="dxa"/>
          </w:tcPr>
          <w:p w:rsidR="00635BB2" w:rsidRPr="00350B85" w:rsidRDefault="00350B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</w:t>
            </w: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ố</w:t>
            </w: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CMND/CCCD</w:t>
            </w:r>
          </w:p>
        </w:tc>
        <w:tc>
          <w:tcPr>
            <w:tcW w:w="1080" w:type="dxa"/>
          </w:tcPr>
          <w:p w:rsidR="00635BB2" w:rsidRPr="00350B85" w:rsidRDefault="00350B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Trình đ</w:t>
            </w: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ộ</w:t>
            </w: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chuyên môn</w:t>
            </w:r>
          </w:p>
        </w:tc>
        <w:tc>
          <w:tcPr>
            <w:tcW w:w="1080" w:type="dxa"/>
          </w:tcPr>
          <w:p w:rsidR="00635BB2" w:rsidRPr="00350B85" w:rsidRDefault="00350B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</w:t>
            </w: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ị</w:t>
            </w: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trí làm vi</w:t>
            </w: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ệ</w:t>
            </w: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1080" w:type="dxa"/>
          </w:tcPr>
          <w:p w:rsidR="00635BB2" w:rsidRPr="00350B85" w:rsidRDefault="00350B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</w:t>
            </w: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ờ</w:t>
            </w: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gian làm vi</w:t>
            </w: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ệ</w:t>
            </w: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1080" w:type="dxa"/>
          </w:tcPr>
          <w:p w:rsidR="00635BB2" w:rsidRPr="00350B85" w:rsidRDefault="00350B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0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Ghi chú</w:t>
            </w:r>
          </w:p>
        </w:tc>
      </w:tr>
      <w:tr w:rsidR="00350B85" w:rsidRPr="00350B85"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0B85" w:rsidRPr="00350B85"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0B85" w:rsidRPr="00350B85"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</w:tcPr>
          <w:p w:rsidR="00635BB2" w:rsidRPr="00350B85" w:rsidRDefault="00635B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35BB2" w:rsidRPr="00350B85" w:rsidRDefault="00350B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Xác nh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n c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t>a hai bên:</w:t>
      </w:r>
      <w:r w:rsidRPr="00350B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635BB2" w:rsidRPr="00350B85" w:rsidRDefault="00350B8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BÊN CHO THUÊ LẠI LAO ĐỘNG</w:t>
      </w:r>
      <w:r w:rsidRPr="00350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(Ký, ghi rõ h</w:t>
      </w:r>
      <w:r w:rsidRPr="00350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350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 và đóng d</w:t>
      </w:r>
      <w:r w:rsidRPr="00350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350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u)</w:t>
      </w:r>
      <w:r w:rsidRPr="00350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bookmarkStart w:id="0" w:name="_GoBack"/>
      <w:bookmarkEnd w:id="0"/>
    </w:p>
    <w:p w:rsidR="00635BB2" w:rsidRPr="00350B85" w:rsidRDefault="00350B8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50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BÊN THUÊ LAO ĐỘNG</w:t>
      </w:r>
      <w:r w:rsidRPr="00350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(Ký, ghi rõ h</w:t>
      </w:r>
      <w:r w:rsidRPr="00350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350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 và đóng d</w:t>
      </w:r>
      <w:r w:rsidRPr="00350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350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u)</w:t>
      </w:r>
      <w:r w:rsidRPr="00350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</w:p>
    <w:sectPr w:rsidR="00635BB2" w:rsidRPr="00350B8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0B85"/>
    <w:rsid w:val="00635BB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605EA0D6-74C4-44E4-AE81-8479D1979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A53018-56CC-4D60-9731-D9134616C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</Words>
  <Characters>568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PHỤ LỤC DANH SÁCH LAO ĐỘNG CHO THUÊ LẠI</vt:lpstr>
      <vt:lpstr>    1. Thông tin bên cho thuê lại lao động:</vt:lpstr>
      <vt:lpstr>    2. Thông tin bên thuê lao động:</vt:lpstr>
      <vt:lpstr>    3. Danh sách lao động cho thuê lại:</vt:lpstr>
    </vt:vector>
  </TitlesOfParts>
  <Manager/>
  <Company/>
  <LinksUpToDate>false</LinksUpToDate>
  <CharactersWithSpaces>666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2025-06-09T00:58:00Z</dcterms:created>
  <dcterms:modified xsi:type="dcterms:W3CDTF">2025-06-09T00:58:00Z</dcterms:modified>
  <cp:category/>
</cp:coreProperties>
</file>