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E59" w:rsidRPr="00303E02" w:rsidRDefault="00303E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E02">
        <w:rPr>
          <w:rFonts w:ascii="Times New Roman" w:hAnsi="Times New Roman" w:cs="Times New Roman"/>
          <w:b/>
          <w:sz w:val="28"/>
          <w:szCs w:val="28"/>
        </w:rPr>
        <w:t>C</w:t>
      </w:r>
      <w:r w:rsidRPr="00303E02">
        <w:rPr>
          <w:rFonts w:ascii="Times New Roman" w:hAnsi="Times New Roman" w:cs="Times New Roman"/>
          <w:b/>
          <w:sz w:val="28"/>
          <w:szCs w:val="28"/>
        </w:rPr>
        <w:t>Ộ</w:t>
      </w:r>
      <w:r w:rsidRPr="00303E02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303E02">
        <w:rPr>
          <w:rFonts w:ascii="Times New Roman" w:hAnsi="Times New Roman" w:cs="Times New Roman"/>
          <w:b/>
          <w:sz w:val="28"/>
          <w:szCs w:val="28"/>
        </w:rPr>
        <w:t>Ộ</w:t>
      </w:r>
      <w:r w:rsidRPr="00303E02">
        <w:rPr>
          <w:rFonts w:ascii="Times New Roman" w:hAnsi="Times New Roman" w:cs="Times New Roman"/>
          <w:b/>
          <w:sz w:val="28"/>
          <w:szCs w:val="28"/>
        </w:rPr>
        <w:t>I CH</w:t>
      </w:r>
      <w:r w:rsidRPr="00303E02">
        <w:rPr>
          <w:rFonts w:ascii="Times New Roman" w:hAnsi="Times New Roman" w:cs="Times New Roman"/>
          <w:b/>
          <w:sz w:val="28"/>
          <w:szCs w:val="28"/>
        </w:rPr>
        <w:t>Ủ</w:t>
      </w:r>
      <w:r w:rsidRPr="00303E02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303E02">
        <w:rPr>
          <w:rFonts w:ascii="Times New Roman" w:hAnsi="Times New Roman" w:cs="Times New Roman"/>
          <w:b/>
          <w:sz w:val="28"/>
          <w:szCs w:val="28"/>
        </w:rPr>
        <w:t>Ệ</w:t>
      </w:r>
      <w:r w:rsidRPr="00303E02">
        <w:rPr>
          <w:rFonts w:ascii="Times New Roman" w:hAnsi="Times New Roman" w:cs="Times New Roman"/>
          <w:b/>
          <w:sz w:val="28"/>
          <w:szCs w:val="28"/>
        </w:rPr>
        <w:t>T NAM</w:t>
      </w:r>
      <w:r w:rsidRPr="00303E02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303E02">
        <w:rPr>
          <w:rFonts w:ascii="Times New Roman" w:hAnsi="Times New Roman" w:cs="Times New Roman"/>
          <w:b/>
          <w:sz w:val="28"/>
          <w:szCs w:val="28"/>
        </w:rPr>
        <w:t>ộ</w:t>
      </w:r>
      <w:r w:rsidRPr="00303E02">
        <w:rPr>
          <w:rFonts w:ascii="Times New Roman" w:hAnsi="Times New Roman" w:cs="Times New Roman"/>
          <w:b/>
          <w:sz w:val="28"/>
          <w:szCs w:val="28"/>
        </w:rPr>
        <w:t>c l</w:t>
      </w:r>
      <w:r w:rsidRPr="00303E02">
        <w:rPr>
          <w:rFonts w:ascii="Times New Roman" w:hAnsi="Times New Roman" w:cs="Times New Roman"/>
          <w:b/>
          <w:sz w:val="28"/>
          <w:szCs w:val="28"/>
        </w:rPr>
        <w:t>ậ</w:t>
      </w:r>
      <w:r w:rsidRPr="00303E02">
        <w:rPr>
          <w:rFonts w:ascii="Times New Roman" w:hAnsi="Times New Roman" w:cs="Times New Roman"/>
          <w:b/>
          <w:sz w:val="28"/>
          <w:szCs w:val="28"/>
        </w:rPr>
        <w:t>p – T</w:t>
      </w:r>
      <w:r w:rsidRPr="00303E02">
        <w:rPr>
          <w:rFonts w:ascii="Times New Roman" w:hAnsi="Times New Roman" w:cs="Times New Roman"/>
          <w:b/>
          <w:sz w:val="28"/>
          <w:szCs w:val="28"/>
        </w:rPr>
        <w:t>ự</w:t>
      </w:r>
      <w:r w:rsidRPr="00303E02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303E02">
        <w:rPr>
          <w:rFonts w:ascii="Times New Roman" w:hAnsi="Times New Roman" w:cs="Times New Roman"/>
          <w:b/>
          <w:sz w:val="28"/>
          <w:szCs w:val="28"/>
        </w:rPr>
        <w:t>ạ</w:t>
      </w:r>
      <w:r w:rsidRPr="00303E02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7E5E59" w:rsidRPr="00303E02" w:rsidRDefault="00303E0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303E02">
        <w:rPr>
          <w:rFonts w:ascii="Times New Roman" w:hAnsi="Times New Roman" w:cs="Times New Roman"/>
          <w:i/>
          <w:sz w:val="28"/>
          <w:szCs w:val="28"/>
        </w:rPr>
        <w:t>…, ngày … tháng … năm 20…</w:t>
      </w:r>
    </w:p>
    <w:p w:rsidR="007E5E59" w:rsidRPr="00303E02" w:rsidRDefault="00303E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b/>
          <w:sz w:val="28"/>
          <w:szCs w:val="28"/>
        </w:rPr>
        <w:t>THÔNG BÁO TUY</w:t>
      </w:r>
      <w:r w:rsidRPr="00303E02">
        <w:rPr>
          <w:rFonts w:ascii="Times New Roman" w:hAnsi="Times New Roman" w:cs="Times New Roman"/>
          <w:b/>
          <w:sz w:val="28"/>
          <w:szCs w:val="28"/>
        </w:rPr>
        <w:t>Ể</w:t>
      </w:r>
      <w:r w:rsidRPr="00303E02">
        <w:rPr>
          <w:rFonts w:ascii="Times New Roman" w:hAnsi="Times New Roman" w:cs="Times New Roman"/>
          <w:b/>
          <w:sz w:val="28"/>
          <w:szCs w:val="28"/>
        </w:rPr>
        <w:t>N D</w:t>
      </w:r>
      <w:r w:rsidRPr="00303E02">
        <w:rPr>
          <w:rFonts w:ascii="Times New Roman" w:hAnsi="Times New Roman" w:cs="Times New Roman"/>
          <w:b/>
          <w:sz w:val="28"/>
          <w:szCs w:val="28"/>
        </w:rPr>
        <w:t>Ụ</w:t>
      </w:r>
      <w:r w:rsidRPr="00303E02">
        <w:rPr>
          <w:rFonts w:ascii="Times New Roman" w:hAnsi="Times New Roman" w:cs="Times New Roman"/>
          <w:b/>
          <w:sz w:val="28"/>
          <w:szCs w:val="28"/>
        </w:rPr>
        <w:t>NG</w:t>
      </w:r>
    </w:p>
    <w:p w:rsidR="007E5E59" w:rsidRPr="00303E02" w:rsidRDefault="00303E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b/>
          <w:sz w:val="28"/>
          <w:szCs w:val="28"/>
        </w:rPr>
        <w:t>V</w:t>
      </w:r>
      <w:r w:rsidRPr="00303E02">
        <w:rPr>
          <w:rFonts w:ascii="Times New Roman" w:hAnsi="Times New Roman" w:cs="Times New Roman"/>
          <w:b/>
          <w:sz w:val="28"/>
          <w:szCs w:val="28"/>
        </w:rPr>
        <w:t>ị</w:t>
      </w:r>
      <w:r w:rsidRPr="00303E02">
        <w:rPr>
          <w:rFonts w:ascii="Times New Roman" w:hAnsi="Times New Roman" w:cs="Times New Roman"/>
          <w:b/>
          <w:sz w:val="28"/>
          <w:szCs w:val="28"/>
        </w:rPr>
        <w:t xml:space="preserve"> trí: Nhân viên Y t</w:t>
      </w:r>
      <w:r w:rsidRPr="00303E02">
        <w:rPr>
          <w:rFonts w:ascii="Times New Roman" w:hAnsi="Times New Roman" w:cs="Times New Roman"/>
          <w:b/>
          <w:sz w:val="28"/>
          <w:szCs w:val="28"/>
        </w:rPr>
        <w:t>ế</w:t>
      </w:r>
      <w:r w:rsidRPr="00303E02">
        <w:rPr>
          <w:rFonts w:ascii="Times New Roman" w:hAnsi="Times New Roman" w:cs="Times New Roman"/>
          <w:b/>
          <w:sz w:val="28"/>
          <w:szCs w:val="28"/>
        </w:rPr>
        <w:t xml:space="preserve"> doanh nghi</w:t>
      </w:r>
      <w:r w:rsidRPr="00303E02">
        <w:rPr>
          <w:rFonts w:ascii="Times New Roman" w:hAnsi="Times New Roman" w:cs="Times New Roman"/>
          <w:b/>
          <w:sz w:val="28"/>
          <w:szCs w:val="28"/>
        </w:rPr>
        <w:t>ệ</w:t>
      </w:r>
      <w:r w:rsidRPr="00303E02">
        <w:rPr>
          <w:rFonts w:ascii="Times New Roman" w:hAnsi="Times New Roman" w:cs="Times New Roman"/>
          <w:b/>
          <w:sz w:val="28"/>
          <w:szCs w:val="28"/>
        </w:rPr>
        <w:t>p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1. S</w:t>
      </w:r>
      <w:r w:rsidRPr="00303E02">
        <w:rPr>
          <w:rFonts w:ascii="Times New Roman" w:hAnsi="Times New Roman" w:cs="Times New Roman"/>
          <w:sz w:val="28"/>
          <w:szCs w:val="28"/>
        </w:rPr>
        <w:t>ố</w:t>
      </w:r>
      <w:r w:rsidRPr="00303E02">
        <w:rPr>
          <w:rFonts w:ascii="Times New Roman" w:hAnsi="Times New Roman" w:cs="Times New Roman"/>
          <w:sz w:val="28"/>
          <w:szCs w:val="28"/>
        </w:rPr>
        <w:t xml:space="preserve"> lư</w:t>
      </w:r>
      <w:r w:rsidRPr="00303E02">
        <w:rPr>
          <w:rFonts w:ascii="Times New Roman" w:hAnsi="Times New Roman" w:cs="Times New Roman"/>
          <w:sz w:val="28"/>
          <w:szCs w:val="28"/>
        </w:rPr>
        <w:t>ợ</w:t>
      </w:r>
      <w:r w:rsidRPr="00303E02">
        <w:rPr>
          <w:rFonts w:ascii="Times New Roman" w:hAnsi="Times New Roman" w:cs="Times New Roman"/>
          <w:sz w:val="28"/>
          <w:szCs w:val="28"/>
        </w:rPr>
        <w:t>ng c</w:t>
      </w:r>
      <w:r w:rsidRPr="00303E02">
        <w:rPr>
          <w:rFonts w:ascii="Times New Roman" w:hAnsi="Times New Roman" w:cs="Times New Roman"/>
          <w:sz w:val="28"/>
          <w:szCs w:val="28"/>
        </w:rPr>
        <w:t>ầ</w:t>
      </w:r>
      <w:r w:rsidRPr="00303E02">
        <w:rPr>
          <w:rFonts w:ascii="Times New Roman" w:hAnsi="Times New Roman" w:cs="Times New Roman"/>
          <w:sz w:val="28"/>
          <w:szCs w:val="28"/>
        </w:rPr>
        <w:t>n tuy</w:t>
      </w:r>
      <w:r w:rsidRPr="00303E02">
        <w:rPr>
          <w:rFonts w:ascii="Times New Roman" w:hAnsi="Times New Roman" w:cs="Times New Roman"/>
          <w:sz w:val="28"/>
          <w:szCs w:val="28"/>
        </w:rPr>
        <w:t>ể</w:t>
      </w:r>
      <w:r w:rsidRPr="00303E02">
        <w:rPr>
          <w:rFonts w:ascii="Times New Roman" w:hAnsi="Times New Roman" w:cs="Times New Roman"/>
          <w:sz w:val="28"/>
          <w:szCs w:val="28"/>
        </w:rPr>
        <w:t>n: …</w:t>
      </w:r>
      <w:r w:rsidRPr="00303E02">
        <w:rPr>
          <w:rFonts w:ascii="Times New Roman" w:hAnsi="Times New Roman" w:cs="Times New Roman"/>
          <w:sz w:val="28"/>
          <w:szCs w:val="28"/>
        </w:rPr>
        <w:t xml:space="preserve"> ngư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>i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2. 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a đi</w:t>
      </w:r>
      <w:r w:rsidRPr="00303E02">
        <w:rPr>
          <w:rFonts w:ascii="Times New Roman" w:hAnsi="Times New Roman" w:cs="Times New Roman"/>
          <w:sz w:val="28"/>
          <w:szCs w:val="28"/>
        </w:rPr>
        <w:t>ể</w:t>
      </w:r>
      <w:r w:rsidRPr="00303E02">
        <w:rPr>
          <w:rFonts w:ascii="Times New Roman" w:hAnsi="Times New Roman" w:cs="Times New Roman"/>
          <w:sz w:val="28"/>
          <w:szCs w:val="28"/>
        </w:rPr>
        <w:t>m làm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c: Văn phòng Công ty t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i [Đ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a ch</w:t>
      </w:r>
      <w:r w:rsidRPr="00303E02">
        <w:rPr>
          <w:rFonts w:ascii="Times New Roman" w:hAnsi="Times New Roman" w:cs="Times New Roman"/>
          <w:sz w:val="28"/>
          <w:szCs w:val="28"/>
        </w:rPr>
        <w:t>ỉ</w:t>
      </w:r>
      <w:r w:rsidRPr="00303E02">
        <w:rPr>
          <w:rFonts w:ascii="Times New Roman" w:hAnsi="Times New Roman" w:cs="Times New Roman"/>
          <w:sz w:val="28"/>
          <w:szCs w:val="28"/>
        </w:rPr>
        <w:t xml:space="preserve"> c</w:t>
      </w:r>
      <w:r w:rsidRPr="00303E02">
        <w:rPr>
          <w:rFonts w:ascii="Times New Roman" w:hAnsi="Times New Roman" w:cs="Times New Roman"/>
          <w:sz w:val="28"/>
          <w:szCs w:val="28"/>
        </w:rPr>
        <w:t>ụ</w:t>
      </w:r>
      <w:r w:rsidRPr="00303E02">
        <w:rPr>
          <w:rFonts w:ascii="Times New Roman" w:hAnsi="Times New Roman" w:cs="Times New Roman"/>
          <w:sz w:val="28"/>
          <w:szCs w:val="28"/>
        </w:rPr>
        <w:t xml:space="preserve"> th</w:t>
      </w:r>
      <w:r w:rsidRPr="00303E02">
        <w:rPr>
          <w:rFonts w:ascii="Times New Roman" w:hAnsi="Times New Roman" w:cs="Times New Roman"/>
          <w:sz w:val="28"/>
          <w:szCs w:val="28"/>
        </w:rPr>
        <w:t>ể</w:t>
      </w:r>
      <w:r w:rsidRPr="00303E02">
        <w:rPr>
          <w:rFonts w:ascii="Times New Roman" w:hAnsi="Times New Roman" w:cs="Times New Roman"/>
          <w:sz w:val="28"/>
          <w:szCs w:val="28"/>
        </w:rPr>
        <w:t>]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3. Mô t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 xml:space="preserve"> công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c: - Sơ c</w:t>
      </w:r>
      <w:r w:rsidRPr="00303E02">
        <w:rPr>
          <w:rFonts w:ascii="Times New Roman" w:hAnsi="Times New Roman" w:cs="Times New Roman"/>
          <w:sz w:val="28"/>
          <w:szCs w:val="28"/>
        </w:rPr>
        <w:t>ấ</w:t>
      </w:r>
      <w:r w:rsidRPr="00303E02">
        <w:rPr>
          <w:rFonts w:ascii="Times New Roman" w:hAnsi="Times New Roman" w:cs="Times New Roman"/>
          <w:sz w:val="28"/>
          <w:szCs w:val="28"/>
        </w:rPr>
        <w:t>p c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u ban đ</w:t>
      </w:r>
      <w:r w:rsidRPr="00303E02">
        <w:rPr>
          <w:rFonts w:ascii="Times New Roman" w:hAnsi="Times New Roman" w:cs="Times New Roman"/>
          <w:sz w:val="28"/>
          <w:szCs w:val="28"/>
        </w:rPr>
        <w:t>ầ</w:t>
      </w:r>
      <w:r w:rsidRPr="00303E02">
        <w:rPr>
          <w:rFonts w:ascii="Times New Roman" w:hAnsi="Times New Roman" w:cs="Times New Roman"/>
          <w:sz w:val="28"/>
          <w:szCs w:val="28"/>
        </w:rPr>
        <w:t>u cho ngư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>i lao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ng khi x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y ra tai n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n lao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 xml:space="preserve">ng, </w:t>
      </w:r>
      <w:r w:rsidRPr="00303E02">
        <w:rPr>
          <w:rFonts w:ascii="Times New Roman" w:hAnsi="Times New Roman" w:cs="Times New Roman"/>
          <w:sz w:val="28"/>
          <w:szCs w:val="28"/>
        </w:rPr>
        <w:t>ố</w:t>
      </w:r>
      <w:r w:rsidRPr="00303E02">
        <w:rPr>
          <w:rFonts w:ascii="Times New Roman" w:hAnsi="Times New Roman" w:cs="Times New Roman"/>
          <w:sz w:val="28"/>
          <w:szCs w:val="28"/>
        </w:rPr>
        <w:t>m đau t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i công ty.</w:t>
      </w:r>
      <w:r w:rsidRPr="00303E02">
        <w:rPr>
          <w:rFonts w:ascii="Times New Roman" w:hAnsi="Times New Roman" w:cs="Times New Roman"/>
          <w:sz w:val="28"/>
          <w:szCs w:val="28"/>
        </w:rPr>
        <w:br/>
        <w:t>- Theo dõi s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kh</w:t>
      </w:r>
      <w:r w:rsidRPr="00303E02">
        <w:rPr>
          <w:rFonts w:ascii="Times New Roman" w:hAnsi="Times New Roman" w:cs="Times New Roman"/>
          <w:sz w:val="28"/>
          <w:szCs w:val="28"/>
        </w:rPr>
        <w:t>ỏ</w:t>
      </w:r>
      <w:r w:rsidRPr="00303E02">
        <w:rPr>
          <w:rFonts w:ascii="Times New Roman" w:hAnsi="Times New Roman" w:cs="Times New Roman"/>
          <w:sz w:val="28"/>
          <w:szCs w:val="28"/>
        </w:rPr>
        <w:t>e ngư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>i lao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ng, ph</w:t>
      </w:r>
      <w:r w:rsidRPr="00303E02">
        <w:rPr>
          <w:rFonts w:ascii="Times New Roman" w:hAnsi="Times New Roman" w:cs="Times New Roman"/>
          <w:sz w:val="28"/>
          <w:szCs w:val="28"/>
        </w:rPr>
        <w:t>ố</w:t>
      </w:r>
      <w:r w:rsidRPr="00303E02">
        <w:rPr>
          <w:rFonts w:ascii="Times New Roman" w:hAnsi="Times New Roman" w:cs="Times New Roman"/>
          <w:sz w:val="28"/>
          <w:szCs w:val="28"/>
        </w:rPr>
        <w:t>i h</w:t>
      </w:r>
      <w:r w:rsidRPr="00303E02">
        <w:rPr>
          <w:rFonts w:ascii="Times New Roman" w:hAnsi="Times New Roman" w:cs="Times New Roman"/>
          <w:sz w:val="28"/>
          <w:szCs w:val="28"/>
        </w:rPr>
        <w:t>ợ</w:t>
      </w:r>
      <w:r w:rsidRPr="00303E02">
        <w:rPr>
          <w:rFonts w:ascii="Times New Roman" w:hAnsi="Times New Roman" w:cs="Times New Roman"/>
          <w:sz w:val="28"/>
          <w:szCs w:val="28"/>
        </w:rPr>
        <w:t>p t</w:t>
      </w:r>
      <w:r w:rsidRPr="00303E02">
        <w:rPr>
          <w:rFonts w:ascii="Times New Roman" w:hAnsi="Times New Roman" w:cs="Times New Roman"/>
          <w:sz w:val="28"/>
          <w:szCs w:val="28"/>
        </w:rPr>
        <w:t>ổ</w:t>
      </w:r>
      <w:r w:rsidRPr="00303E02">
        <w:rPr>
          <w:rFonts w:ascii="Times New Roman" w:hAnsi="Times New Roman" w:cs="Times New Roman"/>
          <w:sz w:val="28"/>
          <w:szCs w:val="28"/>
        </w:rPr>
        <w:t xml:space="preserve"> ch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khám s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kh</w:t>
      </w:r>
      <w:r w:rsidRPr="00303E02">
        <w:rPr>
          <w:rFonts w:ascii="Times New Roman" w:hAnsi="Times New Roman" w:cs="Times New Roman"/>
          <w:sz w:val="28"/>
          <w:szCs w:val="28"/>
        </w:rPr>
        <w:t>ỏ</w:t>
      </w:r>
      <w:r w:rsidRPr="00303E02">
        <w:rPr>
          <w:rFonts w:ascii="Times New Roman" w:hAnsi="Times New Roman" w:cs="Times New Roman"/>
          <w:sz w:val="28"/>
          <w:szCs w:val="28"/>
        </w:rPr>
        <w:t>e 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nh k</w:t>
      </w:r>
      <w:r w:rsidRPr="00303E02">
        <w:rPr>
          <w:rFonts w:ascii="Times New Roman" w:hAnsi="Times New Roman" w:cs="Times New Roman"/>
          <w:sz w:val="28"/>
          <w:szCs w:val="28"/>
        </w:rPr>
        <w:t>ỳ</w:t>
      </w:r>
      <w:r w:rsidRPr="00303E02">
        <w:rPr>
          <w:rFonts w:ascii="Times New Roman" w:hAnsi="Times New Roman" w:cs="Times New Roman"/>
          <w:sz w:val="28"/>
          <w:szCs w:val="28"/>
        </w:rPr>
        <w:t>.</w:t>
      </w:r>
      <w:r w:rsidRPr="00303E02">
        <w:rPr>
          <w:rFonts w:ascii="Times New Roman" w:hAnsi="Times New Roman" w:cs="Times New Roman"/>
          <w:sz w:val="28"/>
          <w:szCs w:val="28"/>
        </w:rPr>
        <w:br/>
        <w:t>-</w:t>
      </w:r>
      <w:r w:rsidRPr="00303E02">
        <w:rPr>
          <w:rFonts w:ascii="Times New Roman" w:hAnsi="Times New Roman" w:cs="Times New Roman"/>
          <w:sz w:val="28"/>
          <w:szCs w:val="28"/>
        </w:rPr>
        <w:t xml:space="preserve"> Qu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n lý t</w:t>
      </w:r>
      <w:r w:rsidRPr="00303E02">
        <w:rPr>
          <w:rFonts w:ascii="Times New Roman" w:hAnsi="Times New Roman" w:cs="Times New Roman"/>
          <w:sz w:val="28"/>
          <w:szCs w:val="28"/>
        </w:rPr>
        <w:t>ủ</w:t>
      </w:r>
      <w:r w:rsidRPr="00303E02">
        <w:rPr>
          <w:rFonts w:ascii="Times New Roman" w:hAnsi="Times New Roman" w:cs="Times New Roman"/>
          <w:sz w:val="28"/>
          <w:szCs w:val="28"/>
        </w:rPr>
        <w:t xml:space="preserve"> thu</w:t>
      </w:r>
      <w:r w:rsidRPr="00303E02">
        <w:rPr>
          <w:rFonts w:ascii="Times New Roman" w:hAnsi="Times New Roman" w:cs="Times New Roman"/>
          <w:sz w:val="28"/>
          <w:szCs w:val="28"/>
        </w:rPr>
        <w:t>ố</w:t>
      </w:r>
      <w:r w:rsidRPr="00303E02">
        <w:rPr>
          <w:rFonts w:ascii="Times New Roman" w:hAnsi="Times New Roman" w:cs="Times New Roman"/>
          <w:sz w:val="28"/>
          <w:szCs w:val="28"/>
        </w:rPr>
        <w:t>c, trang thi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t b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 xml:space="preserve"> y t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 xml:space="preserve"> cơ b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n t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i công ty.</w:t>
      </w:r>
      <w:r w:rsidRPr="00303E02">
        <w:rPr>
          <w:rFonts w:ascii="Times New Roman" w:hAnsi="Times New Roman" w:cs="Times New Roman"/>
          <w:sz w:val="28"/>
          <w:szCs w:val="28"/>
        </w:rPr>
        <w:br/>
        <w:t>- Tư v</w:t>
      </w:r>
      <w:r w:rsidRPr="00303E02">
        <w:rPr>
          <w:rFonts w:ascii="Times New Roman" w:hAnsi="Times New Roman" w:cs="Times New Roman"/>
          <w:sz w:val="28"/>
          <w:szCs w:val="28"/>
        </w:rPr>
        <w:t>ấ</w:t>
      </w:r>
      <w:r w:rsidRPr="00303E02">
        <w:rPr>
          <w:rFonts w:ascii="Times New Roman" w:hAnsi="Times New Roman" w:cs="Times New Roman"/>
          <w:sz w:val="28"/>
          <w:szCs w:val="28"/>
        </w:rPr>
        <w:t>n s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kh</w:t>
      </w:r>
      <w:r w:rsidRPr="00303E02">
        <w:rPr>
          <w:rFonts w:ascii="Times New Roman" w:hAnsi="Times New Roman" w:cs="Times New Roman"/>
          <w:sz w:val="28"/>
          <w:szCs w:val="28"/>
        </w:rPr>
        <w:t>ỏ</w:t>
      </w:r>
      <w:r w:rsidRPr="00303E02">
        <w:rPr>
          <w:rFonts w:ascii="Times New Roman" w:hAnsi="Times New Roman" w:cs="Times New Roman"/>
          <w:sz w:val="28"/>
          <w:szCs w:val="28"/>
        </w:rPr>
        <w:t>e, phòng b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nh ngh</w:t>
      </w:r>
      <w:r w:rsidRPr="00303E02">
        <w:rPr>
          <w:rFonts w:ascii="Times New Roman" w:hAnsi="Times New Roman" w:cs="Times New Roman"/>
          <w:sz w:val="28"/>
          <w:szCs w:val="28"/>
        </w:rPr>
        <w:t>ề</w:t>
      </w:r>
      <w:r w:rsidRPr="00303E02">
        <w:rPr>
          <w:rFonts w:ascii="Times New Roman" w:hAnsi="Times New Roman" w:cs="Times New Roman"/>
          <w:sz w:val="28"/>
          <w:szCs w:val="28"/>
        </w:rPr>
        <w:t xml:space="preserve">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p cho ngư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>i lao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ng.</w:t>
      </w:r>
      <w:r w:rsidRPr="00303E02">
        <w:rPr>
          <w:rFonts w:ascii="Times New Roman" w:hAnsi="Times New Roman" w:cs="Times New Roman"/>
          <w:sz w:val="28"/>
          <w:szCs w:val="28"/>
        </w:rPr>
        <w:br/>
        <w:t>- Th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c 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n các báo cáo 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nh k</w:t>
      </w:r>
      <w:r w:rsidRPr="00303E02">
        <w:rPr>
          <w:rFonts w:ascii="Times New Roman" w:hAnsi="Times New Roman" w:cs="Times New Roman"/>
          <w:sz w:val="28"/>
          <w:szCs w:val="28"/>
        </w:rPr>
        <w:t>ỳ</w:t>
      </w:r>
      <w:r w:rsidRPr="00303E02">
        <w:rPr>
          <w:rFonts w:ascii="Times New Roman" w:hAnsi="Times New Roman" w:cs="Times New Roman"/>
          <w:sz w:val="28"/>
          <w:szCs w:val="28"/>
        </w:rPr>
        <w:t xml:space="preserve"> liên quan đ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n y t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 xml:space="preserve"> lao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ng.</w:t>
      </w:r>
      <w:r w:rsidRPr="00303E02">
        <w:rPr>
          <w:rFonts w:ascii="Times New Roman" w:hAnsi="Times New Roman" w:cs="Times New Roman"/>
          <w:sz w:val="28"/>
          <w:szCs w:val="28"/>
        </w:rPr>
        <w:br/>
        <w:t>- Th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c 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n các công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 khác theo s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 xml:space="preserve"> phân công c</w:t>
      </w:r>
      <w:r w:rsidRPr="00303E02">
        <w:rPr>
          <w:rFonts w:ascii="Times New Roman" w:hAnsi="Times New Roman" w:cs="Times New Roman"/>
          <w:sz w:val="28"/>
          <w:szCs w:val="28"/>
        </w:rPr>
        <w:t>ủ</w:t>
      </w:r>
      <w:r w:rsidRPr="00303E02">
        <w:rPr>
          <w:rFonts w:ascii="Times New Roman" w:hAnsi="Times New Roman" w:cs="Times New Roman"/>
          <w:sz w:val="28"/>
          <w:szCs w:val="28"/>
        </w:rPr>
        <w:t>a qu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n lý.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4. Yêu c</w:t>
      </w:r>
      <w:r w:rsidRPr="00303E02">
        <w:rPr>
          <w:rFonts w:ascii="Times New Roman" w:hAnsi="Times New Roman" w:cs="Times New Roman"/>
          <w:sz w:val="28"/>
          <w:szCs w:val="28"/>
        </w:rPr>
        <w:t>ầ</w:t>
      </w:r>
      <w:r w:rsidRPr="00303E02">
        <w:rPr>
          <w:rFonts w:ascii="Times New Roman" w:hAnsi="Times New Roman" w:cs="Times New Roman"/>
          <w:sz w:val="28"/>
          <w:szCs w:val="28"/>
        </w:rPr>
        <w:t xml:space="preserve">u 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ng viên: - Gi</w:t>
      </w:r>
      <w:r w:rsidRPr="00303E02">
        <w:rPr>
          <w:rFonts w:ascii="Times New Roman" w:hAnsi="Times New Roman" w:cs="Times New Roman"/>
          <w:sz w:val="28"/>
          <w:szCs w:val="28"/>
        </w:rPr>
        <w:t>ớ</w:t>
      </w:r>
      <w:r w:rsidRPr="00303E02">
        <w:rPr>
          <w:rFonts w:ascii="Times New Roman" w:hAnsi="Times New Roman" w:cs="Times New Roman"/>
          <w:sz w:val="28"/>
          <w:szCs w:val="28"/>
        </w:rPr>
        <w:t>i tính: Nam/N</w:t>
      </w:r>
      <w:r w:rsidRPr="00303E02">
        <w:rPr>
          <w:rFonts w:ascii="Times New Roman" w:hAnsi="Times New Roman" w:cs="Times New Roman"/>
          <w:sz w:val="28"/>
          <w:szCs w:val="28"/>
        </w:rPr>
        <w:t>ữ</w:t>
      </w:r>
      <w:r w:rsidRPr="00303E02">
        <w:rPr>
          <w:rFonts w:ascii="Times New Roman" w:hAnsi="Times New Roman" w:cs="Times New Roman"/>
          <w:sz w:val="28"/>
          <w:szCs w:val="28"/>
        </w:rPr>
        <w:t>,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 xml:space="preserve"> tu</w:t>
      </w:r>
      <w:r w:rsidRPr="00303E02">
        <w:rPr>
          <w:rFonts w:ascii="Times New Roman" w:hAnsi="Times New Roman" w:cs="Times New Roman"/>
          <w:sz w:val="28"/>
          <w:szCs w:val="28"/>
        </w:rPr>
        <w:t>ổ</w:t>
      </w:r>
      <w:r w:rsidRPr="00303E02">
        <w:rPr>
          <w:rFonts w:ascii="Times New Roman" w:hAnsi="Times New Roman" w:cs="Times New Roman"/>
          <w:sz w:val="28"/>
          <w:szCs w:val="28"/>
        </w:rPr>
        <w:t>i t</w:t>
      </w:r>
      <w:r w:rsidRPr="00303E02">
        <w:rPr>
          <w:rFonts w:ascii="Times New Roman" w:hAnsi="Times New Roman" w:cs="Times New Roman"/>
          <w:sz w:val="28"/>
          <w:szCs w:val="28"/>
        </w:rPr>
        <w:t>ừ</w:t>
      </w:r>
      <w:r w:rsidRPr="00303E02">
        <w:rPr>
          <w:rFonts w:ascii="Times New Roman" w:hAnsi="Times New Roman" w:cs="Times New Roman"/>
          <w:sz w:val="28"/>
          <w:szCs w:val="28"/>
        </w:rPr>
        <w:t xml:space="preserve"> 25 – 45.</w:t>
      </w:r>
      <w:r w:rsidRPr="00303E02">
        <w:rPr>
          <w:rFonts w:ascii="Times New Roman" w:hAnsi="Times New Roman" w:cs="Times New Roman"/>
          <w:sz w:val="28"/>
          <w:szCs w:val="28"/>
        </w:rPr>
        <w:br/>
        <w:t>- T</w:t>
      </w:r>
      <w:r w:rsidRPr="00303E02">
        <w:rPr>
          <w:rFonts w:ascii="Times New Roman" w:hAnsi="Times New Roman" w:cs="Times New Roman"/>
          <w:sz w:val="28"/>
          <w:szCs w:val="28"/>
        </w:rPr>
        <w:t>ố</w:t>
      </w:r>
      <w:r w:rsidRPr="00303E02">
        <w:rPr>
          <w:rFonts w:ascii="Times New Roman" w:hAnsi="Times New Roman" w:cs="Times New Roman"/>
          <w:sz w:val="28"/>
          <w:szCs w:val="28"/>
        </w:rPr>
        <w:t>t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p Trung c</w:t>
      </w:r>
      <w:r w:rsidRPr="00303E02">
        <w:rPr>
          <w:rFonts w:ascii="Times New Roman" w:hAnsi="Times New Roman" w:cs="Times New Roman"/>
          <w:sz w:val="28"/>
          <w:szCs w:val="28"/>
        </w:rPr>
        <w:t>ấ</w:t>
      </w:r>
      <w:r w:rsidRPr="00303E02">
        <w:rPr>
          <w:rFonts w:ascii="Times New Roman" w:hAnsi="Times New Roman" w:cs="Times New Roman"/>
          <w:sz w:val="28"/>
          <w:szCs w:val="28"/>
        </w:rPr>
        <w:t>p tr</w:t>
      </w:r>
      <w:r w:rsidRPr="00303E02">
        <w:rPr>
          <w:rFonts w:ascii="Times New Roman" w:hAnsi="Times New Roman" w:cs="Times New Roman"/>
          <w:sz w:val="28"/>
          <w:szCs w:val="28"/>
        </w:rPr>
        <w:t>ở</w:t>
      </w:r>
      <w:r w:rsidRPr="00303E02">
        <w:rPr>
          <w:rFonts w:ascii="Times New Roman" w:hAnsi="Times New Roman" w:cs="Times New Roman"/>
          <w:sz w:val="28"/>
          <w:szCs w:val="28"/>
        </w:rPr>
        <w:t xml:space="preserve"> lên chuyên ngành y sĩ, đi</w:t>
      </w:r>
      <w:r w:rsidRPr="00303E02">
        <w:rPr>
          <w:rFonts w:ascii="Times New Roman" w:hAnsi="Times New Roman" w:cs="Times New Roman"/>
          <w:sz w:val="28"/>
          <w:szCs w:val="28"/>
        </w:rPr>
        <w:t>ề</w:t>
      </w:r>
      <w:r w:rsidRPr="00303E02">
        <w:rPr>
          <w:rFonts w:ascii="Times New Roman" w:hAnsi="Times New Roman" w:cs="Times New Roman"/>
          <w:sz w:val="28"/>
          <w:szCs w:val="28"/>
        </w:rPr>
        <w:t>u dư</w:t>
      </w:r>
      <w:r w:rsidRPr="00303E02">
        <w:rPr>
          <w:rFonts w:ascii="Times New Roman" w:hAnsi="Times New Roman" w:cs="Times New Roman"/>
          <w:sz w:val="28"/>
          <w:szCs w:val="28"/>
        </w:rPr>
        <w:t>ỡ</w:t>
      </w:r>
      <w:r w:rsidRPr="00303E02">
        <w:rPr>
          <w:rFonts w:ascii="Times New Roman" w:hAnsi="Times New Roman" w:cs="Times New Roman"/>
          <w:sz w:val="28"/>
          <w:szCs w:val="28"/>
        </w:rPr>
        <w:t>ng, y t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 xml:space="preserve"> công c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ng,...</w:t>
      </w:r>
      <w:r w:rsidRPr="00303E02">
        <w:rPr>
          <w:rFonts w:ascii="Times New Roman" w:hAnsi="Times New Roman" w:cs="Times New Roman"/>
          <w:sz w:val="28"/>
          <w:szCs w:val="28"/>
        </w:rPr>
        <w:br/>
        <w:t>- Có ch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ng ch</w:t>
      </w:r>
      <w:r w:rsidRPr="00303E02">
        <w:rPr>
          <w:rFonts w:ascii="Times New Roman" w:hAnsi="Times New Roman" w:cs="Times New Roman"/>
          <w:sz w:val="28"/>
          <w:szCs w:val="28"/>
        </w:rPr>
        <w:t>ỉ</w:t>
      </w:r>
      <w:r w:rsidRPr="00303E02">
        <w:rPr>
          <w:rFonts w:ascii="Times New Roman" w:hAnsi="Times New Roman" w:cs="Times New Roman"/>
          <w:sz w:val="28"/>
          <w:szCs w:val="28"/>
        </w:rPr>
        <w:t xml:space="preserve"> hành ngh</w:t>
      </w:r>
      <w:r w:rsidRPr="00303E02">
        <w:rPr>
          <w:rFonts w:ascii="Times New Roman" w:hAnsi="Times New Roman" w:cs="Times New Roman"/>
          <w:sz w:val="28"/>
          <w:szCs w:val="28"/>
        </w:rPr>
        <w:t>ề</w:t>
      </w:r>
      <w:r w:rsidRPr="00303E02">
        <w:rPr>
          <w:rFonts w:ascii="Times New Roman" w:hAnsi="Times New Roman" w:cs="Times New Roman"/>
          <w:sz w:val="28"/>
          <w:szCs w:val="28"/>
        </w:rPr>
        <w:t xml:space="preserve"> và kinh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m t</w:t>
      </w:r>
      <w:r w:rsidRPr="00303E02">
        <w:rPr>
          <w:rFonts w:ascii="Times New Roman" w:hAnsi="Times New Roman" w:cs="Times New Roman"/>
          <w:sz w:val="28"/>
          <w:szCs w:val="28"/>
        </w:rPr>
        <w:t>ừ</w:t>
      </w:r>
      <w:r w:rsidRPr="00303E02">
        <w:rPr>
          <w:rFonts w:ascii="Times New Roman" w:hAnsi="Times New Roman" w:cs="Times New Roman"/>
          <w:sz w:val="28"/>
          <w:szCs w:val="28"/>
        </w:rPr>
        <w:t xml:space="preserve"> 01 năm tr</w:t>
      </w:r>
      <w:r w:rsidRPr="00303E02">
        <w:rPr>
          <w:rFonts w:ascii="Times New Roman" w:hAnsi="Times New Roman" w:cs="Times New Roman"/>
          <w:sz w:val="28"/>
          <w:szCs w:val="28"/>
        </w:rPr>
        <w:t>ở</w:t>
      </w:r>
      <w:r w:rsidRPr="00303E02">
        <w:rPr>
          <w:rFonts w:ascii="Times New Roman" w:hAnsi="Times New Roman" w:cs="Times New Roman"/>
          <w:sz w:val="28"/>
          <w:szCs w:val="28"/>
        </w:rPr>
        <w:t xml:space="preserve"> lên là m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t l</w:t>
      </w:r>
      <w:r w:rsidRPr="00303E02">
        <w:rPr>
          <w:rFonts w:ascii="Times New Roman" w:hAnsi="Times New Roman" w:cs="Times New Roman"/>
          <w:sz w:val="28"/>
          <w:szCs w:val="28"/>
        </w:rPr>
        <w:t>ợ</w:t>
      </w:r>
      <w:r w:rsidRPr="00303E02">
        <w:rPr>
          <w:rFonts w:ascii="Times New Roman" w:hAnsi="Times New Roman" w:cs="Times New Roman"/>
          <w:sz w:val="28"/>
          <w:szCs w:val="28"/>
        </w:rPr>
        <w:t>i th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.</w:t>
      </w:r>
      <w:r w:rsidRPr="00303E02">
        <w:rPr>
          <w:rFonts w:ascii="Times New Roman" w:hAnsi="Times New Roman" w:cs="Times New Roman"/>
          <w:sz w:val="28"/>
          <w:szCs w:val="28"/>
        </w:rPr>
        <w:br/>
        <w:t xml:space="preserve">- Ưu tiên 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ng viên có kinh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m làm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 t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 xml:space="preserve">i các </w:t>
      </w:r>
      <w:r w:rsidRPr="00303E02">
        <w:rPr>
          <w:rFonts w:ascii="Times New Roman" w:hAnsi="Times New Roman" w:cs="Times New Roman"/>
          <w:sz w:val="28"/>
          <w:szCs w:val="28"/>
        </w:rPr>
        <w:t>doanh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p/khu công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p.</w:t>
      </w:r>
      <w:r w:rsidRPr="00303E02">
        <w:rPr>
          <w:rFonts w:ascii="Times New Roman" w:hAnsi="Times New Roman" w:cs="Times New Roman"/>
          <w:sz w:val="28"/>
          <w:szCs w:val="28"/>
        </w:rPr>
        <w:br/>
        <w:t>- Nhanh nh</w:t>
      </w:r>
      <w:r w:rsidRPr="00303E02">
        <w:rPr>
          <w:rFonts w:ascii="Times New Roman" w:hAnsi="Times New Roman" w:cs="Times New Roman"/>
          <w:sz w:val="28"/>
          <w:szCs w:val="28"/>
        </w:rPr>
        <w:t>ẹ</w:t>
      </w:r>
      <w:r w:rsidRPr="00303E02">
        <w:rPr>
          <w:rFonts w:ascii="Times New Roman" w:hAnsi="Times New Roman" w:cs="Times New Roman"/>
          <w:sz w:val="28"/>
          <w:szCs w:val="28"/>
        </w:rPr>
        <w:t>n, trung th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c, ch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u đư</w:t>
      </w:r>
      <w:r w:rsidRPr="00303E02">
        <w:rPr>
          <w:rFonts w:ascii="Times New Roman" w:hAnsi="Times New Roman" w:cs="Times New Roman"/>
          <w:sz w:val="28"/>
          <w:szCs w:val="28"/>
        </w:rPr>
        <w:t>ợ</w:t>
      </w:r>
      <w:r w:rsidRPr="00303E02">
        <w:rPr>
          <w:rFonts w:ascii="Times New Roman" w:hAnsi="Times New Roman" w:cs="Times New Roman"/>
          <w:sz w:val="28"/>
          <w:szCs w:val="28"/>
        </w:rPr>
        <w:t>c áp l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c công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c.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5. Quy</w:t>
      </w:r>
      <w:r w:rsidRPr="00303E02">
        <w:rPr>
          <w:rFonts w:ascii="Times New Roman" w:hAnsi="Times New Roman" w:cs="Times New Roman"/>
          <w:sz w:val="28"/>
          <w:szCs w:val="28"/>
        </w:rPr>
        <w:t>ề</w:t>
      </w:r>
      <w:r w:rsidRPr="00303E02">
        <w:rPr>
          <w:rFonts w:ascii="Times New Roman" w:hAnsi="Times New Roman" w:cs="Times New Roman"/>
          <w:sz w:val="28"/>
          <w:szCs w:val="28"/>
        </w:rPr>
        <w:t>n l</w:t>
      </w:r>
      <w:r w:rsidRPr="00303E02">
        <w:rPr>
          <w:rFonts w:ascii="Times New Roman" w:hAnsi="Times New Roman" w:cs="Times New Roman"/>
          <w:sz w:val="28"/>
          <w:szCs w:val="28"/>
        </w:rPr>
        <w:t>ợ</w:t>
      </w:r>
      <w:r w:rsidRPr="00303E02">
        <w:rPr>
          <w:rFonts w:ascii="Times New Roman" w:hAnsi="Times New Roman" w:cs="Times New Roman"/>
          <w:sz w:val="28"/>
          <w:szCs w:val="28"/>
        </w:rPr>
        <w:t>i: - M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lương: Th</w:t>
      </w:r>
      <w:r w:rsidRPr="00303E02">
        <w:rPr>
          <w:rFonts w:ascii="Times New Roman" w:hAnsi="Times New Roman" w:cs="Times New Roman"/>
          <w:sz w:val="28"/>
          <w:szCs w:val="28"/>
        </w:rPr>
        <w:t>ỏ</w:t>
      </w:r>
      <w:r w:rsidRPr="00303E02">
        <w:rPr>
          <w:rFonts w:ascii="Times New Roman" w:hAnsi="Times New Roman" w:cs="Times New Roman"/>
          <w:sz w:val="28"/>
          <w:szCs w:val="28"/>
        </w:rPr>
        <w:t>a thu</w:t>
      </w:r>
      <w:r w:rsidRPr="00303E02">
        <w:rPr>
          <w:rFonts w:ascii="Times New Roman" w:hAnsi="Times New Roman" w:cs="Times New Roman"/>
          <w:sz w:val="28"/>
          <w:szCs w:val="28"/>
        </w:rPr>
        <w:t>ậ</w:t>
      </w:r>
      <w:r w:rsidRPr="00303E02">
        <w:rPr>
          <w:rFonts w:ascii="Times New Roman" w:hAnsi="Times New Roman" w:cs="Times New Roman"/>
          <w:sz w:val="28"/>
          <w:szCs w:val="28"/>
        </w:rPr>
        <w:t>n theo năng l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c.</w:t>
      </w:r>
      <w:r w:rsidRPr="00303E02">
        <w:rPr>
          <w:rFonts w:ascii="Times New Roman" w:hAnsi="Times New Roman" w:cs="Times New Roman"/>
          <w:sz w:val="28"/>
          <w:szCs w:val="28"/>
        </w:rPr>
        <w:br/>
        <w:t>- Đư</w:t>
      </w:r>
      <w:r w:rsidRPr="00303E02">
        <w:rPr>
          <w:rFonts w:ascii="Times New Roman" w:hAnsi="Times New Roman" w:cs="Times New Roman"/>
          <w:sz w:val="28"/>
          <w:szCs w:val="28"/>
        </w:rPr>
        <w:t>ợ</w:t>
      </w:r>
      <w:r w:rsidRPr="00303E02">
        <w:rPr>
          <w:rFonts w:ascii="Times New Roman" w:hAnsi="Times New Roman" w:cs="Times New Roman"/>
          <w:sz w:val="28"/>
          <w:szCs w:val="28"/>
        </w:rPr>
        <w:t>c đóng BHXH, BHYT, BHTN theo quy 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nh.</w:t>
      </w:r>
      <w:r w:rsidRPr="00303E02">
        <w:rPr>
          <w:rFonts w:ascii="Times New Roman" w:hAnsi="Times New Roman" w:cs="Times New Roman"/>
          <w:sz w:val="28"/>
          <w:szCs w:val="28"/>
        </w:rPr>
        <w:br/>
        <w:t>- Ngh</w:t>
      </w:r>
      <w:r w:rsidRPr="00303E02">
        <w:rPr>
          <w:rFonts w:ascii="Times New Roman" w:hAnsi="Times New Roman" w:cs="Times New Roman"/>
          <w:sz w:val="28"/>
          <w:szCs w:val="28"/>
        </w:rPr>
        <w:t>ỉ</w:t>
      </w:r>
      <w:r w:rsidRPr="00303E02">
        <w:rPr>
          <w:rFonts w:ascii="Times New Roman" w:hAnsi="Times New Roman" w:cs="Times New Roman"/>
          <w:sz w:val="28"/>
          <w:szCs w:val="28"/>
        </w:rPr>
        <w:t xml:space="preserve"> l</w:t>
      </w:r>
      <w:r w:rsidRPr="00303E02">
        <w:rPr>
          <w:rFonts w:ascii="Times New Roman" w:hAnsi="Times New Roman" w:cs="Times New Roman"/>
          <w:sz w:val="28"/>
          <w:szCs w:val="28"/>
        </w:rPr>
        <w:t>ễ</w:t>
      </w:r>
      <w:r w:rsidRPr="00303E02">
        <w:rPr>
          <w:rFonts w:ascii="Times New Roman" w:hAnsi="Times New Roman" w:cs="Times New Roman"/>
          <w:sz w:val="28"/>
          <w:szCs w:val="28"/>
        </w:rPr>
        <w:t>, T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t và các ch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 xml:space="preserve"> đ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 xml:space="preserve"> khác theo quy 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nh pháp lu</w:t>
      </w:r>
      <w:r w:rsidRPr="00303E02">
        <w:rPr>
          <w:rFonts w:ascii="Times New Roman" w:hAnsi="Times New Roman" w:cs="Times New Roman"/>
          <w:sz w:val="28"/>
          <w:szCs w:val="28"/>
        </w:rPr>
        <w:t>ậ</w:t>
      </w:r>
      <w:r w:rsidRPr="00303E02">
        <w:rPr>
          <w:rFonts w:ascii="Times New Roman" w:hAnsi="Times New Roman" w:cs="Times New Roman"/>
          <w:sz w:val="28"/>
          <w:szCs w:val="28"/>
        </w:rPr>
        <w:t>t và quy ch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 xml:space="preserve"> công t</w:t>
      </w:r>
      <w:r w:rsidRPr="00303E02">
        <w:rPr>
          <w:rFonts w:ascii="Times New Roman" w:hAnsi="Times New Roman" w:cs="Times New Roman"/>
          <w:sz w:val="28"/>
          <w:szCs w:val="28"/>
        </w:rPr>
        <w:t>y.</w:t>
      </w:r>
      <w:r w:rsidRPr="00303E02">
        <w:rPr>
          <w:rFonts w:ascii="Times New Roman" w:hAnsi="Times New Roman" w:cs="Times New Roman"/>
          <w:sz w:val="28"/>
          <w:szCs w:val="28"/>
        </w:rPr>
        <w:br/>
        <w:t>- Môi trư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>ng làm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 chuyên nghi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p, thân thi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n.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6. H</w:t>
      </w:r>
      <w:r w:rsidRPr="00303E02">
        <w:rPr>
          <w:rFonts w:ascii="Times New Roman" w:hAnsi="Times New Roman" w:cs="Times New Roman"/>
          <w:sz w:val="28"/>
          <w:szCs w:val="28"/>
        </w:rPr>
        <w:t>ồ</w:t>
      </w:r>
      <w:r w:rsidRPr="00303E02">
        <w:rPr>
          <w:rFonts w:ascii="Times New Roman" w:hAnsi="Times New Roman" w:cs="Times New Roman"/>
          <w:sz w:val="28"/>
          <w:szCs w:val="28"/>
        </w:rPr>
        <w:t xml:space="preserve"> sơ 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ng tuy</w:t>
      </w:r>
      <w:r w:rsidRPr="00303E02">
        <w:rPr>
          <w:rFonts w:ascii="Times New Roman" w:hAnsi="Times New Roman" w:cs="Times New Roman"/>
          <w:sz w:val="28"/>
          <w:szCs w:val="28"/>
        </w:rPr>
        <w:t>ể</w:t>
      </w:r>
      <w:r w:rsidRPr="00303E02">
        <w:rPr>
          <w:rFonts w:ascii="Times New Roman" w:hAnsi="Times New Roman" w:cs="Times New Roman"/>
          <w:sz w:val="28"/>
          <w:szCs w:val="28"/>
        </w:rPr>
        <w:t>n g</w:t>
      </w:r>
      <w:r w:rsidRPr="00303E02">
        <w:rPr>
          <w:rFonts w:ascii="Times New Roman" w:hAnsi="Times New Roman" w:cs="Times New Roman"/>
          <w:sz w:val="28"/>
          <w:szCs w:val="28"/>
        </w:rPr>
        <w:t>ồ</w:t>
      </w:r>
      <w:r w:rsidRPr="00303E02">
        <w:rPr>
          <w:rFonts w:ascii="Times New Roman" w:hAnsi="Times New Roman" w:cs="Times New Roman"/>
          <w:sz w:val="28"/>
          <w:szCs w:val="28"/>
        </w:rPr>
        <w:t>m: - Đơn xin vi</w:t>
      </w:r>
      <w:r w:rsidRPr="00303E02">
        <w:rPr>
          <w:rFonts w:ascii="Times New Roman" w:hAnsi="Times New Roman" w:cs="Times New Roman"/>
          <w:sz w:val="28"/>
          <w:szCs w:val="28"/>
        </w:rPr>
        <w:t>ệ</w:t>
      </w:r>
      <w:r w:rsidRPr="00303E02">
        <w:rPr>
          <w:rFonts w:ascii="Times New Roman" w:hAnsi="Times New Roman" w:cs="Times New Roman"/>
          <w:sz w:val="28"/>
          <w:szCs w:val="28"/>
        </w:rPr>
        <w:t>c.</w:t>
      </w:r>
      <w:r w:rsidRPr="00303E02">
        <w:rPr>
          <w:rFonts w:ascii="Times New Roman" w:hAnsi="Times New Roman" w:cs="Times New Roman"/>
          <w:sz w:val="28"/>
          <w:szCs w:val="28"/>
        </w:rPr>
        <w:br/>
        <w:t>- Sơ y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u lý l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ch (có xác nh</w:t>
      </w:r>
      <w:r w:rsidRPr="00303E02">
        <w:rPr>
          <w:rFonts w:ascii="Times New Roman" w:hAnsi="Times New Roman" w:cs="Times New Roman"/>
          <w:sz w:val="28"/>
          <w:szCs w:val="28"/>
        </w:rPr>
        <w:t>ậ</w:t>
      </w:r>
      <w:r w:rsidRPr="00303E02">
        <w:rPr>
          <w:rFonts w:ascii="Times New Roman" w:hAnsi="Times New Roman" w:cs="Times New Roman"/>
          <w:sz w:val="28"/>
          <w:szCs w:val="28"/>
        </w:rPr>
        <w:t>n c</w:t>
      </w:r>
      <w:r w:rsidRPr="00303E02">
        <w:rPr>
          <w:rFonts w:ascii="Times New Roman" w:hAnsi="Times New Roman" w:cs="Times New Roman"/>
          <w:sz w:val="28"/>
          <w:szCs w:val="28"/>
        </w:rPr>
        <w:t>ủ</w:t>
      </w:r>
      <w:r w:rsidRPr="00303E02">
        <w:rPr>
          <w:rFonts w:ascii="Times New Roman" w:hAnsi="Times New Roman" w:cs="Times New Roman"/>
          <w:sz w:val="28"/>
          <w:szCs w:val="28"/>
        </w:rPr>
        <w:t>a 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a phương).</w:t>
      </w:r>
      <w:r w:rsidRPr="00303E02">
        <w:rPr>
          <w:rFonts w:ascii="Times New Roman" w:hAnsi="Times New Roman" w:cs="Times New Roman"/>
          <w:sz w:val="28"/>
          <w:szCs w:val="28"/>
        </w:rPr>
        <w:br/>
        <w:t>- B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n sao b</w:t>
      </w:r>
      <w:r w:rsidRPr="00303E02">
        <w:rPr>
          <w:rFonts w:ascii="Times New Roman" w:hAnsi="Times New Roman" w:cs="Times New Roman"/>
          <w:sz w:val="28"/>
          <w:szCs w:val="28"/>
        </w:rPr>
        <w:t>ằ</w:t>
      </w:r>
      <w:r w:rsidRPr="00303E02">
        <w:rPr>
          <w:rFonts w:ascii="Times New Roman" w:hAnsi="Times New Roman" w:cs="Times New Roman"/>
          <w:sz w:val="28"/>
          <w:szCs w:val="28"/>
        </w:rPr>
        <w:t>ng c</w:t>
      </w:r>
      <w:r w:rsidRPr="00303E02">
        <w:rPr>
          <w:rFonts w:ascii="Times New Roman" w:hAnsi="Times New Roman" w:cs="Times New Roman"/>
          <w:sz w:val="28"/>
          <w:szCs w:val="28"/>
        </w:rPr>
        <w:t>ấ</w:t>
      </w:r>
      <w:r w:rsidRPr="00303E02">
        <w:rPr>
          <w:rFonts w:ascii="Times New Roman" w:hAnsi="Times New Roman" w:cs="Times New Roman"/>
          <w:sz w:val="28"/>
          <w:szCs w:val="28"/>
        </w:rPr>
        <w:t>p, ch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ng ch</w:t>
      </w:r>
      <w:r w:rsidRPr="00303E02">
        <w:rPr>
          <w:rFonts w:ascii="Times New Roman" w:hAnsi="Times New Roman" w:cs="Times New Roman"/>
          <w:sz w:val="28"/>
          <w:szCs w:val="28"/>
        </w:rPr>
        <w:t>ỉ</w:t>
      </w:r>
      <w:r w:rsidRPr="00303E02">
        <w:rPr>
          <w:rFonts w:ascii="Times New Roman" w:hAnsi="Times New Roman" w:cs="Times New Roman"/>
          <w:sz w:val="28"/>
          <w:szCs w:val="28"/>
        </w:rPr>
        <w:t xml:space="preserve"> liên quan.</w:t>
      </w:r>
      <w:r w:rsidRPr="00303E02">
        <w:rPr>
          <w:rFonts w:ascii="Times New Roman" w:hAnsi="Times New Roman" w:cs="Times New Roman"/>
          <w:sz w:val="28"/>
          <w:szCs w:val="28"/>
        </w:rPr>
        <w:br/>
      </w:r>
      <w:r w:rsidRPr="00303E02">
        <w:rPr>
          <w:rFonts w:ascii="Times New Roman" w:hAnsi="Times New Roman" w:cs="Times New Roman"/>
          <w:sz w:val="28"/>
          <w:szCs w:val="28"/>
        </w:rPr>
        <w:lastRenderedPageBreak/>
        <w:t>- Gi</w:t>
      </w:r>
      <w:r w:rsidRPr="00303E02">
        <w:rPr>
          <w:rFonts w:ascii="Times New Roman" w:hAnsi="Times New Roman" w:cs="Times New Roman"/>
          <w:sz w:val="28"/>
          <w:szCs w:val="28"/>
        </w:rPr>
        <w:t>ấ</w:t>
      </w:r>
      <w:r w:rsidRPr="00303E02">
        <w:rPr>
          <w:rFonts w:ascii="Times New Roman" w:hAnsi="Times New Roman" w:cs="Times New Roman"/>
          <w:sz w:val="28"/>
          <w:szCs w:val="28"/>
        </w:rPr>
        <w:t>y khám s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kh</w:t>
      </w:r>
      <w:r w:rsidRPr="00303E02">
        <w:rPr>
          <w:rFonts w:ascii="Times New Roman" w:hAnsi="Times New Roman" w:cs="Times New Roman"/>
          <w:sz w:val="28"/>
          <w:szCs w:val="28"/>
        </w:rPr>
        <w:t>ỏ</w:t>
      </w:r>
      <w:r w:rsidRPr="00303E02">
        <w:rPr>
          <w:rFonts w:ascii="Times New Roman" w:hAnsi="Times New Roman" w:cs="Times New Roman"/>
          <w:sz w:val="28"/>
          <w:szCs w:val="28"/>
        </w:rPr>
        <w:t>e.</w:t>
      </w:r>
      <w:r w:rsidRPr="00303E02">
        <w:rPr>
          <w:rFonts w:ascii="Times New Roman" w:hAnsi="Times New Roman" w:cs="Times New Roman"/>
          <w:sz w:val="28"/>
          <w:szCs w:val="28"/>
        </w:rPr>
        <w:br/>
        <w:t>- B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n sao CMND/CCCD, h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 xml:space="preserve"> kh</w:t>
      </w:r>
      <w:r w:rsidRPr="00303E02">
        <w:rPr>
          <w:rFonts w:ascii="Times New Roman" w:hAnsi="Times New Roman" w:cs="Times New Roman"/>
          <w:sz w:val="28"/>
          <w:szCs w:val="28"/>
        </w:rPr>
        <w:t>ẩ</w:t>
      </w:r>
      <w:r w:rsidRPr="00303E02">
        <w:rPr>
          <w:rFonts w:ascii="Times New Roman" w:hAnsi="Times New Roman" w:cs="Times New Roman"/>
          <w:sz w:val="28"/>
          <w:szCs w:val="28"/>
        </w:rPr>
        <w:t>u.</w:t>
      </w:r>
      <w:r w:rsidRPr="00303E02">
        <w:rPr>
          <w:rFonts w:ascii="Times New Roman" w:hAnsi="Times New Roman" w:cs="Times New Roman"/>
          <w:sz w:val="28"/>
          <w:szCs w:val="28"/>
        </w:rPr>
        <w:br/>
        <w:t>- Các gi</w:t>
      </w:r>
      <w:r w:rsidRPr="00303E02">
        <w:rPr>
          <w:rFonts w:ascii="Times New Roman" w:hAnsi="Times New Roman" w:cs="Times New Roman"/>
          <w:sz w:val="28"/>
          <w:szCs w:val="28"/>
        </w:rPr>
        <w:t>ấ</w:t>
      </w:r>
      <w:r w:rsidRPr="00303E02">
        <w:rPr>
          <w:rFonts w:ascii="Times New Roman" w:hAnsi="Times New Roman" w:cs="Times New Roman"/>
          <w:sz w:val="28"/>
          <w:szCs w:val="28"/>
        </w:rPr>
        <w:t>y t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 xml:space="preserve"> khác n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u c</w:t>
      </w:r>
      <w:r w:rsidRPr="00303E02">
        <w:rPr>
          <w:rFonts w:ascii="Times New Roman" w:hAnsi="Times New Roman" w:cs="Times New Roman"/>
          <w:sz w:val="28"/>
          <w:szCs w:val="28"/>
        </w:rPr>
        <w:t>ó.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7. Hình th</w:t>
      </w:r>
      <w:r w:rsidRPr="00303E02">
        <w:rPr>
          <w:rFonts w:ascii="Times New Roman" w:hAnsi="Times New Roman" w:cs="Times New Roman"/>
          <w:sz w:val="28"/>
          <w:szCs w:val="28"/>
        </w:rPr>
        <w:t>ứ</w:t>
      </w:r>
      <w:r w:rsidRPr="00303E02">
        <w:rPr>
          <w:rFonts w:ascii="Times New Roman" w:hAnsi="Times New Roman" w:cs="Times New Roman"/>
          <w:sz w:val="28"/>
          <w:szCs w:val="28"/>
        </w:rPr>
        <w:t>c n</w:t>
      </w:r>
      <w:r w:rsidRPr="00303E02">
        <w:rPr>
          <w:rFonts w:ascii="Times New Roman" w:hAnsi="Times New Roman" w:cs="Times New Roman"/>
          <w:sz w:val="28"/>
          <w:szCs w:val="28"/>
        </w:rPr>
        <w:t>ộ</w:t>
      </w:r>
      <w:r w:rsidRPr="00303E02">
        <w:rPr>
          <w:rFonts w:ascii="Times New Roman" w:hAnsi="Times New Roman" w:cs="Times New Roman"/>
          <w:sz w:val="28"/>
          <w:szCs w:val="28"/>
        </w:rPr>
        <w:t>p h</w:t>
      </w:r>
      <w:r w:rsidRPr="00303E02">
        <w:rPr>
          <w:rFonts w:ascii="Times New Roman" w:hAnsi="Times New Roman" w:cs="Times New Roman"/>
          <w:sz w:val="28"/>
          <w:szCs w:val="28"/>
        </w:rPr>
        <w:t>ồ</w:t>
      </w:r>
      <w:r w:rsidRPr="00303E02">
        <w:rPr>
          <w:rFonts w:ascii="Times New Roman" w:hAnsi="Times New Roman" w:cs="Times New Roman"/>
          <w:sz w:val="28"/>
          <w:szCs w:val="28"/>
        </w:rPr>
        <w:t xml:space="preserve"> sơ: - Tr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c ti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p t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i: Phòng Hành chính – Nhân s</w:t>
      </w:r>
      <w:r w:rsidRPr="00303E02">
        <w:rPr>
          <w:rFonts w:ascii="Times New Roman" w:hAnsi="Times New Roman" w:cs="Times New Roman"/>
          <w:sz w:val="28"/>
          <w:szCs w:val="28"/>
        </w:rPr>
        <w:t>ự</w:t>
      </w:r>
      <w:r w:rsidRPr="00303E02">
        <w:rPr>
          <w:rFonts w:ascii="Times New Roman" w:hAnsi="Times New Roman" w:cs="Times New Roman"/>
          <w:sz w:val="28"/>
          <w:szCs w:val="28"/>
        </w:rPr>
        <w:t>, Công ty CP XYZ, [đ</w:t>
      </w:r>
      <w:r w:rsidRPr="00303E02">
        <w:rPr>
          <w:rFonts w:ascii="Times New Roman" w:hAnsi="Times New Roman" w:cs="Times New Roman"/>
          <w:sz w:val="28"/>
          <w:szCs w:val="28"/>
        </w:rPr>
        <w:t>ị</w:t>
      </w:r>
      <w:r w:rsidRPr="00303E02">
        <w:rPr>
          <w:rFonts w:ascii="Times New Roman" w:hAnsi="Times New Roman" w:cs="Times New Roman"/>
          <w:sz w:val="28"/>
          <w:szCs w:val="28"/>
        </w:rPr>
        <w:t>a ch</w:t>
      </w:r>
      <w:r w:rsidRPr="00303E02">
        <w:rPr>
          <w:rFonts w:ascii="Times New Roman" w:hAnsi="Times New Roman" w:cs="Times New Roman"/>
          <w:sz w:val="28"/>
          <w:szCs w:val="28"/>
        </w:rPr>
        <w:t>ỉ</w:t>
      </w:r>
      <w:r w:rsidRPr="00303E02">
        <w:rPr>
          <w:rFonts w:ascii="Times New Roman" w:hAnsi="Times New Roman" w:cs="Times New Roman"/>
          <w:sz w:val="28"/>
          <w:szCs w:val="28"/>
        </w:rPr>
        <w:t>].</w:t>
      </w:r>
      <w:r w:rsidRPr="00303E02">
        <w:rPr>
          <w:rFonts w:ascii="Times New Roman" w:hAnsi="Times New Roman" w:cs="Times New Roman"/>
          <w:sz w:val="28"/>
          <w:szCs w:val="28"/>
        </w:rPr>
        <w:br/>
        <w:t>- Ho</w:t>
      </w:r>
      <w:r w:rsidRPr="00303E02">
        <w:rPr>
          <w:rFonts w:ascii="Times New Roman" w:hAnsi="Times New Roman" w:cs="Times New Roman"/>
          <w:sz w:val="28"/>
          <w:szCs w:val="28"/>
        </w:rPr>
        <w:t>ặ</w:t>
      </w:r>
      <w:r w:rsidRPr="00303E02">
        <w:rPr>
          <w:rFonts w:ascii="Times New Roman" w:hAnsi="Times New Roman" w:cs="Times New Roman"/>
          <w:sz w:val="28"/>
          <w:szCs w:val="28"/>
        </w:rPr>
        <w:t>c g</w:t>
      </w:r>
      <w:r w:rsidRPr="00303E02">
        <w:rPr>
          <w:rFonts w:ascii="Times New Roman" w:hAnsi="Times New Roman" w:cs="Times New Roman"/>
          <w:sz w:val="28"/>
          <w:szCs w:val="28"/>
        </w:rPr>
        <w:t>ử</w:t>
      </w:r>
      <w:r w:rsidRPr="00303E02">
        <w:rPr>
          <w:rFonts w:ascii="Times New Roman" w:hAnsi="Times New Roman" w:cs="Times New Roman"/>
          <w:sz w:val="28"/>
          <w:szCs w:val="28"/>
        </w:rPr>
        <w:t>i qua email: tuyendung@xyz.com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t>Th</w:t>
      </w:r>
      <w:r w:rsidRPr="00303E02">
        <w:rPr>
          <w:rFonts w:ascii="Times New Roman" w:hAnsi="Times New Roman" w:cs="Times New Roman"/>
          <w:sz w:val="28"/>
          <w:szCs w:val="28"/>
        </w:rPr>
        <w:t>ờ</w:t>
      </w:r>
      <w:r w:rsidRPr="00303E02">
        <w:rPr>
          <w:rFonts w:ascii="Times New Roman" w:hAnsi="Times New Roman" w:cs="Times New Roman"/>
          <w:sz w:val="28"/>
          <w:szCs w:val="28"/>
        </w:rPr>
        <w:t>i h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n nh</w:t>
      </w:r>
      <w:r w:rsidRPr="00303E02">
        <w:rPr>
          <w:rFonts w:ascii="Times New Roman" w:hAnsi="Times New Roman" w:cs="Times New Roman"/>
          <w:sz w:val="28"/>
          <w:szCs w:val="28"/>
        </w:rPr>
        <w:t>ậ</w:t>
      </w:r>
      <w:r w:rsidRPr="00303E02">
        <w:rPr>
          <w:rFonts w:ascii="Times New Roman" w:hAnsi="Times New Roman" w:cs="Times New Roman"/>
          <w:sz w:val="28"/>
          <w:szCs w:val="28"/>
        </w:rPr>
        <w:t>n h</w:t>
      </w:r>
      <w:r w:rsidRPr="00303E02">
        <w:rPr>
          <w:rFonts w:ascii="Times New Roman" w:hAnsi="Times New Roman" w:cs="Times New Roman"/>
          <w:sz w:val="28"/>
          <w:szCs w:val="28"/>
        </w:rPr>
        <w:t>ồ</w:t>
      </w:r>
      <w:r w:rsidRPr="00303E02">
        <w:rPr>
          <w:rFonts w:ascii="Times New Roman" w:hAnsi="Times New Roman" w:cs="Times New Roman"/>
          <w:sz w:val="28"/>
          <w:szCs w:val="28"/>
        </w:rPr>
        <w:t xml:space="preserve"> sơ: T</w:t>
      </w:r>
      <w:r w:rsidRPr="00303E02">
        <w:rPr>
          <w:rFonts w:ascii="Times New Roman" w:hAnsi="Times New Roman" w:cs="Times New Roman"/>
          <w:sz w:val="28"/>
          <w:szCs w:val="28"/>
        </w:rPr>
        <w:t>ừ</w:t>
      </w:r>
      <w:r w:rsidRPr="00303E02">
        <w:rPr>
          <w:rFonts w:ascii="Times New Roman" w:hAnsi="Times New Roman" w:cs="Times New Roman"/>
          <w:sz w:val="28"/>
          <w:szCs w:val="28"/>
        </w:rPr>
        <w:t xml:space="preserve"> ngày 12/6/2025 đ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n h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t ngày 30/6/2025.</w:t>
      </w:r>
    </w:p>
    <w:p w:rsidR="007E5E59" w:rsidRPr="00303E02" w:rsidRDefault="00303E02">
      <w:pPr>
        <w:rPr>
          <w:rFonts w:ascii="Times New Roman" w:hAnsi="Times New Roman" w:cs="Times New Roman"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br/>
        <w:t>Trân tr</w:t>
      </w:r>
      <w:r w:rsidRPr="00303E02">
        <w:rPr>
          <w:rFonts w:ascii="Times New Roman" w:hAnsi="Times New Roman" w:cs="Times New Roman"/>
          <w:sz w:val="28"/>
          <w:szCs w:val="28"/>
        </w:rPr>
        <w:t>ọ</w:t>
      </w:r>
      <w:r w:rsidRPr="00303E02">
        <w:rPr>
          <w:rFonts w:ascii="Times New Roman" w:hAnsi="Times New Roman" w:cs="Times New Roman"/>
          <w:sz w:val="28"/>
          <w:szCs w:val="28"/>
        </w:rPr>
        <w:t>ng thông báo./.</w:t>
      </w:r>
    </w:p>
    <w:p w:rsidR="007E5E59" w:rsidRPr="00303E02" w:rsidRDefault="00303E02">
      <w:pPr>
        <w:rPr>
          <w:rFonts w:ascii="Times New Roman" w:hAnsi="Times New Roman" w:cs="Times New Roman"/>
          <w:b/>
          <w:sz w:val="28"/>
          <w:szCs w:val="28"/>
        </w:rPr>
      </w:pPr>
      <w:r w:rsidRPr="00303E02">
        <w:rPr>
          <w:rFonts w:ascii="Times New Roman" w:hAnsi="Times New Roman" w:cs="Times New Roman"/>
          <w:sz w:val="28"/>
          <w:szCs w:val="28"/>
        </w:rPr>
        <w:br/>
        <w:t>Nơi nh</w:t>
      </w:r>
      <w:r w:rsidRPr="00303E02">
        <w:rPr>
          <w:rFonts w:ascii="Times New Roman" w:hAnsi="Times New Roman" w:cs="Times New Roman"/>
          <w:sz w:val="28"/>
          <w:szCs w:val="28"/>
        </w:rPr>
        <w:t>ậ</w:t>
      </w:r>
      <w:r w:rsidRPr="00303E02">
        <w:rPr>
          <w:rFonts w:ascii="Times New Roman" w:hAnsi="Times New Roman" w:cs="Times New Roman"/>
          <w:sz w:val="28"/>
          <w:szCs w:val="28"/>
        </w:rPr>
        <w:t>n:</w:t>
      </w:r>
      <w:r w:rsidRPr="00303E02">
        <w:rPr>
          <w:rFonts w:ascii="Times New Roman" w:hAnsi="Times New Roman" w:cs="Times New Roman"/>
          <w:sz w:val="28"/>
          <w:szCs w:val="28"/>
        </w:rPr>
        <w:br/>
        <w:t>- Website công ty</w:t>
      </w:r>
      <w:r w:rsidRPr="00303E02">
        <w:rPr>
          <w:rFonts w:ascii="Times New Roman" w:hAnsi="Times New Roman" w:cs="Times New Roman"/>
          <w:sz w:val="28"/>
          <w:szCs w:val="28"/>
        </w:rPr>
        <w:br/>
      </w:r>
      <w:r w:rsidRPr="00303E02">
        <w:rPr>
          <w:rFonts w:ascii="Times New Roman" w:hAnsi="Times New Roman" w:cs="Times New Roman"/>
          <w:sz w:val="28"/>
          <w:szCs w:val="28"/>
        </w:rPr>
        <w:t>- Niêm y</w:t>
      </w:r>
      <w:r w:rsidRPr="00303E02">
        <w:rPr>
          <w:rFonts w:ascii="Times New Roman" w:hAnsi="Times New Roman" w:cs="Times New Roman"/>
          <w:sz w:val="28"/>
          <w:szCs w:val="28"/>
        </w:rPr>
        <w:t>ế</w:t>
      </w:r>
      <w:r w:rsidRPr="00303E02">
        <w:rPr>
          <w:rFonts w:ascii="Times New Roman" w:hAnsi="Times New Roman" w:cs="Times New Roman"/>
          <w:sz w:val="28"/>
          <w:szCs w:val="28"/>
        </w:rPr>
        <w:t>t t</w:t>
      </w:r>
      <w:r w:rsidRPr="00303E02">
        <w:rPr>
          <w:rFonts w:ascii="Times New Roman" w:hAnsi="Times New Roman" w:cs="Times New Roman"/>
          <w:sz w:val="28"/>
          <w:szCs w:val="28"/>
        </w:rPr>
        <w:t>ạ</w:t>
      </w:r>
      <w:r w:rsidRPr="00303E02">
        <w:rPr>
          <w:rFonts w:ascii="Times New Roman" w:hAnsi="Times New Roman" w:cs="Times New Roman"/>
          <w:sz w:val="28"/>
          <w:szCs w:val="28"/>
        </w:rPr>
        <w:t>i b</w:t>
      </w:r>
      <w:r w:rsidRPr="00303E02">
        <w:rPr>
          <w:rFonts w:ascii="Times New Roman" w:hAnsi="Times New Roman" w:cs="Times New Roman"/>
          <w:sz w:val="28"/>
          <w:szCs w:val="28"/>
        </w:rPr>
        <w:t>ả</w:t>
      </w:r>
      <w:r w:rsidRPr="00303E02">
        <w:rPr>
          <w:rFonts w:ascii="Times New Roman" w:hAnsi="Times New Roman" w:cs="Times New Roman"/>
          <w:sz w:val="28"/>
          <w:szCs w:val="28"/>
        </w:rPr>
        <w:t>ng thông báo</w:t>
      </w:r>
      <w:r w:rsidRPr="00303E02">
        <w:rPr>
          <w:rFonts w:ascii="Times New Roman" w:hAnsi="Times New Roman" w:cs="Times New Roman"/>
          <w:sz w:val="28"/>
          <w:szCs w:val="28"/>
        </w:rPr>
        <w:br/>
        <w:t>- Lưu VP</w:t>
      </w:r>
    </w:p>
    <w:p w:rsidR="007E5E59" w:rsidRPr="00303E02" w:rsidRDefault="00303E0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E02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303E02">
        <w:rPr>
          <w:rFonts w:ascii="Times New Roman" w:hAnsi="Times New Roman" w:cs="Times New Roman"/>
          <w:b/>
          <w:sz w:val="28"/>
          <w:szCs w:val="28"/>
        </w:rPr>
        <w:t>Ạ</w:t>
      </w:r>
      <w:r w:rsidRPr="00303E02">
        <w:rPr>
          <w:rFonts w:ascii="Times New Roman" w:hAnsi="Times New Roman" w:cs="Times New Roman"/>
          <w:b/>
          <w:sz w:val="28"/>
          <w:szCs w:val="28"/>
        </w:rPr>
        <w:t>I DI</w:t>
      </w:r>
      <w:r w:rsidRPr="00303E02">
        <w:rPr>
          <w:rFonts w:ascii="Times New Roman" w:hAnsi="Times New Roman" w:cs="Times New Roman"/>
          <w:b/>
          <w:sz w:val="28"/>
          <w:szCs w:val="28"/>
        </w:rPr>
        <w:t>Ệ</w:t>
      </w:r>
      <w:r w:rsidRPr="00303E02">
        <w:rPr>
          <w:rFonts w:ascii="Times New Roman" w:hAnsi="Times New Roman" w:cs="Times New Roman"/>
          <w:b/>
          <w:sz w:val="28"/>
          <w:szCs w:val="28"/>
        </w:rPr>
        <w:t>N CÔNG TY</w:t>
      </w:r>
    </w:p>
    <w:p w:rsidR="007E5E59" w:rsidRPr="00303E02" w:rsidRDefault="00303E0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E02">
        <w:rPr>
          <w:rFonts w:ascii="Times New Roman" w:hAnsi="Times New Roman" w:cs="Times New Roman"/>
          <w:b/>
          <w:sz w:val="28"/>
          <w:szCs w:val="28"/>
        </w:rPr>
        <w:t>(Ký tên, đóng d</w:t>
      </w:r>
      <w:r w:rsidRPr="00303E02">
        <w:rPr>
          <w:rFonts w:ascii="Times New Roman" w:hAnsi="Times New Roman" w:cs="Times New Roman"/>
          <w:b/>
          <w:sz w:val="28"/>
          <w:szCs w:val="28"/>
        </w:rPr>
        <w:t>ấ</w:t>
      </w:r>
      <w:r w:rsidRPr="00303E02">
        <w:rPr>
          <w:rFonts w:ascii="Times New Roman" w:hAnsi="Times New Roman" w:cs="Times New Roman"/>
          <w:b/>
          <w:sz w:val="28"/>
          <w:szCs w:val="28"/>
        </w:rPr>
        <w:t>u)</w:t>
      </w:r>
    </w:p>
    <w:p w:rsidR="007E5E59" w:rsidRPr="00303E02" w:rsidRDefault="00303E02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03E02">
        <w:rPr>
          <w:rFonts w:ascii="Times New Roman" w:hAnsi="Times New Roman" w:cs="Times New Roman"/>
          <w:b/>
          <w:sz w:val="28"/>
          <w:szCs w:val="28"/>
        </w:rPr>
        <w:t>Nguy</w:t>
      </w:r>
      <w:r w:rsidRPr="00303E02">
        <w:rPr>
          <w:rFonts w:ascii="Times New Roman" w:hAnsi="Times New Roman" w:cs="Times New Roman"/>
          <w:b/>
          <w:sz w:val="28"/>
          <w:szCs w:val="28"/>
        </w:rPr>
        <w:t>ễ</w:t>
      </w:r>
      <w:r w:rsidRPr="00303E02">
        <w:rPr>
          <w:rFonts w:ascii="Times New Roman" w:hAnsi="Times New Roman" w:cs="Times New Roman"/>
          <w:b/>
          <w:sz w:val="28"/>
          <w:szCs w:val="28"/>
        </w:rPr>
        <w:t>n Văn A</w:t>
      </w:r>
      <w:r w:rsidRPr="00303E02">
        <w:rPr>
          <w:rFonts w:ascii="Times New Roman" w:hAnsi="Times New Roman" w:cs="Times New Roman"/>
          <w:b/>
          <w:sz w:val="28"/>
          <w:szCs w:val="28"/>
        </w:rPr>
        <w:br/>
        <w:t>Giám đ</w:t>
      </w:r>
      <w:r w:rsidRPr="00303E02">
        <w:rPr>
          <w:rFonts w:ascii="Times New Roman" w:hAnsi="Times New Roman" w:cs="Times New Roman"/>
          <w:b/>
          <w:sz w:val="28"/>
          <w:szCs w:val="28"/>
        </w:rPr>
        <w:t>ố</w:t>
      </w:r>
      <w:r w:rsidRPr="00303E02">
        <w:rPr>
          <w:rFonts w:ascii="Times New Roman" w:hAnsi="Times New Roman" w:cs="Times New Roman"/>
          <w:b/>
          <w:sz w:val="28"/>
          <w:szCs w:val="28"/>
        </w:rPr>
        <w:t>c</w:t>
      </w:r>
    </w:p>
    <w:sectPr w:rsidR="007E5E59" w:rsidRPr="00303E0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03E02"/>
    <w:rsid w:val="00326F90"/>
    <w:rsid w:val="007E5E5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03148E8-148D-4DC7-9FB2-F6400630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136665-71CC-46F5-8A27-AF361F21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2025-06-12T02:09:00Z</dcterms:created>
  <dcterms:modified xsi:type="dcterms:W3CDTF">2025-06-12T02:09:00Z</dcterms:modified>
  <cp:category/>
</cp:coreProperties>
</file>