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486" w:rsidRPr="007C3154" w:rsidRDefault="007878B9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7C3154">
        <w:rPr>
          <w:rFonts w:ascii="Times New Roman" w:hAnsi="Times New Roman" w:cs="Times New Roman"/>
          <w:color w:val="000000" w:themeColor="text1"/>
        </w:rPr>
        <w:t>THÔNG BÁO TUY</w:t>
      </w:r>
      <w:r w:rsidRPr="007C3154">
        <w:rPr>
          <w:rFonts w:ascii="Times New Roman" w:hAnsi="Times New Roman" w:cs="Times New Roman"/>
          <w:color w:val="000000" w:themeColor="text1"/>
        </w:rPr>
        <w:t>Ể</w:t>
      </w:r>
      <w:r w:rsidRPr="007C3154">
        <w:rPr>
          <w:rFonts w:ascii="Times New Roman" w:hAnsi="Times New Roman" w:cs="Times New Roman"/>
          <w:color w:val="000000" w:themeColor="text1"/>
        </w:rPr>
        <w:t>N D</w:t>
      </w:r>
      <w:r w:rsidRPr="007C3154">
        <w:rPr>
          <w:rFonts w:ascii="Times New Roman" w:hAnsi="Times New Roman" w:cs="Times New Roman"/>
          <w:color w:val="000000" w:themeColor="text1"/>
        </w:rPr>
        <w:t>Ụ</w:t>
      </w:r>
      <w:r w:rsidRPr="007C3154">
        <w:rPr>
          <w:rFonts w:ascii="Times New Roman" w:hAnsi="Times New Roman" w:cs="Times New Roman"/>
          <w:color w:val="000000" w:themeColor="text1"/>
        </w:rPr>
        <w:t>NG</w:t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trí: Thư ký công ty</w:t>
      </w:r>
    </w:p>
    <w:bookmarkEnd w:id="0"/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m làm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c: [Đ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văn phòng]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sơ: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ngày [dd/mm/yyyy]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1. Gi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thi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u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ty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[Tên công ty] là doanh nghi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ho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trong lĩnh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[ngành ngh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chính],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ngũ nhân s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chuyên nghi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và môi trư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làm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năng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ng. Nh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đáp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nhu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u phát tri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n, chúng tôi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d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 Thư ký công ty như sau: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2.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 tuy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d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danh: Thư ký công ty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ng: 01 ngư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gian làm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c: Gi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hành chính (Th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–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6)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3. Mô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Giám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trong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s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x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ch làm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c,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ch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So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o, trình ký, lưu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văn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n, tài li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u hành chính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Là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u m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liên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, ph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công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gi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các phòng ban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p, s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, ghi biên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các công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hành chính khác theo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o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lãnh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4. Yêu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viên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nghi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Cao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ẳ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ng/Đ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chuyên ngành Hành chính, Lu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t, Qu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văn phòng…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Có kinh nghi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trí thư ký,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lý ho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hành chính là m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Thành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o tin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văn phòng (Word, Excel, Outlook...)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Giao ti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t,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n, nhanh nh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ẹ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và có tinh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trách nhi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Ưu tiên 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,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 – 35</w:t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5. Quy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lương: [Ghi rõ m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lương ho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"th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n"]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Tham gia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BHXH, BHYT, BHTN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Thư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,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t, lương tháng 13 và các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phúc l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khác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Làm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trong môi trư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chuyên nghi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p, có cơ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phát tri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thân</w:t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6.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tuy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g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CV cá nhân (ti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ho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Anh)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Đơn xin vi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-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sao b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p,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quan</w:t>
      </w:r>
    </w:p>
    <w:p w:rsidR="00131486" w:rsidRPr="007C3154" w:rsidRDefault="007878B9">
      <w:pPr>
        <w:pStyle w:val="ListBulle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nh 3x4 (n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có)</w:t>
      </w:r>
    </w:p>
    <w:p w:rsidR="00131486" w:rsidRPr="007C3154" w:rsidRDefault="007878B9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7. Cách 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qua email: [Email tuy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d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công ty]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📬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n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i: [Đ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ty]</w:t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📞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: [Tên + SĐT ngư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i ph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trách tuy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d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ng]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Segoe UI Symbol" w:hAnsi="Segoe UI Symbol" w:cs="Segoe UI Symbol"/>
          <w:color w:val="000000" w:themeColor="text1"/>
          <w:sz w:val="28"/>
          <w:szCs w:val="28"/>
        </w:rPr>
        <w:t>✅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Chúng tôi mong mu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đư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p tác cùng nh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viên nhi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 huy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t, có tinh 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th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trách nhi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m và đ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nh hư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 phát tri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 lâu dài.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131486" w:rsidRPr="007C3154" w:rsidRDefault="007878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7C3154">
        <w:rPr>
          <w:rFonts w:ascii="Times New Roman" w:hAnsi="Times New Roman" w:cs="Times New Roman"/>
          <w:color w:val="000000" w:themeColor="text1"/>
          <w:sz w:val="28"/>
          <w:szCs w:val="28"/>
        </w:rPr>
        <w:t>ng!</w:t>
      </w:r>
    </w:p>
    <w:sectPr w:rsidR="00131486" w:rsidRPr="007C31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1486"/>
    <w:rsid w:val="0015074B"/>
    <w:rsid w:val="0029639D"/>
    <w:rsid w:val="00326F90"/>
    <w:rsid w:val="007878B9"/>
    <w:rsid w:val="007C31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B415973-BE79-43D0-8B9F-5BD8BF02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53155D-EC59-45C6-8CFD-8A064EDC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THÔNG BÁO TUYỂN DỤNG</vt:lpstr>
      <vt:lpstr>    Vị trí: Thư ký công ty</vt:lpstr>
      <vt:lpstr>    1. Giới thiệu về công ty</vt:lpstr>
      <vt:lpstr>    2. Vị trí tuyển dụng</vt:lpstr>
      <vt:lpstr>    3. Mô tả công việc</vt:lpstr>
      <vt:lpstr>    4. Yêu cầu ứng viên</vt:lpstr>
      <vt:lpstr>    5. Quyền lợi</vt:lpstr>
      <vt:lpstr>    6. Hồ sơ ứng tuyển gồm</vt:lpstr>
      <vt:lpstr>    7. Cách thức nộp hồ sơ</vt:lpstr>
    </vt:vector>
  </TitlesOfParts>
  <Manager/>
  <Company/>
  <LinksUpToDate>false</LinksUpToDate>
  <CharactersWithSpaces>1847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2025-06-10T04:20:00Z</dcterms:created>
  <dcterms:modified xsi:type="dcterms:W3CDTF">2025-06-10T04:20:00Z</dcterms:modified>
  <cp:category/>
</cp:coreProperties>
</file>