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266" w:rsidRPr="0061614D" w:rsidRDefault="006161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14D">
        <w:rPr>
          <w:rFonts w:ascii="Times New Roman" w:hAnsi="Times New Roman" w:cs="Times New Roman"/>
          <w:b/>
          <w:sz w:val="28"/>
          <w:szCs w:val="28"/>
        </w:rPr>
        <w:t>C</w:t>
      </w:r>
      <w:r w:rsidRPr="0061614D">
        <w:rPr>
          <w:rFonts w:ascii="Times New Roman" w:hAnsi="Times New Roman" w:cs="Times New Roman"/>
          <w:b/>
          <w:sz w:val="28"/>
          <w:szCs w:val="28"/>
        </w:rPr>
        <w:t>Ộ</w:t>
      </w:r>
      <w:r w:rsidRPr="0061614D">
        <w:rPr>
          <w:rFonts w:ascii="Times New Roman" w:hAnsi="Times New Roman" w:cs="Times New Roman"/>
          <w:b/>
          <w:sz w:val="28"/>
          <w:szCs w:val="28"/>
        </w:rPr>
        <w:t>NG HÒA XÃ H</w:t>
      </w:r>
      <w:r w:rsidRPr="0061614D">
        <w:rPr>
          <w:rFonts w:ascii="Times New Roman" w:hAnsi="Times New Roman" w:cs="Times New Roman"/>
          <w:b/>
          <w:sz w:val="28"/>
          <w:szCs w:val="28"/>
        </w:rPr>
        <w:t>Ộ</w:t>
      </w:r>
      <w:r w:rsidRPr="0061614D">
        <w:rPr>
          <w:rFonts w:ascii="Times New Roman" w:hAnsi="Times New Roman" w:cs="Times New Roman"/>
          <w:b/>
          <w:sz w:val="28"/>
          <w:szCs w:val="28"/>
        </w:rPr>
        <w:t>I CH</w:t>
      </w:r>
      <w:r w:rsidRPr="0061614D">
        <w:rPr>
          <w:rFonts w:ascii="Times New Roman" w:hAnsi="Times New Roman" w:cs="Times New Roman"/>
          <w:b/>
          <w:sz w:val="28"/>
          <w:szCs w:val="28"/>
        </w:rPr>
        <w:t>Ủ</w:t>
      </w:r>
      <w:r w:rsidRPr="0061614D">
        <w:rPr>
          <w:rFonts w:ascii="Times New Roman" w:hAnsi="Times New Roman" w:cs="Times New Roman"/>
          <w:b/>
          <w:sz w:val="28"/>
          <w:szCs w:val="28"/>
        </w:rPr>
        <w:t xml:space="preserve"> NGHĨA VI</w:t>
      </w:r>
      <w:r w:rsidRPr="0061614D">
        <w:rPr>
          <w:rFonts w:ascii="Times New Roman" w:hAnsi="Times New Roman" w:cs="Times New Roman"/>
          <w:b/>
          <w:sz w:val="28"/>
          <w:szCs w:val="28"/>
        </w:rPr>
        <w:t>Ệ</w:t>
      </w:r>
      <w:r w:rsidRPr="0061614D">
        <w:rPr>
          <w:rFonts w:ascii="Times New Roman" w:hAnsi="Times New Roman" w:cs="Times New Roman"/>
          <w:b/>
          <w:sz w:val="28"/>
          <w:szCs w:val="28"/>
        </w:rPr>
        <w:t>T NAM</w:t>
      </w:r>
      <w:r w:rsidRPr="0061614D">
        <w:rPr>
          <w:rFonts w:ascii="Times New Roman" w:hAnsi="Times New Roman" w:cs="Times New Roman"/>
          <w:b/>
          <w:sz w:val="28"/>
          <w:szCs w:val="28"/>
        </w:rPr>
        <w:br/>
        <w:t>Đ</w:t>
      </w:r>
      <w:r w:rsidRPr="0061614D">
        <w:rPr>
          <w:rFonts w:ascii="Times New Roman" w:hAnsi="Times New Roman" w:cs="Times New Roman"/>
          <w:b/>
          <w:sz w:val="28"/>
          <w:szCs w:val="28"/>
        </w:rPr>
        <w:t>ộ</w:t>
      </w:r>
      <w:r w:rsidRPr="0061614D">
        <w:rPr>
          <w:rFonts w:ascii="Times New Roman" w:hAnsi="Times New Roman" w:cs="Times New Roman"/>
          <w:b/>
          <w:sz w:val="28"/>
          <w:szCs w:val="28"/>
        </w:rPr>
        <w:t>c l</w:t>
      </w:r>
      <w:r w:rsidRPr="0061614D">
        <w:rPr>
          <w:rFonts w:ascii="Times New Roman" w:hAnsi="Times New Roman" w:cs="Times New Roman"/>
          <w:b/>
          <w:sz w:val="28"/>
          <w:szCs w:val="28"/>
        </w:rPr>
        <w:t>ậ</w:t>
      </w:r>
      <w:r w:rsidRPr="0061614D">
        <w:rPr>
          <w:rFonts w:ascii="Times New Roman" w:hAnsi="Times New Roman" w:cs="Times New Roman"/>
          <w:b/>
          <w:sz w:val="28"/>
          <w:szCs w:val="28"/>
        </w:rPr>
        <w:t>p – T</w:t>
      </w:r>
      <w:r w:rsidRPr="0061614D">
        <w:rPr>
          <w:rFonts w:ascii="Times New Roman" w:hAnsi="Times New Roman" w:cs="Times New Roman"/>
          <w:b/>
          <w:sz w:val="28"/>
          <w:szCs w:val="28"/>
        </w:rPr>
        <w:t>ự</w:t>
      </w:r>
      <w:r w:rsidRPr="0061614D">
        <w:rPr>
          <w:rFonts w:ascii="Times New Roman" w:hAnsi="Times New Roman" w:cs="Times New Roman"/>
          <w:b/>
          <w:sz w:val="28"/>
          <w:szCs w:val="28"/>
        </w:rPr>
        <w:t xml:space="preserve"> do – H</w:t>
      </w:r>
      <w:r w:rsidRPr="0061614D">
        <w:rPr>
          <w:rFonts w:ascii="Times New Roman" w:hAnsi="Times New Roman" w:cs="Times New Roman"/>
          <w:b/>
          <w:sz w:val="28"/>
          <w:szCs w:val="28"/>
        </w:rPr>
        <w:t>ạ</w:t>
      </w:r>
      <w:r w:rsidRPr="0061614D">
        <w:rPr>
          <w:rFonts w:ascii="Times New Roman" w:hAnsi="Times New Roman" w:cs="Times New Roman"/>
          <w:b/>
          <w:sz w:val="28"/>
          <w:szCs w:val="28"/>
        </w:rPr>
        <w:t>nh phúc</w:t>
      </w:r>
    </w:p>
    <w:p w:rsidR="00216266" w:rsidRPr="0061614D" w:rsidRDefault="0061614D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61614D">
        <w:rPr>
          <w:rFonts w:ascii="Times New Roman" w:hAnsi="Times New Roman" w:cs="Times New Roman"/>
          <w:i/>
          <w:sz w:val="28"/>
          <w:szCs w:val="28"/>
        </w:rPr>
        <w:t>…, ngày … tháng … năm 20…</w:t>
      </w:r>
    </w:p>
    <w:p w:rsidR="00216266" w:rsidRPr="0061614D" w:rsidRDefault="006161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14D">
        <w:rPr>
          <w:rFonts w:ascii="Times New Roman" w:hAnsi="Times New Roman" w:cs="Times New Roman"/>
          <w:b/>
          <w:sz w:val="28"/>
          <w:szCs w:val="28"/>
        </w:rPr>
        <w:t>QUY</w:t>
      </w:r>
      <w:r w:rsidRPr="0061614D">
        <w:rPr>
          <w:rFonts w:ascii="Times New Roman" w:hAnsi="Times New Roman" w:cs="Times New Roman"/>
          <w:b/>
          <w:sz w:val="28"/>
          <w:szCs w:val="28"/>
        </w:rPr>
        <w:t>Ế</w:t>
      </w:r>
      <w:r w:rsidRPr="0061614D">
        <w:rPr>
          <w:rFonts w:ascii="Times New Roman" w:hAnsi="Times New Roman" w:cs="Times New Roman"/>
          <w:b/>
          <w:sz w:val="28"/>
          <w:szCs w:val="28"/>
        </w:rPr>
        <w:t>T Đ</w:t>
      </w:r>
      <w:r w:rsidRPr="0061614D">
        <w:rPr>
          <w:rFonts w:ascii="Times New Roman" w:hAnsi="Times New Roman" w:cs="Times New Roman"/>
          <w:b/>
          <w:sz w:val="28"/>
          <w:szCs w:val="28"/>
        </w:rPr>
        <w:t>Ị</w:t>
      </w:r>
      <w:r w:rsidRPr="0061614D">
        <w:rPr>
          <w:rFonts w:ascii="Times New Roman" w:hAnsi="Times New Roman" w:cs="Times New Roman"/>
          <w:b/>
          <w:sz w:val="28"/>
          <w:szCs w:val="28"/>
        </w:rPr>
        <w:t>NH</w:t>
      </w:r>
    </w:p>
    <w:p w:rsidR="00216266" w:rsidRPr="0061614D" w:rsidRDefault="006161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14D">
        <w:rPr>
          <w:rFonts w:ascii="Times New Roman" w:hAnsi="Times New Roman" w:cs="Times New Roman"/>
          <w:b/>
          <w:sz w:val="28"/>
          <w:szCs w:val="28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/v: T</w:t>
      </w:r>
      <w:r w:rsidRPr="0061614D">
        <w:rPr>
          <w:rFonts w:ascii="Times New Roman" w:hAnsi="Times New Roman" w:cs="Times New Roman"/>
          <w:b/>
          <w:sz w:val="28"/>
          <w:szCs w:val="28"/>
        </w:rPr>
        <w:t>i</w:t>
      </w:r>
      <w:r w:rsidRPr="0061614D">
        <w:rPr>
          <w:rFonts w:ascii="Times New Roman" w:hAnsi="Times New Roman" w:cs="Times New Roman"/>
          <w:b/>
          <w:sz w:val="28"/>
          <w:szCs w:val="28"/>
        </w:rPr>
        <w:t>ế</w:t>
      </w:r>
      <w:r w:rsidRPr="0061614D">
        <w:rPr>
          <w:rFonts w:ascii="Times New Roman" w:hAnsi="Times New Roman" w:cs="Times New Roman"/>
          <w:b/>
          <w:sz w:val="28"/>
          <w:szCs w:val="28"/>
        </w:rPr>
        <w:t>p nh</w:t>
      </w:r>
      <w:r w:rsidRPr="0061614D">
        <w:rPr>
          <w:rFonts w:ascii="Times New Roman" w:hAnsi="Times New Roman" w:cs="Times New Roman"/>
          <w:b/>
          <w:sz w:val="28"/>
          <w:szCs w:val="28"/>
        </w:rPr>
        <w:t>ậ</w:t>
      </w:r>
      <w:r w:rsidRPr="0061614D">
        <w:rPr>
          <w:rFonts w:ascii="Times New Roman" w:hAnsi="Times New Roman" w:cs="Times New Roman"/>
          <w:b/>
          <w:sz w:val="28"/>
          <w:szCs w:val="28"/>
        </w:rPr>
        <w:t>n chính th</w:t>
      </w:r>
      <w:r w:rsidRPr="0061614D">
        <w:rPr>
          <w:rFonts w:ascii="Times New Roman" w:hAnsi="Times New Roman" w:cs="Times New Roman"/>
          <w:b/>
          <w:sz w:val="28"/>
          <w:szCs w:val="28"/>
        </w:rPr>
        <w:t>ứ</w:t>
      </w:r>
      <w:r w:rsidRPr="0061614D">
        <w:rPr>
          <w:rFonts w:ascii="Times New Roman" w:hAnsi="Times New Roman" w:cs="Times New Roman"/>
          <w:b/>
          <w:sz w:val="28"/>
          <w:szCs w:val="28"/>
        </w:rPr>
        <w:t>c ngư</w:t>
      </w:r>
      <w:r w:rsidRPr="0061614D">
        <w:rPr>
          <w:rFonts w:ascii="Times New Roman" w:hAnsi="Times New Roman" w:cs="Times New Roman"/>
          <w:b/>
          <w:sz w:val="28"/>
          <w:szCs w:val="28"/>
        </w:rPr>
        <w:t>ờ</w:t>
      </w:r>
      <w:r w:rsidRPr="0061614D">
        <w:rPr>
          <w:rFonts w:ascii="Times New Roman" w:hAnsi="Times New Roman" w:cs="Times New Roman"/>
          <w:b/>
          <w:sz w:val="28"/>
          <w:szCs w:val="28"/>
        </w:rPr>
        <w:t>i lao đ</w:t>
      </w:r>
      <w:r w:rsidRPr="0061614D">
        <w:rPr>
          <w:rFonts w:ascii="Times New Roman" w:hAnsi="Times New Roman" w:cs="Times New Roman"/>
          <w:b/>
          <w:sz w:val="28"/>
          <w:szCs w:val="28"/>
        </w:rPr>
        <w:t>ộ</w:t>
      </w:r>
      <w:r w:rsidRPr="0061614D">
        <w:rPr>
          <w:rFonts w:ascii="Times New Roman" w:hAnsi="Times New Roman" w:cs="Times New Roman"/>
          <w:b/>
          <w:sz w:val="28"/>
          <w:szCs w:val="28"/>
        </w:rPr>
        <w:t>ng sau khi th</w:t>
      </w:r>
      <w:r w:rsidRPr="0061614D">
        <w:rPr>
          <w:rFonts w:ascii="Times New Roman" w:hAnsi="Times New Roman" w:cs="Times New Roman"/>
          <w:b/>
          <w:sz w:val="28"/>
          <w:szCs w:val="28"/>
        </w:rPr>
        <w:t>ử</w:t>
      </w:r>
      <w:r w:rsidRPr="0061614D">
        <w:rPr>
          <w:rFonts w:ascii="Times New Roman" w:hAnsi="Times New Roman" w:cs="Times New Roman"/>
          <w:b/>
          <w:sz w:val="28"/>
          <w:szCs w:val="28"/>
        </w:rPr>
        <w:t xml:space="preserve"> vi</w:t>
      </w:r>
      <w:r w:rsidRPr="0061614D">
        <w:rPr>
          <w:rFonts w:ascii="Times New Roman" w:hAnsi="Times New Roman" w:cs="Times New Roman"/>
          <w:b/>
          <w:sz w:val="28"/>
          <w:szCs w:val="28"/>
        </w:rPr>
        <w:t>ệ</w:t>
      </w:r>
      <w:r w:rsidRPr="0061614D">
        <w:rPr>
          <w:rFonts w:ascii="Times New Roman" w:hAnsi="Times New Roman" w:cs="Times New Roman"/>
          <w:b/>
          <w:sz w:val="28"/>
          <w:szCs w:val="28"/>
        </w:rPr>
        <w:t>c</w:t>
      </w:r>
    </w:p>
    <w:p w:rsidR="0061614D" w:rsidRPr="0061614D" w:rsidRDefault="0061614D">
      <w:pPr>
        <w:rPr>
          <w:rFonts w:ascii="Times New Roman" w:hAnsi="Times New Roman" w:cs="Times New Roman"/>
          <w:sz w:val="28"/>
          <w:szCs w:val="28"/>
        </w:rPr>
      </w:pPr>
      <w:r w:rsidRPr="0061614D">
        <w:rPr>
          <w:rFonts w:ascii="Times New Roman" w:hAnsi="Times New Roman" w:cs="Times New Roman"/>
          <w:sz w:val="28"/>
          <w:szCs w:val="28"/>
        </w:rPr>
        <w:t>GIÁM Đ</w:t>
      </w:r>
      <w:r w:rsidRPr="0061614D">
        <w:rPr>
          <w:rFonts w:ascii="Times New Roman" w:hAnsi="Times New Roman" w:cs="Times New Roman"/>
          <w:sz w:val="28"/>
          <w:szCs w:val="28"/>
        </w:rPr>
        <w:t>Ố</w:t>
      </w:r>
      <w:r w:rsidRPr="0061614D">
        <w:rPr>
          <w:rFonts w:ascii="Times New Roman" w:hAnsi="Times New Roman" w:cs="Times New Roman"/>
          <w:sz w:val="28"/>
          <w:szCs w:val="28"/>
        </w:rPr>
        <w:t>C CÔNG TY ………………………………………………………………………………</w:t>
      </w:r>
    </w:p>
    <w:p w:rsidR="00216266" w:rsidRPr="0061614D" w:rsidRDefault="0061614D" w:rsidP="0061614D">
      <w:pPr>
        <w:jc w:val="both"/>
        <w:rPr>
          <w:rFonts w:ascii="Times New Roman" w:hAnsi="Times New Roman" w:cs="Times New Roman"/>
          <w:sz w:val="28"/>
          <w:szCs w:val="28"/>
        </w:rPr>
      </w:pPr>
      <w:r w:rsidRPr="0061614D">
        <w:rPr>
          <w:rFonts w:ascii="Times New Roman" w:hAnsi="Times New Roman" w:cs="Times New Roman"/>
          <w:sz w:val="28"/>
          <w:szCs w:val="28"/>
        </w:rPr>
        <w:t>- Căn c</w:t>
      </w:r>
      <w:r w:rsidRPr="0061614D">
        <w:rPr>
          <w:rFonts w:ascii="Times New Roman" w:hAnsi="Times New Roman" w:cs="Times New Roman"/>
          <w:sz w:val="28"/>
          <w:szCs w:val="28"/>
        </w:rPr>
        <w:t>ứ</w:t>
      </w:r>
      <w:r w:rsidRPr="0061614D">
        <w:rPr>
          <w:rFonts w:ascii="Times New Roman" w:hAnsi="Times New Roman" w:cs="Times New Roman"/>
          <w:sz w:val="28"/>
          <w:szCs w:val="28"/>
        </w:rPr>
        <w:t xml:space="preserve"> B</w:t>
      </w:r>
      <w:r w:rsidRPr="0061614D">
        <w:rPr>
          <w:rFonts w:ascii="Times New Roman" w:hAnsi="Times New Roman" w:cs="Times New Roman"/>
          <w:sz w:val="28"/>
          <w:szCs w:val="28"/>
        </w:rPr>
        <w:t>ộ</w:t>
      </w:r>
      <w:r w:rsidRPr="0061614D">
        <w:rPr>
          <w:rFonts w:ascii="Times New Roman" w:hAnsi="Times New Roman" w:cs="Times New Roman"/>
          <w:sz w:val="28"/>
          <w:szCs w:val="28"/>
        </w:rPr>
        <w:t xml:space="preserve"> lu</w:t>
      </w:r>
      <w:r w:rsidRPr="0061614D">
        <w:rPr>
          <w:rFonts w:ascii="Times New Roman" w:hAnsi="Times New Roman" w:cs="Times New Roman"/>
          <w:sz w:val="28"/>
          <w:szCs w:val="28"/>
        </w:rPr>
        <w:t>ậ</w:t>
      </w:r>
      <w:r w:rsidRPr="0061614D">
        <w:rPr>
          <w:rFonts w:ascii="Times New Roman" w:hAnsi="Times New Roman" w:cs="Times New Roman"/>
          <w:sz w:val="28"/>
          <w:szCs w:val="28"/>
        </w:rPr>
        <w:t>t Lao đ</w:t>
      </w:r>
      <w:r w:rsidRPr="0061614D">
        <w:rPr>
          <w:rFonts w:ascii="Times New Roman" w:hAnsi="Times New Roman" w:cs="Times New Roman"/>
          <w:sz w:val="28"/>
          <w:szCs w:val="28"/>
        </w:rPr>
        <w:t>ộ</w:t>
      </w:r>
      <w:r w:rsidRPr="0061614D">
        <w:rPr>
          <w:rFonts w:ascii="Times New Roman" w:hAnsi="Times New Roman" w:cs="Times New Roman"/>
          <w:sz w:val="28"/>
          <w:szCs w:val="28"/>
        </w:rPr>
        <w:t>ng hi</w:t>
      </w:r>
      <w:r w:rsidRPr="0061614D">
        <w:rPr>
          <w:rFonts w:ascii="Times New Roman" w:hAnsi="Times New Roman" w:cs="Times New Roman"/>
          <w:sz w:val="28"/>
          <w:szCs w:val="28"/>
        </w:rPr>
        <w:t>ệ</w:t>
      </w:r>
      <w:r w:rsidRPr="0061614D">
        <w:rPr>
          <w:rFonts w:ascii="Times New Roman" w:hAnsi="Times New Roman" w:cs="Times New Roman"/>
          <w:sz w:val="28"/>
          <w:szCs w:val="28"/>
        </w:rPr>
        <w:t>n hành;</w:t>
      </w:r>
    </w:p>
    <w:p w:rsidR="00216266" w:rsidRPr="0061614D" w:rsidRDefault="0061614D" w:rsidP="0061614D">
      <w:pPr>
        <w:jc w:val="both"/>
        <w:rPr>
          <w:rFonts w:ascii="Times New Roman" w:hAnsi="Times New Roman" w:cs="Times New Roman"/>
          <w:sz w:val="28"/>
          <w:szCs w:val="28"/>
        </w:rPr>
      </w:pPr>
      <w:r w:rsidRPr="0061614D">
        <w:rPr>
          <w:rFonts w:ascii="Times New Roman" w:hAnsi="Times New Roman" w:cs="Times New Roman"/>
          <w:sz w:val="28"/>
          <w:szCs w:val="28"/>
        </w:rPr>
        <w:t>- Căn c</w:t>
      </w:r>
      <w:r w:rsidRPr="0061614D">
        <w:rPr>
          <w:rFonts w:ascii="Times New Roman" w:hAnsi="Times New Roman" w:cs="Times New Roman"/>
          <w:sz w:val="28"/>
          <w:szCs w:val="28"/>
        </w:rPr>
        <w:t>ứ</w:t>
      </w:r>
      <w:r w:rsidRPr="0061614D">
        <w:rPr>
          <w:rFonts w:ascii="Times New Roman" w:hAnsi="Times New Roman" w:cs="Times New Roman"/>
          <w:sz w:val="28"/>
          <w:szCs w:val="28"/>
        </w:rPr>
        <w:t xml:space="preserve"> H</w:t>
      </w:r>
      <w:r w:rsidRPr="0061614D">
        <w:rPr>
          <w:rFonts w:ascii="Times New Roman" w:hAnsi="Times New Roman" w:cs="Times New Roman"/>
          <w:sz w:val="28"/>
          <w:szCs w:val="28"/>
        </w:rPr>
        <w:t>ợ</w:t>
      </w:r>
      <w:r w:rsidRPr="0061614D">
        <w:rPr>
          <w:rFonts w:ascii="Times New Roman" w:hAnsi="Times New Roman" w:cs="Times New Roman"/>
          <w:sz w:val="28"/>
          <w:szCs w:val="28"/>
        </w:rPr>
        <w:t>p đ</w:t>
      </w:r>
      <w:r w:rsidRPr="0061614D">
        <w:rPr>
          <w:rFonts w:ascii="Times New Roman" w:hAnsi="Times New Roman" w:cs="Times New Roman"/>
          <w:sz w:val="28"/>
          <w:szCs w:val="28"/>
        </w:rPr>
        <w:t>ồ</w:t>
      </w:r>
      <w:r w:rsidRPr="0061614D">
        <w:rPr>
          <w:rFonts w:ascii="Times New Roman" w:hAnsi="Times New Roman" w:cs="Times New Roman"/>
          <w:sz w:val="28"/>
          <w:szCs w:val="28"/>
        </w:rPr>
        <w:t>ng th</w:t>
      </w:r>
      <w:r w:rsidRPr="0061614D">
        <w:rPr>
          <w:rFonts w:ascii="Times New Roman" w:hAnsi="Times New Roman" w:cs="Times New Roman"/>
          <w:sz w:val="28"/>
          <w:szCs w:val="28"/>
        </w:rPr>
        <w:t>ử</w:t>
      </w:r>
      <w:r w:rsidRPr="0061614D">
        <w:rPr>
          <w:rFonts w:ascii="Times New Roman" w:hAnsi="Times New Roman" w:cs="Times New Roman"/>
          <w:sz w:val="28"/>
          <w:szCs w:val="28"/>
        </w:rPr>
        <w:t xml:space="preserve"> vi</w:t>
      </w:r>
      <w:r w:rsidRPr="0061614D">
        <w:rPr>
          <w:rFonts w:ascii="Times New Roman" w:hAnsi="Times New Roman" w:cs="Times New Roman"/>
          <w:sz w:val="28"/>
          <w:szCs w:val="28"/>
        </w:rPr>
        <w:t>ệ</w:t>
      </w:r>
      <w:r w:rsidRPr="0061614D">
        <w:rPr>
          <w:rFonts w:ascii="Times New Roman" w:hAnsi="Times New Roman" w:cs="Times New Roman"/>
          <w:sz w:val="28"/>
          <w:szCs w:val="28"/>
        </w:rPr>
        <w:t xml:space="preserve">c đã ký ngày </w:t>
      </w:r>
      <w:r>
        <w:rPr>
          <w:rFonts w:ascii="Times New Roman" w:hAnsi="Times New Roman" w:cs="Times New Roman"/>
          <w:sz w:val="28"/>
          <w:szCs w:val="28"/>
        </w:rPr>
        <w:t xml:space="preserve">…… </w:t>
      </w:r>
      <w:r w:rsidRPr="0061614D">
        <w:rPr>
          <w:rFonts w:ascii="Times New Roman" w:hAnsi="Times New Roman" w:cs="Times New Roman"/>
          <w:sz w:val="28"/>
          <w:szCs w:val="28"/>
        </w:rPr>
        <w:t>gi</w:t>
      </w:r>
      <w:r w:rsidRPr="0061614D">
        <w:rPr>
          <w:rFonts w:ascii="Times New Roman" w:hAnsi="Times New Roman" w:cs="Times New Roman"/>
          <w:sz w:val="28"/>
          <w:szCs w:val="28"/>
        </w:rPr>
        <w:t>ữ</w:t>
      </w:r>
      <w:r w:rsidRPr="0061614D">
        <w:rPr>
          <w:rFonts w:ascii="Times New Roman" w:hAnsi="Times New Roman" w:cs="Times New Roman"/>
          <w:sz w:val="28"/>
          <w:szCs w:val="28"/>
        </w:rPr>
        <w:t xml:space="preserve">a Công ty ….. </w:t>
      </w:r>
      <w:r>
        <w:rPr>
          <w:rFonts w:ascii="Times New Roman" w:hAnsi="Times New Roman" w:cs="Times New Roman"/>
          <w:sz w:val="28"/>
          <w:szCs w:val="28"/>
        </w:rPr>
        <w:t>và ông/bà ………………………………</w:t>
      </w:r>
      <w:r w:rsidRPr="0061614D">
        <w:rPr>
          <w:rFonts w:ascii="Times New Roman" w:hAnsi="Times New Roman" w:cs="Times New Roman"/>
          <w:sz w:val="28"/>
          <w:szCs w:val="28"/>
        </w:rPr>
        <w:t>;</w:t>
      </w:r>
    </w:p>
    <w:p w:rsidR="00216266" w:rsidRPr="0061614D" w:rsidRDefault="0061614D" w:rsidP="0061614D">
      <w:pPr>
        <w:jc w:val="both"/>
        <w:rPr>
          <w:rFonts w:ascii="Times New Roman" w:hAnsi="Times New Roman" w:cs="Times New Roman"/>
          <w:sz w:val="28"/>
          <w:szCs w:val="28"/>
        </w:rPr>
      </w:pPr>
      <w:r w:rsidRPr="0061614D">
        <w:rPr>
          <w:rFonts w:ascii="Times New Roman" w:hAnsi="Times New Roman" w:cs="Times New Roman"/>
          <w:sz w:val="28"/>
          <w:szCs w:val="28"/>
        </w:rPr>
        <w:t>- Căn c</w:t>
      </w:r>
      <w:r w:rsidRPr="0061614D">
        <w:rPr>
          <w:rFonts w:ascii="Times New Roman" w:hAnsi="Times New Roman" w:cs="Times New Roman"/>
          <w:sz w:val="28"/>
          <w:szCs w:val="28"/>
        </w:rPr>
        <w:t>ứ</w:t>
      </w:r>
      <w:r w:rsidRPr="0061614D">
        <w:rPr>
          <w:rFonts w:ascii="Times New Roman" w:hAnsi="Times New Roman" w:cs="Times New Roman"/>
          <w:sz w:val="28"/>
          <w:szCs w:val="28"/>
        </w:rPr>
        <w:t xml:space="preserve"> k</w:t>
      </w:r>
      <w:r w:rsidRPr="0061614D">
        <w:rPr>
          <w:rFonts w:ascii="Times New Roman" w:hAnsi="Times New Roman" w:cs="Times New Roman"/>
          <w:sz w:val="28"/>
          <w:szCs w:val="28"/>
        </w:rPr>
        <w:t>ế</w:t>
      </w:r>
      <w:r w:rsidRPr="0061614D">
        <w:rPr>
          <w:rFonts w:ascii="Times New Roman" w:hAnsi="Times New Roman" w:cs="Times New Roman"/>
          <w:sz w:val="28"/>
          <w:szCs w:val="28"/>
        </w:rPr>
        <w:t>t qu</w:t>
      </w:r>
      <w:r w:rsidRPr="0061614D">
        <w:rPr>
          <w:rFonts w:ascii="Times New Roman" w:hAnsi="Times New Roman" w:cs="Times New Roman"/>
          <w:sz w:val="28"/>
          <w:szCs w:val="28"/>
        </w:rPr>
        <w:t>ả</w:t>
      </w:r>
      <w:r w:rsidRPr="0061614D">
        <w:rPr>
          <w:rFonts w:ascii="Times New Roman" w:hAnsi="Times New Roman" w:cs="Times New Roman"/>
          <w:sz w:val="28"/>
          <w:szCs w:val="28"/>
        </w:rPr>
        <w:t xml:space="preserve"> đánh giá trong th</w:t>
      </w:r>
      <w:r w:rsidRPr="0061614D">
        <w:rPr>
          <w:rFonts w:ascii="Times New Roman" w:hAnsi="Times New Roman" w:cs="Times New Roman"/>
          <w:sz w:val="28"/>
          <w:szCs w:val="28"/>
        </w:rPr>
        <w:t>ờ</w:t>
      </w:r>
      <w:r w:rsidRPr="0061614D">
        <w:rPr>
          <w:rFonts w:ascii="Times New Roman" w:hAnsi="Times New Roman" w:cs="Times New Roman"/>
          <w:sz w:val="28"/>
          <w:szCs w:val="28"/>
        </w:rPr>
        <w:t>i gian th</w:t>
      </w:r>
      <w:r w:rsidRPr="0061614D">
        <w:rPr>
          <w:rFonts w:ascii="Times New Roman" w:hAnsi="Times New Roman" w:cs="Times New Roman"/>
          <w:sz w:val="28"/>
          <w:szCs w:val="28"/>
        </w:rPr>
        <w:t>ử</w:t>
      </w:r>
      <w:r w:rsidRPr="0061614D">
        <w:rPr>
          <w:rFonts w:ascii="Times New Roman" w:hAnsi="Times New Roman" w:cs="Times New Roman"/>
          <w:sz w:val="28"/>
          <w:szCs w:val="28"/>
        </w:rPr>
        <w:t xml:space="preserve"> vi</w:t>
      </w:r>
      <w:r w:rsidRPr="0061614D">
        <w:rPr>
          <w:rFonts w:ascii="Times New Roman" w:hAnsi="Times New Roman" w:cs="Times New Roman"/>
          <w:sz w:val="28"/>
          <w:szCs w:val="28"/>
        </w:rPr>
        <w:t>ệ</w:t>
      </w:r>
      <w:r w:rsidRPr="0061614D">
        <w:rPr>
          <w:rFonts w:ascii="Times New Roman" w:hAnsi="Times New Roman" w:cs="Times New Roman"/>
          <w:sz w:val="28"/>
          <w:szCs w:val="28"/>
        </w:rPr>
        <w:t>c;</w:t>
      </w:r>
    </w:p>
    <w:p w:rsidR="00216266" w:rsidRPr="0061614D" w:rsidRDefault="0061614D" w:rsidP="0061614D">
      <w:pPr>
        <w:jc w:val="both"/>
        <w:rPr>
          <w:rFonts w:ascii="Times New Roman" w:hAnsi="Times New Roman" w:cs="Times New Roman"/>
          <w:sz w:val="28"/>
          <w:szCs w:val="28"/>
        </w:rPr>
      </w:pPr>
      <w:r w:rsidRPr="0061614D">
        <w:rPr>
          <w:rFonts w:ascii="Times New Roman" w:hAnsi="Times New Roman" w:cs="Times New Roman"/>
          <w:b/>
          <w:sz w:val="28"/>
          <w:szCs w:val="28"/>
        </w:rPr>
        <w:t>QUY</w:t>
      </w:r>
      <w:r w:rsidRPr="0061614D">
        <w:rPr>
          <w:rFonts w:ascii="Times New Roman" w:hAnsi="Times New Roman" w:cs="Times New Roman"/>
          <w:b/>
          <w:sz w:val="28"/>
          <w:szCs w:val="28"/>
        </w:rPr>
        <w:t>Ế</w:t>
      </w:r>
      <w:r w:rsidRPr="0061614D">
        <w:rPr>
          <w:rFonts w:ascii="Times New Roman" w:hAnsi="Times New Roman" w:cs="Times New Roman"/>
          <w:b/>
          <w:sz w:val="28"/>
          <w:szCs w:val="28"/>
        </w:rPr>
        <w:t>T Đ</w:t>
      </w:r>
      <w:r w:rsidRPr="0061614D">
        <w:rPr>
          <w:rFonts w:ascii="Times New Roman" w:hAnsi="Times New Roman" w:cs="Times New Roman"/>
          <w:b/>
          <w:sz w:val="28"/>
          <w:szCs w:val="28"/>
        </w:rPr>
        <w:t>Ị</w:t>
      </w:r>
      <w:r w:rsidRPr="0061614D">
        <w:rPr>
          <w:rFonts w:ascii="Times New Roman" w:hAnsi="Times New Roman" w:cs="Times New Roman"/>
          <w:b/>
          <w:sz w:val="28"/>
          <w:szCs w:val="28"/>
        </w:rPr>
        <w:t>NH:</w:t>
      </w:r>
    </w:p>
    <w:p w:rsidR="00216266" w:rsidRPr="0061614D" w:rsidRDefault="0061614D" w:rsidP="0061614D">
      <w:pPr>
        <w:jc w:val="both"/>
        <w:rPr>
          <w:rFonts w:ascii="Times New Roman" w:hAnsi="Times New Roman" w:cs="Times New Roman"/>
          <w:sz w:val="28"/>
          <w:szCs w:val="28"/>
        </w:rPr>
      </w:pPr>
      <w:r w:rsidRPr="0061614D">
        <w:rPr>
          <w:rFonts w:ascii="Times New Roman" w:hAnsi="Times New Roman" w:cs="Times New Roman"/>
          <w:sz w:val="28"/>
          <w:szCs w:val="28"/>
        </w:rPr>
        <w:t>Đi</w:t>
      </w:r>
      <w:r w:rsidRPr="0061614D">
        <w:rPr>
          <w:rFonts w:ascii="Times New Roman" w:hAnsi="Times New Roman" w:cs="Times New Roman"/>
          <w:sz w:val="28"/>
          <w:szCs w:val="28"/>
        </w:rPr>
        <w:t>ề</w:t>
      </w:r>
      <w:r w:rsidRPr="0061614D">
        <w:rPr>
          <w:rFonts w:ascii="Times New Roman" w:hAnsi="Times New Roman" w:cs="Times New Roman"/>
          <w:sz w:val="28"/>
          <w:szCs w:val="28"/>
        </w:rPr>
        <w:t>u 1. Ti</w:t>
      </w:r>
      <w:r w:rsidRPr="0061614D">
        <w:rPr>
          <w:rFonts w:ascii="Times New Roman" w:hAnsi="Times New Roman" w:cs="Times New Roman"/>
          <w:sz w:val="28"/>
          <w:szCs w:val="28"/>
        </w:rPr>
        <w:t>ế</w:t>
      </w:r>
      <w:r w:rsidRPr="0061614D">
        <w:rPr>
          <w:rFonts w:ascii="Times New Roman" w:hAnsi="Times New Roman" w:cs="Times New Roman"/>
          <w:sz w:val="28"/>
          <w:szCs w:val="28"/>
        </w:rPr>
        <w:t>p nh</w:t>
      </w:r>
      <w:r w:rsidRPr="0061614D">
        <w:rPr>
          <w:rFonts w:ascii="Times New Roman" w:hAnsi="Times New Roman" w:cs="Times New Roman"/>
          <w:sz w:val="28"/>
          <w:szCs w:val="28"/>
        </w:rPr>
        <w:t>ậ</w:t>
      </w:r>
      <w:r w:rsidRPr="0061614D">
        <w:rPr>
          <w:rFonts w:ascii="Times New Roman" w:hAnsi="Times New Roman" w:cs="Times New Roman"/>
          <w:sz w:val="28"/>
          <w:szCs w:val="28"/>
        </w:rPr>
        <w:t>n chính th</w:t>
      </w:r>
      <w:r w:rsidRPr="0061614D">
        <w:rPr>
          <w:rFonts w:ascii="Times New Roman" w:hAnsi="Times New Roman" w:cs="Times New Roman"/>
          <w:sz w:val="28"/>
          <w:szCs w:val="28"/>
        </w:rPr>
        <w:t>ứ</w:t>
      </w:r>
      <w:r w:rsidRPr="0061614D">
        <w:rPr>
          <w:rFonts w:ascii="Times New Roman" w:hAnsi="Times New Roman" w:cs="Times New Roman"/>
          <w:sz w:val="28"/>
          <w:szCs w:val="28"/>
        </w:rPr>
        <w:t>c ông/bà………………….,</w:t>
      </w:r>
      <w:r w:rsidRPr="0061614D">
        <w:rPr>
          <w:rFonts w:ascii="Times New Roman" w:hAnsi="Times New Roman" w:cs="Times New Roman"/>
          <w:sz w:val="28"/>
          <w:szCs w:val="28"/>
        </w:rPr>
        <w:t xml:space="preserve"> sinh ngày………….</w:t>
      </w:r>
      <w:r w:rsidRPr="0061614D">
        <w:rPr>
          <w:rFonts w:ascii="Times New Roman" w:hAnsi="Times New Roman" w:cs="Times New Roman"/>
          <w:sz w:val="28"/>
          <w:szCs w:val="28"/>
        </w:rPr>
        <w:t>, vào làm vi</w:t>
      </w:r>
      <w:r w:rsidRPr="0061614D">
        <w:rPr>
          <w:rFonts w:ascii="Times New Roman" w:hAnsi="Times New Roman" w:cs="Times New Roman"/>
          <w:sz w:val="28"/>
          <w:szCs w:val="28"/>
        </w:rPr>
        <w:t>ệ</w:t>
      </w:r>
      <w:r w:rsidRPr="0061614D">
        <w:rPr>
          <w:rFonts w:ascii="Times New Roman" w:hAnsi="Times New Roman" w:cs="Times New Roman"/>
          <w:sz w:val="28"/>
          <w:szCs w:val="28"/>
        </w:rPr>
        <w:t>c t</w:t>
      </w:r>
      <w:r w:rsidRPr="0061614D">
        <w:rPr>
          <w:rFonts w:ascii="Times New Roman" w:hAnsi="Times New Roman" w:cs="Times New Roman"/>
          <w:sz w:val="28"/>
          <w:szCs w:val="28"/>
        </w:rPr>
        <w:t>ạ</w:t>
      </w:r>
      <w:r w:rsidRPr="0061614D">
        <w:rPr>
          <w:rFonts w:ascii="Times New Roman" w:hAnsi="Times New Roman" w:cs="Times New Roman"/>
          <w:sz w:val="28"/>
          <w:szCs w:val="28"/>
        </w:rPr>
        <w:t>i Phòng K</w:t>
      </w:r>
      <w:r w:rsidRPr="0061614D">
        <w:rPr>
          <w:rFonts w:ascii="Times New Roman" w:hAnsi="Times New Roman" w:cs="Times New Roman"/>
          <w:sz w:val="28"/>
          <w:szCs w:val="28"/>
        </w:rPr>
        <w:t>ế</w:t>
      </w:r>
      <w:r w:rsidRPr="0061614D">
        <w:rPr>
          <w:rFonts w:ascii="Times New Roman" w:hAnsi="Times New Roman" w:cs="Times New Roman"/>
          <w:sz w:val="28"/>
          <w:szCs w:val="28"/>
        </w:rPr>
        <w:t xml:space="preserve"> toán v</w:t>
      </w:r>
      <w:r w:rsidRPr="0061614D">
        <w:rPr>
          <w:rFonts w:ascii="Times New Roman" w:hAnsi="Times New Roman" w:cs="Times New Roman"/>
          <w:sz w:val="28"/>
          <w:szCs w:val="28"/>
        </w:rPr>
        <w:t>ớ</w:t>
      </w:r>
      <w:r w:rsidRPr="0061614D">
        <w:rPr>
          <w:rFonts w:ascii="Times New Roman" w:hAnsi="Times New Roman" w:cs="Times New Roman"/>
          <w:sz w:val="28"/>
          <w:szCs w:val="28"/>
        </w:rPr>
        <w:t>i ch</w:t>
      </w:r>
      <w:r w:rsidRPr="0061614D">
        <w:rPr>
          <w:rFonts w:ascii="Times New Roman" w:hAnsi="Times New Roman" w:cs="Times New Roman"/>
          <w:sz w:val="28"/>
          <w:szCs w:val="28"/>
        </w:rPr>
        <w:t>ứ</w:t>
      </w:r>
      <w:r w:rsidRPr="0061614D">
        <w:rPr>
          <w:rFonts w:ascii="Times New Roman" w:hAnsi="Times New Roman" w:cs="Times New Roman"/>
          <w:sz w:val="28"/>
          <w:szCs w:val="28"/>
        </w:rPr>
        <w:t>c danh K</w:t>
      </w:r>
      <w:r w:rsidRPr="0061614D">
        <w:rPr>
          <w:rFonts w:ascii="Times New Roman" w:hAnsi="Times New Roman" w:cs="Times New Roman"/>
          <w:sz w:val="28"/>
          <w:szCs w:val="28"/>
        </w:rPr>
        <w:t>ế</w:t>
      </w:r>
      <w:r w:rsidRPr="0061614D">
        <w:rPr>
          <w:rFonts w:ascii="Times New Roman" w:hAnsi="Times New Roman" w:cs="Times New Roman"/>
          <w:sz w:val="28"/>
          <w:szCs w:val="28"/>
        </w:rPr>
        <w:t xml:space="preserve"> toán viên k</w:t>
      </w:r>
      <w:r w:rsidRPr="0061614D">
        <w:rPr>
          <w:rFonts w:ascii="Times New Roman" w:hAnsi="Times New Roman" w:cs="Times New Roman"/>
          <w:sz w:val="28"/>
          <w:szCs w:val="28"/>
        </w:rPr>
        <w:t>ể</w:t>
      </w:r>
      <w:r w:rsidRPr="0061614D">
        <w:rPr>
          <w:rFonts w:ascii="Times New Roman" w:hAnsi="Times New Roman" w:cs="Times New Roman"/>
          <w:sz w:val="28"/>
          <w:szCs w:val="28"/>
        </w:rPr>
        <w:t xml:space="preserve"> t</w:t>
      </w:r>
      <w:r w:rsidRPr="0061614D">
        <w:rPr>
          <w:rFonts w:ascii="Times New Roman" w:hAnsi="Times New Roman" w:cs="Times New Roman"/>
          <w:sz w:val="28"/>
          <w:szCs w:val="28"/>
        </w:rPr>
        <w:t>ừ</w:t>
      </w:r>
      <w:r w:rsidRPr="0061614D">
        <w:rPr>
          <w:rFonts w:ascii="Times New Roman" w:hAnsi="Times New Roman" w:cs="Times New Roman"/>
          <w:sz w:val="28"/>
          <w:szCs w:val="28"/>
        </w:rPr>
        <w:t xml:space="preserve"> ngày………………………</w:t>
      </w:r>
      <w:r w:rsidRPr="0061614D">
        <w:rPr>
          <w:rFonts w:ascii="Times New Roman" w:hAnsi="Times New Roman" w:cs="Times New Roman"/>
          <w:sz w:val="28"/>
          <w:szCs w:val="28"/>
        </w:rPr>
        <w:t>.</w:t>
      </w:r>
    </w:p>
    <w:p w:rsidR="00216266" w:rsidRPr="0061614D" w:rsidRDefault="0061614D" w:rsidP="0061614D">
      <w:pPr>
        <w:jc w:val="both"/>
        <w:rPr>
          <w:rFonts w:ascii="Times New Roman" w:hAnsi="Times New Roman" w:cs="Times New Roman"/>
          <w:sz w:val="28"/>
          <w:szCs w:val="28"/>
        </w:rPr>
      </w:pPr>
      <w:r w:rsidRPr="0061614D">
        <w:rPr>
          <w:rFonts w:ascii="Times New Roman" w:hAnsi="Times New Roman" w:cs="Times New Roman"/>
          <w:sz w:val="28"/>
          <w:szCs w:val="28"/>
        </w:rPr>
        <w:t>Đi</w:t>
      </w:r>
      <w:r w:rsidRPr="0061614D">
        <w:rPr>
          <w:rFonts w:ascii="Times New Roman" w:hAnsi="Times New Roman" w:cs="Times New Roman"/>
          <w:sz w:val="28"/>
          <w:szCs w:val="28"/>
        </w:rPr>
        <w:t>ề</w:t>
      </w:r>
      <w:r w:rsidRPr="0061614D">
        <w:rPr>
          <w:rFonts w:ascii="Times New Roman" w:hAnsi="Times New Roman" w:cs="Times New Roman"/>
          <w:sz w:val="28"/>
          <w:szCs w:val="28"/>
        </w:rPr>
        <w:t>u 2. M</w:t>
      </w:r>
      <w:r w:rsidRPr="0061614D">
        <w:rPr>
          <w:rFonts w:ascii="Times New Roman" w:hAnsi="Times New Roman" w:cs="Times New Roman"/>
          <w:sz w:val="28"/>
          <w:szCs w:val="28"/>
        </w:rPr>
        <w:t>ứ</w:t>
      </w:r>
      <w:r w:rsidRPr="0061614D">
        <w:rPr>
          <w:rFonts w:ascii="Times New Roman" w:hAnsi="Times New Roman" w:cs="Times New Roman"/>
          <w:sz w:val="28"/>
          <w:szCs w:val="28"/>
        </w:rPr>
        <w:t>c lương chính th</w:t>
      </w:r>
      <w:r w:rsidRPr="0061614D">
        <w:rPr>
          <w:rFonts w:ascii="Times New Roman" w:hAnsi="Times New Roman" w:cs="Times New Roman"/>
          <w:sz w:val="28"/>
          <w:szCs w:val="28"/>
        </w:rPr>
        <w:t>ứ</w:t>
      </w:r>
      <w:r w:rsidRPr="0061614D">
        <w:rPr>
          <w:rFonts w:ascii="Times New Roman" w:hAnsi="Times New Roman" w:cs="Times New Roman"/>
          <w:sz w:val="28"/>
          <w:szCs w:val="28"/>
        </w:rPr>
        <w:t>c: ………………</w:t>
      </w:r>
      <w:r w:rsidRPr="0061614D">
        <w:rPr>
          <w:rFonts w:ascii="Times New Roman" w:hAnsi="Times New Roman" w:cs="Times New Roman"/>
          <w:sz w:val="28"/>
          <w:szCs w:val="28"/>
        </w:rPr>
        <w:t>đ</w:t>
      </w:r>
      <w:r w:rsidRPr="0061614D">
        <w:rPr>
          <w:rFonts w:ascii="Times New Roman" w:hAnsi="Times New Roman" w:cs="Times New Roman"/>
          <w:sz w:val="28"/>
          <w:szCs w:val="28"/>
        </w:rPr>
        <w:t>ồ</w:t>
      </w:r>
      <w:r w:rsidRPr="0061614D">
        <w:rPr>
          <w:rFonts w:ascii="Times New Roman" w:hAnsi="Times New Roman" w:cs="Times New Roman"/>
          <w:sz w:val="28"/>
          <w:szCs w:val="28"/>
        </w:rPr>
        <w:t>ng/tháng (chưa bao g</w:t>
      </w:r>
      <w:r w:rsidRPr="0061614D">
        <w:rPr>
          <w:rFonts w:ascii="Times New Roman" w:hAnsi="Times New Roman" w:cs="Times New Roman"/>
          <w:sz w:val="28"/>
          <w:szCs w:val="28"/>
        </w:rPr>
        <w:t>ồ</w:t>
      </w:r>
      <w:r w:rsidRPr="0061614D">
        <w:rPr>
          <w:rFonts w:ascii="Times New Roman" w:hAnsi="Times New Roman" w:cs="Times New Roman"/>
          <w:sz w:val="28"/>
          <w:szCs w:val="28"/>
        </w:rPr>
        <w:t>m ph</w:t>
      </w:r>
      <w:r w:rsidRPr="0061614D">
        <w:rPr>
          <w:rFonts w:ascii="Times New Roman" w:hAnsi="Times New Roman" w:cs="Times New Roman"/>
          <w:sz w:val="28"/>
          <w:szCs w:val="28"/>
        </w:rPr>
        <w:t>ụ</w:t>
      </w:r>
      <w:r w:rsidRPr="0061614D">
        <w:rPr>
          <w:rFonts w:ascii="Times New Roman" w:hAnsi="Times New Roman" w:cs="Times New Roman"/>
          <w:sz w:val="28"/>
          <w:szCs w:val="28"/>
        </w:rPr>
        <w:t xml:space="preserve"> c</w:t>
      </w:r>
      <w:r w:rsidRPr="0061614D">
        <w:rPr>
          <w:rFonts w:ascii="Times New Roman" w:hAnsi="Times New Roman" w:cs="Times New Roman"/>
          <w:sz w:val="28"/>
          <w:szCs w:val="28"/>
        </w:rPr>
        <w:t>ấ</w:t>
      </w:r>
      <w:r w:rsidRPr="0061614D">
        <w:rPr>
          <w:rFonts w:ascii="Times New Roman" w:hAnsi="Times New Roman" w:cs="Times New Roman"/>
          <w:sz w:val="28"/>
          <w:szCs w:val="28"/>
        </w:rPr>
        <w:t>p và các kho</w:t>
      </w:r>
      <w:r w:rsidRPr="0061614D">
        <w:rPr>
          <w:rFonts w:ascii="Times New Roman" w:hAnsi="Times New Roman" w:cs="Times New Roman"/>
          <w:sz w:val="28"/>
          <w:szCs w:val="28"/>
        </w:rPr>
        <w:t>ả</w:t>
      </w:r>
      <w:r w:rsidRPr="0061614D">
        <w:rPr>
          <w:rFonts w:ascii="Times New Roman" w:hAnsi="Times New Roman" w:cs="Times New Roman"/>
          <w:sz w:val="28"/>
          <w:szCs w:val="28"/>
        </w:rPr>
        <w:t>n thư</w:t>
      </w:r>
      <w:r w:rsidRPr="0061614D">
        <w:rPr>
          <w:rFonts w:ascii="Times New Roman" w:hAnsi="Times New Roman" w:cs="Times New Roman"/>
          <w:sz w:val="28"/>
          <w:szCs w:val="28"/>
        </w:rPr>
        <w:t>ở</w:t>
      </w:r>
      <w:r w:rsidRPr="0061614D">
        <w:rPr>
          <w:rFonts w:ascii="Times New Roman" w:hAnsi="Times New Roman" w:cs="Times New Roman"/>
          <w:sz w:val="28"/>
          <w:szCs w:val="28"/>
        </w:rPr>
        <w:t>ng khác theo quy đ</w:t>
      </w:r>
      <w:r w:rsidRPr="0061614D">
        <w:rPr>
          <w:rFonts w:ascii="Times New Roman" w:hAnsi="Times New Roman" w:cs="Times New Roman"/>
          <w:sz w:val="28"/>
          <w:szCs w:val="28"/>
        </w:rPr>
        <w:t>ị</w:t>
      </w:r>
      <w:r w:rsidRPr="0061614D">
        <w:rPr>
          <w:rFonts w:ascii="Times New Roman" w:hAnsi="Times New Roman" w:cs="Times New Roman"/>
          <w:sz w:val="28"/>
          <w:szCs w:val="28"/>
        </w:rPr>
        <w:t>nh c</w:t>
      </w:r>
      <w:r w:rsidRPr="0061614D">
        <w:rPr>
          <w:rFonts w:ascii="Times New Roman" w:hAnsi="Times New Roman" w:cs="Times New Roman"/>
          <w:sz w:val="28"/>
          <w:szCs w:val="28"/>
        </w:rPr>
        <w:t>ủ</w:t>
      </w:r>
      <w:r w:rsidRPr="0061614D">
        <w:rPr>
          <w:rFonts w:ascii="Times New Roman" w:hAnsi="Times New Roman" w:cs="Times New Roman"/>
          <w:sz w:val="28"/>
          <w:szCs w:val="28"/>
        </w:rPr>
        <w:t>a công ty).</w:t>
      </w:r>
    </w:p>
    <w:p w:rsidR="00216266" w:rsidRPr="0061614D" w:rsidRDefault="0061614D" w:rsidP="0061614D">
      <w:pPr>
        <w:jc w:val="both"/>
        <w:rPr>
          <w:rFonts w:ascii="Times New Roman" w:hAnsi="Times New Roman" w:cs="Times New Roman"/>
          <w:sz w:val="28"/>
          <w:szCs w:val="28"/>
        </w:rPr>
      </w:pPr>
      <w:r w:rsidRPr="0061614D">
        <w:rPr>
          <w:rFonts w:ascii="Times New Roman" w:hAnsi="Times New Roman" w:cs="Times New Roman"/>
          <w:sz w:val="28"/>
          <w:szCs w:val="28"/>
        </w:rPr>
        <w:t>Đi</w:t>
      </w:r>
      <w:r w:rsidRPr="0061614D">
        <w:rPr>
          <w:rFonts w:ascii="Times New Roman" w:hAnsi="Times New Roman" w:cs="Times New Roman"/>
          <w:sz w:val="28"/>
          <w:szCs w:val="28"/>
        </w:rPr>
        <w:t>ề</w:t>
      </w:r>
      <w:r w:rsidRPr="0061614D">
        <w:rPr>
          <w:rFonts w:ascii="Times New Roman" w:hAnsi="Times New Roman" w:cs="Times New Roman"/>
          <w:sz w:val="28"/>
          <w:szCs w:val="28"/>
        </w:rPr>
        <w:t>u 3. Các quy</w:t>
      </w:r>
      <w:r w:rsidRPr="0061614D">
        <w:rPr>
          <w:rFonts w:ascii="Times New Roman" w:hAnsi="Times New Roman" w:cs="Times New Roman"/>
          <w:sz w:val="28"/>
          <w:szCs w:val="28"/>
        </w:rPr>
        <w:t>ề</w:t>
      </w:r>
      <w:r w:rsidRPr="0061614D">
        <w:rPr>
          <w:rFonts w:ascii="Times New Roman" w:hAnsi="Times New Roman" w:cs="Times New Roman"/>
          <w:sz w:val="28"/>
          <w:szCs w:val="28"/>
        </w:rPr>
        <w:t>n l</w:t>
      </w:r>
      <w:r w:rsidRPr="0061614D">
        <w:rPr>
          <w:rFonts w:ascii="Times New Roman" w:hAnsi="Times New Roman" w:cs="Times New Roman"/>
          <w:sz w:val="28"/>
          <w:szCs w:val="28"/>
        </w:rPr>
        <w:t>ợ</w:t>
      </w:r>
      <w:r w:rsidRPr="0061614D">
        <w:rPr>
          <w:rFonts w:ascii="Times New Roman" w:hAnsi="Times New Roman" w:cs="Times New Roman"/>
          <w:sz w:val="28"/>
          <w:szCs w:val="28"/>
        </w:rPr>
        <w:t>i, nghĩa v</w:t>
      </w:r>
      <w:r w:rsidRPr="0061614D">
        <w:rPr>
          <w:rFonts w:ascii="Times New Roman" w:hAnsi="Times New Roman" w:cs="Times New Roman"/>
          <w:sz w:val="28"/>
          <w:szCs w:val="28"/>
        </w:rPr>
        <w:t>ụ</w:t>
      </w:r>
      <w:r w:rsidRPr="0061614D">
        <w:rPr>
          <w:rFonts w:ascii="Times New Roman" w:hAnsi="Times New Roman" w:cs="Times New Roman"/>
          <w:sz w:val="28"/>
          <w:szCs w:val="28"/>
        </w:rPr>
        <w:t xml:space="preserve"> c</w:t>
      </w:r>
      <w:r w:rsidRPr="0061614D">
        <w:rPr>
          <w:rFonts w:ascii="Times New Roman" w:hAnsi="Times New Roman" w:cs="Times New Roman"/>
          <w:sz w:val="28"/>
          <w:szCs w:val="28"/>
        </w:rPr>
        <w:t>ủ</w:t>
      </w:r>
      <w:r w:rsidRPr="0061614D">
        <w:rPr>
          <w:rFonts w:ascii="Times New Roman" w:hAnsi="Times New Roman" w:cs="Times New Roman"/>
          <w:sz w:val="28"/>
          <w:szCs w:val="28"/>
        </w:rPr>
        <w:t>a ngư</w:t>
      </w:r>
      <w:r w:rsidRPr="0061614D">
        <w:rPr>
          <w:rFonts w:ascii="Times New Roman" w:hAnsi="Times New Roman" w:cs="Times New Roman"/>
          <w:sz w:val="28"/>
          <w:szCs w:val="28"/>
        </w:rPr>
        <w:t>ờ</w:t>
      </w:r>
      <w:r w:rsidRPr="0061614D">
        <w:rPr>
          <w:rFonts w:ascii="Times New Roman" w:hAnsi="Times New Roman" w:cs="Times New Roman"/>
          <w:sz w:val="28"/>
          <w:szCs w:val="28"/>
        </w:rPr>
        <w:t>i lao đ</w:t>
      </w:r>
      <w:r w:rsidRPr="0061614D">
        <w:rPr>
          <w:rFonts w:ascii="Times New Roman" w:hAnsi="Times New Roman" w:cs="Times New Roman"/>
          <w:sz w:val="28"/>
          <w:szCs w:val="28"/>
        </w:rPr>
        <w:t>ộ</w:t>
      </w:r>
      <w:r w:rsidRPr="0061614D">
        <w:rPr>
          <w:rFonts w:ascii="Times New Roman" w:hAnsi="Times New Roman" w:cs="Times New Roman"/>
          <w:sz w:val="28"/>
          <w:szCs w:val="28"/>
        </w:rPr>
        <w:t>ng th</w:t>
      </w:r>
      <w:r w:rsidRPr="0061614D">
        <w:rPr>
          <w:rFonts w:ascii="Times New Roman" w:hAnsi="Times New Roman" w:cs="Times New Roman"/>
          <w:sz w:val="28"/>
          <w:szCs w:val="28"/>
        </w:rPr>
        <w:t>ự</w:t>
      </w:r>
      <w:r w:rsidRPr="0061614D">
        <w:rPr>
          <w:rFonts w:ascii="Times New Roman" w:hAnsi="Times New Roman" w:cs="Times New Roman"/>
          <w:sz w:val="28"/>
          <w:szCs w:val="28"/>
        </w:rPr>
        <w:t>c hi</w:t>
      </w:r>
      <w:r w:rsidRPr="0061614D">
        <w:rPr>
          <w:rFonts w:ascii="Times New Roman" w:hAnsi="Times New Roman" w:cs="Times New Roman"/>
          <w:sz w:val="28"/>
          <w:szCs w:val="28"/>
        </w:rPr>
        <w:t>ệ</w:t>
      </w:r>
      <w:r w:rsidRPr="0061614D">
        <w:rPr>
          <w:rFonts w:ascii="Times New Roman" w:hAnsi="Times New Roman" w:cs="Times New Roman"/>
          <w:sz w:val="28"/>
          <w:szCs w:val="28"/>
        </w:rPr>
        <w:t>n theo H</w:t>
      </w:r>
      <w:r w:rsidRPr="0061614D">
        <w:rPr>
          <w:rFonts w:ascii="Times New Roman" w:hAnsi="Times New Roman" w:cs="Times New Roman"/>
          <w:sz w:val="28"/>
          <w:szCs w:val="28"/>
        </w:rPr>
        <w:t>ợ</w:t>
      </w:r>
      <w:r w:rsidRPr="0061614D">
        <w:rPr>
          <w:rFonts w:ascii="Times New Roman" w:hAnsi="Times New Roman" w:cs="Times New Roman"/>
          <w:sz w:val="28"/>
          <w:szCs w:val="28"/>
        </w:rPr>
        <w:t>p đ</w:t>
      </w:r>
      <w:r w:rsidRPr="0061614D">
        <w:rPr>
          <w:rFonts w:ascii="Times New Roman" w:hAnsi="Times New Roman" w:cs="Times New Roman"/>
          <w:sz w:val="28"/>
          <w:szCs w:val="28"/>
        </w:rPr>
        <w:t>ồ</w:t>
      </w:r>
      <w:r w:rsidRPr="0061614D">
        <w:rPr>
          <w:rFonts w:ascii="Times New Roman" w:hAnsi="Times New Roman" w:cs="Times New Roman"/>
          <w:sz w:val="28"/>
          <w:szCs w:val="28"/>
        </w:rPr>
        <w:t>ng lao đ</w:t>
      </w:r>
      <w:r w:rsidRPr="0061614D">
        <w:rPr>
          <w:rFonts w:ascii="Times New Roman" w:hAnsi="Times New Roman" w:cs="Times New Roman"/>
          <w:sz w:val="28"/>
          <w:szCs w:val="28"/>
        </w:rPr>
        <w:t>ộ</w:t>
      </w:r>
      <w:r w:rsidRPr="0061614D">
        <w:rPr>
          <w:rFonts w:ascii="Times New Roman" w:hAnsi="Times New Roman" w:cs="Times New Roman"/>
          <w:sz w:val="28"/>
          <w:szCs w:val="28"/>
        </w:rPr>
        <w:t>ng chính th</w:t>
      </w:r>
      <w:r w:rsidRPr="0061614D">
        <w:rPr>
          <w:rFonts w:ascii="Times New Roman" w:hAnsi="Times New Roman" w:cs="Times New Roman"/>
          <w:sz w:val="28"/>
          <w:szCs w:val="28"/>
        </w:rPr>
        <w:t>ứ</w:t>
      </w:r>
      <w:r w:rsidRPr="0061614D">
        <w:rPr>
          <w:rFonts w:ascii="Times New Roman" w:hAnsi="Times New Roman" w:cs="Times New Roman"/>
          <w:sz w:val="28"/>
          <w:szCs w:val="28"/>
        </w:rPr>
        <w:t>c và quy ch</w:t>
      </w:r>
      <w:r w:rsidRPr="0061614D">
        <w:rPr>
          <w:rFonts w:ascii="Times New Roman" w:hAnsi="Times New Roman" w:cs="Times New Roman"/>
          <w:sz w:val="28"/>
          <w:szCs w:val="28"/>
        </w:rPr>
        <w:t>ế</w:t>
      </w:r>
      <w:r w:rsidRPr="0061614D">
        <w:rPr>
          <w:rFonts w:ascii="Times New Roman" w:hAnsi="Times New Roman" w:cs="Times New Roman"/>
          <w:sz w:val="28"/>
          <w:szCs w:val="28"/>
        </w:rPr>
        <w:t xml:space="preserve"> n</w:t>
      </w:r>
      <w:r w:rsidRPr="0061614D">
        <w:rPr>
          <w:rFonts w:ascii="Times New Roman" w:hAnsi="Times New Roman" w:cs="Times New Roman"/>
          <w:sz w:val="28"/>
          <w:szCs w:val="28"/>
        </w:rPr>
        <w:t>ộ</w:t>
      </w:r>
      <w:r w:rsidRPr="0061614D">
        <w:rPr>
          <w:rFonts w:ascii="Times New Roman" w:hAnsi="Times New Roman" w:cs="Times New Roman"/>
          <w:sz w:val="28"/>
          <w:szCs w:val="28"/>
        </w:rPr>
        <w:t>i b</w:t>
      </w:r>
      <w:r w:rsidRPr="0061614D">
        <w:rPr>
          <w:rFonts w:ascii="Times New Roman" w:hAnsi="Times New Roman" w:cs="Times New Roman"/>
          <w:sz w:val="28"/>
          <w:szCs w:val="28"/>
        </w:rPr>
        <w:t>ộ</w:t>
      </w:r>
      <w:r w:rsidRPr="0061614D">
        <w:rPr>
          <w:rFonts w:ascii="Times New Roman" w:hAnsi="Times New Roman" w:cs="Times New Roman"/>
          <w:sz w:val="28"/>
          <w:szCs w:val="28"/>
        </w:rPr>
        <w:t xml:space="preserve"> Công ty.</w:t>
      </w:r>
      <w:bookmarkStart w:id="0" w:name="_GoBack"/>
      <w:bookmarkEnd w:id="0"/>
    </w:p>
    <w:p w:rsidR="00216266" w:rsidRPr="0061614D" w:rsidRDefault="0061614D" w:rsidP="0061614D">
      <w:pPr>
        <w:jc w:val="both"/>
        <w:rPr>
          <w:rFonts w:ascii="Times New Roman" w:hAnsi="Times New Roman" w:cs="Times New Roman"/>
          <w:sz w:val="28"/>
          <w:szCs w:val="28"/>
        </w:rPr>
      </w:pPr>
      <w:r w:rsidRPr="0061614D">
        <w:rPr>
          <w:rFonts w:ascii="Times New Roman" w:hAnsi="Times New Roman" w:cs="Times New Roman"/>
          <w:sz w:val="28"/>
          <w:szCs w:val="28"/>
        </w:rPr>
        <w:t>Đi</w:t>
      </w:r>
      <w:r w:rsidRPr="0061614D">
        <w:rPr>
          <w:rFonts w:ascii="Times New Roman" w:hAnsi="Times New Roman" w:cs="Times New Roman"/>
          <w:sz w:val="28"/>
          <w:szCs w:val="28"/>
        </w:rPr>
        <w:t>ề</w:t>
      </w:r>
      <w:r w:rsidRPr="0061614D">
        <w:rPr>
          <w:rFonts w:ascii="Times New Roman" w:hAnsi="Times New Roman" w:cs="Times New Roman"/>
          <w:sz w:val="28"/>
          <w:szCs w:val="28"/>
        </w:rPr>
        <w:t>u 4. Các b</w:t>
      </w:r>
      <w:r w:rsidRPr="0061614D">
        <w:rPr>
          <w:rFonts w:ascii="Times New Roman" w:hAnsi="Times New Roman" w:cs="Times New Roman"/>
          <w:sz w:val="28"/>
          <w:szCs w:val="28"/>
        </w:rPr>
        <w:t>ộ</w:t>
      </w:r>
      <w:r w:rsidRPr="0061614D">
        <w:rPr>
          <w:rFonts w:ascii="Times New Roman" w:hAnsi="Times New Roman" w:cs="Times New Roman"/>
          <w:sz w:val="28"/>
          <w:szCs w:val="28"/>
        </w:rPr>
        <w:t xml:space="preserve"> ph</w:t>
      </w:r>
      <w:r w:rsidRPr="0061614D">
        <w:rPr>
          <w:rFonts w:ascii="Times New Roman" w:hAnsi="Times New Roman" w:cs="Times New Roman"/>
          <w:sz w:val="28"/>
          <w:szCs w:val="28"/>
        </w:rPr>
        <w:t>ậ</w:t>
      </w:r>
      <w:r w:rsidRPr="0061614D">
        <w:rPr>
          <w:rFonts w:ascii="Times New Roman" w:hAnsi="Times New Roman" w:cs="Times New Roman"/>
          <w:sz w:val="28"/>
          <w:szCs w:val="28"/>
        </w:rPr>
        <w:t>n: Hành chính – Nhân s</w:t>
      </w:r>
      <w:r w:rsidRPr="0061614D">
        <w:rPr>
          <w:rFonts w:ascii="Times New Roman" w:hAnsi="Times New Roman" w:cs="Times New Roman"/>
          <w:sz w:val="28"/>
          <w:szCs w:val="28"/>
        </w:rPr>
        <w:t>ự</w:t>
      </w:r>
      <w:r w:rsidRPr="0061614D">
        <w:rPr>
          <w:rFonts w:ascii="Times New Roman" w:hAnsi="Times New Roman" w:cs="Times New Roman"/>
          <w:sz w:val="28"/>
          <w:szCs w:val="28"/>
        </w:rPr>
        <w:t>, Tài chính – K</w:t>
      </w:r>
      <w:r w:rsidRPr="0061614D"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 xml:space="preserve"> toán và </w:t>
      </w:r>
      <w:r w:rsidRPr="0061614D">
        <w:rPr>
          <w:rFonts w:ascii="Times New Roman" w:hAnsi="Times New Roman" w:cs="Times New Roman"/>
          <w:sz w:val="28"/>
          <w:szCs w:val="28"/>
        </w:rPr>
        <w:t>……..,……</w:t>
      </w:r>
      <w:r>
        <w:rPr>
          <w:rFonts w:ascii="Times New Roman" w:hAnsi="Times New Roman" w:cs="Times New Roman"/>
          <w:sz w:val="28"/>
          <w:szCs w:val="28"/>
        </w:rPr>
        <w:t>………………………</w:t>
      </w:r>
      <w:r w:rsidRPr="0061614D">
        <w:rPr>
          <w:rFonts w:ascii="Times New Roman" w:hAnsi="Times New Roman" w:cs="Times New Roman"/>
          <w:sz w:val="28"/>
          <w:szCs w:val="28"/>
        </w:rPr>
        <w:t xml:space="preserve">. </w:t>
      </w:r>
      <w:r w:rsidRPr="0061614D">
        <w:rPr>
          <w:rFonts w:ascii="Times New Roman" w:hAnsi="Times New Roman" w:cs="Times New Roman"/>
          <w:sz w:val="28"/>
          <w:szCs w:val="28"/>
        </w:rPr>
        <w:t>có trách nhi</w:t>
      </w:r>
      <w:r w:rsidRPr="0061614D">
        <w:rPr>
          <w:rFonts w:ascii="Times New Roman" w:hAnsi="Times New Roman" w:cs="Times New Roman"/>
          <w:sz w:val="28"/>
          <w:szCs w:val="28"/>
        </w:rPr>
        <w:t>ệ</w:t>
      </w:r>
      <w:r w:rsidRPr="0061614D">
        <w:rPr>
          <w:rFonts w:ascii="Times New Roman" w:hAnsi="Times New Roman" w:cs="Times New Roman"/>
          <w:sz w:val="28"/>
          <w:szCs w:val="28"/>
        </w:rPr>
        <w:t>m thi hành Quy</w:t>
      </w:r>
      <w:r w:rsidRPr="0061614D">
        <w:rPr>
          <w:rFonts w:ascii="Times New Roman" w:hAnsi="Times New Roman" w:cs="Times New Roman"/>
          <w:sz w:val="28"/>
          <w:szCs w:val="28"/>
        </w:rPr>
        <w:t>ế</w:t>
      </w:r>
      <w:r w:rsidRPr="0061614D">
        <w:rPr>
          <w:rFonts w:ascii="Times New Roman" w:hAnsi="Times New Roman" w:cs="Times New Roman"/>
          <w:sz w:val="28"/>
          <w:szCs w:val="28"/>
        </w:rPr>
        <w:t>t đ</w:t>
      </w:r>
      <w:r w:rsidRPr="0061614D">
        <w:rPr>
          <w:rFonts w:ascii="Times New Roman" w:hAnsi="Times New Roman" w:cs="Times New Roman"/>
          <w:sz w:val="28"/>
          <w:szCs w:val="28"/>
        </w:rPr>
        <w:t>ị</w:t>
      </w:r>
      <w:r w:rsidRPr="0061614D">
        <w:rPr>
          <w:rFonts w:ascii="Times New Roman" w:hAnsi="Times New Roman" w:cs="Times New Roman"/>
          <w:sz w:val="28"/>
          <w:szCs w:val="28"/>
        </w:rPr>
        <w:t>nh này k</w:t>
      </w:r>
      <w:r w:rsidRPr="0061614D">
        <w:rPr>
          <w:rFonts w:ascii="Times New Roman" w:hAnsi="Times New Roman" w:cs="Times New Roman"/>
          <w:sz w:val="28"/>
          <w:szCs w:val="28"/>
        </w:rPr>
        <w:t>ể</w:t>
      </w:r>
      <w:r w:rsidRPr="0061614D">
        <w:rPr>
          <w:rFonts w:ascii="Times New Roman" w:hAnsi="Times New Roman" w:cs="Times New Roman"/>
          <w:sz w:val="28"/>
          <w:szCs w:val="28"/>
        </w:rPr>
        <w:t xml:space="preserve"> t</w:t>
      </w:r>
      <w:r w:rsidRPr="0061614D">
        <w:rPr>
          <w:rFonts w:ascii="Times New Roman" w:hAnsi="Times New Roman" w:cs="Times New Roman"/>
          <w:sz w:val="28"/>
          <w:szCs w:val="28"/>
        </w:rPr>
        <w:t>ừ</w:t>
      </w:r>
      <w:r w:rsidRPr="0061614D">
        <w:rPr>
          <w:rFonts w:ascii="Times New Roman" w:hAnsi="Times New Roman" w:cs="Times New Roman"/>
          <w:sz w:val="28"/>
          <w:szCs w:val="28"/>
        </w:rPr>
        <w:t xml:space="preserve"> ngày ký.</w:t>
      </w:r>
    </w:p>
    <w:p w:rsidR="00216266" w:rsidRPr="0061614D" w:rsidRDefault="0061614D">
      <w:pPr>
        <w:rPr>
          <w:rFonts w:ascii="Times New Roman" w:hAnsi="Times New Roman" w:cs="Times New Roman"/>
          <w:sz w:val="28"/>
          <w:szCs w:val="28"/>
        </w:rPr>
      </w:pPr>
      <w:r w:rsidRPr="0061614D">
        <w:rPr>
          <w:rFonts w:ascii="Times New Roman" w:hAnsi="Times New Roman" w:cs="Times New Roman"/>
          <w:sz w:val="28"/>
          <w:szCs w:val="28"/>
        </w:rPr>
        <w:br/>
        <w:t>Nơi nh</w:t>
      </w:r>
      <w:r w:rsidRPr="0061614D">
        <w:rPr>
          <w:rFonts w:ascii="Times New Roman" w:hAnsi="Times New Roman" w:cs="Times New Roman"/>
          <w:sz w:val="28"/>
          <w:szCs w:val="28"/>
        </w:rPr>
        <w:t>ậ</w:t>
      </w:r>
      <w:r w:rsidRPr="0061614D">
        <w:rPr>
          <w:rFonts w:ascii="Times New Roman" w:hAnsi="Times New Roman" w:cs="Times New Roman"/>
          <w:sz w:val="28"/>
          <w:szCs w:val="28"/>
        </w:rPr>
        <w:t>n:</w:t>
      </w:r>
    </w:p>
    <w:p w:rsidR="00216266" w:rsidRPr="0061614D" w:rsidRDefault="0061614D">
      <w:pPr>
        <w:rPr>
          <w:rFonts w:ascii="Times New Roman" w:hAnsi="Times New Roman" w:cs="Times New Roman"/>
          <w:sz w:val="28"/>
          <w:szCs w:val="28"/>
        </w:rPr>
      </w:pPr>
      <w:r w:rsidRPr="0061614D">
        <w:rPr>
          <w:rFonts w:ascii="Times New Roman" w:hAnsi="Times New Roman" w:cs="Times New Roman"/>
          <w:sz w:val="28"/>
          <w:szCs w:val="28"/>
        </w:rPr>
        <w:t>-</w:t>
      </w:r>
      <w:r w:rsidRPr="0061614D">
        <w:rPr>
          <w:rFonts w:ascii="Times New Roman" w:hAnsi="Times New Roman" w:cs="Times New Roman"/>
          <w:sz w:val="28"/>
          <w:szCs w:val="28"/>
        </w:rPr>
        <w:t xml:space="preserve"> Như Đi</w:t>
      </w:r>
      <w:r w:rsidRPr="0061614D">
        <w:rPr>
          <w:rFonts w:ascii="Times New Roman" w:hAnsi="Times New Roman" w:cs="Times New Roman"/>
          <w:sz w:val="28"/>
          <w:szCs w:val="28"/>
        </w:rPr>
        <w:t>ề</w:t>
      </w:r>
      <w:r w:rsidRPr="0061614D">
        <w:rPr>
          <w:rFonts w:ascii="Times New Roman" w:hAnsi="Times New Roman" w:cs="Times New Roman"/>
          <w:sz w:val="28"/>
          <w:szCs w:val="28"/>
        </w:rPr>
        <w:t>u 4</w:t>
      </w:r>
    </w:p>
    <w:p w:rsidR="00216266" w:rsidRPr="0061614D" w:rsidRDefault="0061614D">
      <w:pPr>
        <w:rPr>
          <w:rFonts w:ascii="Times New Roman" w:hAnsi="Times New Roman" w:cs="Times New Roman"/>
          <w:sz w:val="28"/>
          <w:szCs w:val="28"/>
        </w:rPr>
      </w:pPr>
      <w:r w:rsidRPr="0061614D">
        <w:rPr>
          <w:rFonts w:ascii="Times New Roman" w:hAnsi="Times New Roman" w:cs="Times New Roman"/>
          <w:sz w:val="28"/>
          <w:szCs w:val="28"/>
        </w:rPr>
        <w:t>- Lưu VP</w:t>
      </w:r>
    </w:p>
    <w:p w:rsidR="00216266" w:rsidRPr="0061614D" w:rsidRDefault="0061614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61614D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61614D">
        <w:rPr>
          <w:rFonts w:ascii="Times New Roman" w:hAnsi="Times New Roman" w:cs="Times New Roman"/>
          <w:b/>
          <w:sz w:val="28"/>
          <w:szCs w:val="28"/>
        </w:rPr>
        <w:t>GIÁM Đ</w:t>
      </w:r>
      <w:r w:rsidRPr="0061614D">
        <w:rPr>
          <w:rFonts w:ascii="Times New Roman" w:hAnsi="Times New Roman" w:cs="Times New Roman"/>
          <w:b/>
          <w:sz w:val="28"/>
          <w:szCs w:val="28"/>
        </w:rPr>
        <w:t>Ố</w:t>
      </w:r>
      <w:r w:rsidRPr="0061614D">
        <w:rPr>
          <w:rFonts w:ascii="Times New Roman" w:hAnsi="Times New Roman" w:cs="Times New Roman"/>
          <w:b/>
          <w:sz w:val="28"/>
          <w:szCs w:val="28"/>
        </w:rPr>
        <w:t>C</w:t>
      </w:r>
    </w:p>
    <w:p w:rsidR="00216266" w:rsidRPr="0061614D" w:rsidRDefault="0061614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61614D">
        <w:rPr>
          <w:rFonts w:ascii="Times New Roman" w:hAnsi="Times New Roman" w:cs="Times New Roman"/>
          <w:b/>
          <w:sz w:val="28"/>
          <w:szCs w:val="28"/>
        </w:rPr>
        <w:t>(Ký, ghi rõ h</w:t>
      </w:r>
      <w:r w:rsidRPr="0061614D">
        <w:rPr>
          <w:rFonts w:ascii="Times New Roman" w:hAnsi="Times New Roman" w:cs="Times New Roman"/>
          <w:b/>
          <w:sz w:val="28"/>
          <w:szCs w:val="28"/>
        </w:rPr>
        <w:t>ọ</w:t>
      </w:r>
      <w:r w:rsidRPr="0061614D">
        <w:rPr>
          <w:rFonts w:ascii="Times New Roman" w:hAnsi="Times New Roman" w:cs="Times New Roman"/>
          <w:b/>
          <w:sz w:val="28"/>
          <w:szCs w:val="28"/>
        </w:rPr>
        <w:t xml:space="preserve"> tên, đóng d</w:t>
      </w:r>
      <w:r w:rsidRPr="0061614D">
        <w:rPr>
          <w:rFonts w:ascii="Times New Roman" w:hAnsi="Times New Roman" w:cs="Times New Roman"/>
          <w:b/>
          <w:sz w:val="28"/>
          <w:szCs w:val="28"/>
        </w:rPr>
        <w:t>ấ</w:t>
      </w:r>
      <w:r w:rsidRPr="0061614D">
        <w:rPr>
          <w:rFonts w:ascii="Times New Roman" w:hAnsi="Times New Roman" w:cs="Times New Roman"/>
          <w:b/>
          <w:sz w:val="28"/>
          <w:szCs w:val="28"/>
        </w:rPr>
        <w:t>u)</w:t>
      </w:r>
    </w:p>
    <w:p w:rsidR="0061614D" w:rsidRPr="0061614D" w:rsidRDefault="0061614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1614D" w:rsidRPr="0061614D" w:rsidRDefault="0061614D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61614D" w:rsidRPr="0061614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16266"/>
    <w:rsid w:val="0029639D"/>
    <w:rsid w:val="00326F90"/>
    <w:rsid w:val="0061614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1ED27685-EC6A-4D26-89BF-F373AD68B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E65596-633C-4F21-B640-18C7FE727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2025-06-12T03:13:00Z</dcterms:created>
  <dcterms:modified xsi:type="dcterms:W3CDTF">2025-06-12T03:13:00Z</dcterms:modified>
  <cp:category/>
</cp:coreProperties>
</file>