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D86" w:rsidRPr="00D91D86" w:rsidRDefault="00D91D86" w:rsidP="00D91D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1D86">
        <w:rPr>
          <w:rFonts w:ascii="Times New Roman" w:hAnsi="Times New Roman" w:cs="Times New Roman"/>
          <w:b/>
          <w:sz w:val="28"/>
          <w:szCs w:val="28"/>
        </w:rPr>
        <w:t xml:space="preserve">CÔNG‍ TY‍ </w:t>
      </w:r>
      <w:r w:rsidRPr="00D91D86">
        <w:rPr>
          <w:rFonts w:ascii="Times New Roman" w:hAnsi="Times New Roman" w:cs="Times New Roman"/>
          <w:b/>
          <w:sz w:val="28"/>
          <w:szCs w:val="28"/>
        </w:rPr>
        <w:t>……</w:t>
      </w:r>
    </w:p>
    <w:p w:rsidR="00DC4AE6" w:rsidRPr="00D91D86" w:rsidRDefault="00D91D86" w:rsidP="00D91D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1D86">
        <w:rPr>
          <w:rFonts w:ascii="Times New Roman" w:hAnsi="Times New Roman" w:cs="Times New Roman"/>
          <w:b/>
          <w:sz w:val="28"/>
          <w:szCs w:val="28"/>
        </w:rPr>
        <w:t>S</w:t>
      </w:r>
      <w:r w:rsidRPr="00D91D86">
        <w:rPr>
          <w:rFonts w:ascii="Times New Roman" w:hAnsi="Times New Roman" w:cs="Times New Roman"/>
          <w:b/>
          <w:sz w:val="28"/>
          <w:szCs w:val="28"/>
        </w:rPr>
        <w:t xml:space="preserve">ố: …. </w:t>
      </w:r>
      <w:r w:rsidRPr="00D91D86">
        <w:rPr>
          <w:rFonts w:ascii="Times New Roman" w:hAnsi="Times New Roman" w:cs="Times New Roman"/>
          <w:b/>
          <w:sz w:val="28"/>
          <w:szCs w:val="28"/>
        </w:rPr>
        <w:t>/TB-NS</w:t>
      </w:r>
    </w:p>
    <w:p w:rsidR="00DC4AE6" w:rsidRPr="00D91D86" w:rsidRDefault="00D91D86" w:rsidP="00D91D86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D91D86">
        <w:rPr>
          <w:rFonts w:ascii="Times New Roman" w:hAnsi="Times New Roman" w:cs="Times New Roman"/>
          <w:color w:val="auto"/>
        </w:rPr>
        <w:t>THÔNG BÁO</w:t>
      </w:r>
    </w:p>
    <w:p w:rsidR="00D91D86" w:rsidRPr="00D91D86" w:rsidRDefault="00D91D86" w:rsidP="00D91D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1D86">
        <w:rPr>
          <w:rFonts w:ascii="Times New Roman" w:hAnsi="Times New Roman" w:cs="Times New Roman"/>
          <w:b/>
          <w:sz w:val="28"/>
          <w:szCs w:val="28"/>
        </w:rPr>
        <w:t>Yêu cầu cập nhật hồ sơ nhân sự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Ngày: ….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Kính g</w:t>
      </w:r>
      <w:r w:rsidRPr="00D91D86">
        <w:rPr>
          <w:rFonts w:ascii="Times New Roman" w:hAnsi="Times New Roman" w:cs="Times New Roman"/>
          <w:sz w:val="28"/>
          <w:szCs w:val="28"/>
        </w:rPr>
        <w:t>ử</w:t>
      </w:r>
      <w:r w:rsidRPr="00D91D86">
        <w:rPr>
          <w:rFonts w:ascii="Times New Roman" w:hAnsi="Times New Roman" w:cs="Times New Roman"/>
          <w:sz w:val="28"/>
          <w:szCs w:val="28"/>
        </w:rPr>
        <w:t>i: Toàn th</w:t>
      </w:r>
      <w:r w:rsidRPr="00D91D86">
        <w:rPr>
          <w:rFonts w:ascii="Times New Roman" w:hAnsi="Times New Roman" w:cs="Times New Roman"/>
          <w:sz w:val="28"/>
          <w:szCs w:val="28"/>
        </w:rPr>
        <w:t>ể</w:t>
      </w:r>
      <w:r w:rsidRPr="00D91D86">
        <w:rPr>
          <w:rFonts w:ascii="Times New Roman" w:hAnsi="Times New Roman" w:cs="Times New Roman"/>
          <w:sz w:val="28"/>
          <w:szCs w:val="28"/>
        </w:rPr>
        <w:t xml:space="preserve"> cán b</w:t>
      </w:r>
      <w:r w:rsidRPr="00D91D86">
        <w:rPr>
          <w:rFonts w:ascii="Times New Roman" w:hAnsi="Times New Roman" w:cs="Times New Roman"/>
          <w:sz w:val="28"/>
          <w:szCs w:val="28"/>
        </w:rPr>
        <w:t>ộ</w:t>
      </w:r>
      <w:r w:rsidRPr="00D91D86">
        <w:rPr>
          <w:rFonts w:ascii="Times New Roman" w:hAnsi="Times New Roman" w:cs="Times New Roman"/>
          <w:sz w:val="28"/>
          <w:szCs w:val="28"/>
        </w:rPr>
        <w:t xml:space="preserve">, nhân viên Công ty </w:t>
      </w:r>
      <w:r w:rsidRPr="00D91D86">
        <w:rPr>
          <w:rFonts w:ascii="Cambria Math" w:hAnsi="Cambria Math" w:cs="Cambria Math"/>
          <w:sz w:val="28"/>
          <w:szCs w:val="28"/>
        </w:rPr>
        <w:t>⟦</w:t>
      </w:r>
      <w:r w:rsidRPr="00D91D86">
        <w:rPr>
          <w:rFonts w:ascii="Times New Roman" w:hAnsi="Times New Roman" w:cs="Times New Roman"/>
          <w:sz w:val="28"/>
          <w:szCs w:val="28"/>
        </w:rPr>
        <w:t>Tên Công Ty</w:t>
      </w:r>
      <w:r w:rsidRPr="00D91D86">
        <w:rPr>
          <w:rFonts w:ascii="Cambria Math" w:hAnsi="Cambria Math" w:cs="Cambria Math"/>
          <w:sz w:val="28"/>
          <w:szCs w:val="28"/>
        </w:rPr>
        <w:t>⟧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Đ</w:t>
      </w:r>
      <w:r w:rsidRPr="00D91D86">
        <w:rPr>
          <w:rFonts w:ascii="Times New Roman" w:hAnsi="Times New Roman" w:cs="Times New Roman"/>
          <w:sz w:val="28"/>
          <w:szCs w:val="28"/>
        </w:rPr>
        <w:t>ể</w:t>
      </w:r>
      <w:r w:rsidRPr="00D91D86">
        <w:rPr>
          <w:rFonts w:ascii="Times New Roman" w:hAnsi="Times New Roman" w:cs="Times New Roman"/>
          <w:sz w:val="28"/>
          <w:szCs w:val="28"/>
        </w:rPr>
        <w:t xml:space="preserve"> đ</w:t>
      </w:r>
      <w:r w:rsidRPr="00D91D86">
        <w:rPr>
          <w:rFonts w:ascii="Times New Roman" w:hAnsi="Times New Roman" w:cs="Times New Roman"/>
          <w:sz w:val="28"/>
          <w:szCs w:val="28"/>
        </w:rPr>
        <w:t>ả</w:t>
      </w:r>
      <w:r w:rsidRPr="00D91D86">
        <w:rPr>
          <w:rFonts w:ascii="Times New Roman" w:hAnsi="Times New Roman" w:cs="Times New Roman"/>
          <w:sz w:val="28"/>
          <w:szCs w:val="28"/>
        </w:rPr>
        <w:t>m b</w:t>
      </w:r>
      <w:r w:rsidRPr="00D91D86">
        <w:rPr>
          <w:rFonts w:ascii="Times New Roman" w:hAnsi="Times New Roman" w:cs="Times New Roman"/>
          <w:sz w:val="28"/>
          <w:szCs w:val="28"/>
        </w:rPr>
        <w:t>ả</w:t>
      </w:r>
      <w:r w:rsidRPr="00D91D86">
        <w:rPr>
          <w:rFonts w:ascii="Times New Roman" w:hAnsi="Times New Roman" w:cs="Times New Roman"/>
          <w:sz w:val="28"/>
          <w:szCs w:val="28"/>
        </w:rPr>
        <w:t>o công tác qu</w:t>
      </w:r>
      <w:r w:rsidRPr="00D91D86">
        <w:rPr>
          <w:rFonts w:ascii="Times New Roman" w:hAnsi="Times New Roman" w:cs="Times New Roman"/>
          <w:sz w:val="28"/>
          <w:szCs w:val="28"/>
        </w:rPr>
        <w:t>ả</w:t>
      </w:r>
      <w:r w:rsidRPr="00D91D86">
        <w:rPr>
          <w:rFonts w:ascii="Times New Roman" w:hAnsi="Times New Roman" w:cs="Times New Roman"/>
          <w:sz w:val="28"/>
          <w:szCs w:val="28"/>
        </w:rPr>
        <w:t>n lý nhân s</w:t>
      </w:r>
      <w:r w:rsidRPr="00D91D86">
        <w:rPr>
          <w:rFonts w:ascii="Times New Roman" w:hAnsi="Times New Roman" w:cs="Times New Roman"/>
          <w:sz w:val="28"/>
          <w:szCs w:val="28"/>
        </w:rPr>
        <w:t>ự</w:t>
      </w:r>
      <w:r w:rsidRPr="00D91D86">
        <w:rPr>
          <w:rFonts w:ascii="Times New Roman" w:hAnsi="Times New Roman" w:cs="Times New Roman"/>
          <w:sz w:val="28"/>
          <w:szCs w:val="28"/>
        </w:rPr>
        <w:t xml:space="preserve"> chính xác, đ</w:t>
      </w:r>
      <w:r w:rsidRPr="00D91D86">
        <w:rPr>
          <w:rFonts w:ascii="Times New Roman" w:hAnsi="Times New Roman" w:cs="Times New Roman"/>
          <w:sz w:val="28"/>
          <w:szCs w:val="28"/>
        </w:rPr>
        <w:t>ầ</w:t>
      </w:r>
      <w:r w:rsidRPr="00D91D86">
        <w:rPr>
          <w:rFonts w:ascii="Times New Roman" w:hAnsi="Times New Roman" w:cs="Times New Roman"/>
          <w:sz w:val="28"/>
          <w:szCs w:val="28"/>
        </w:rPr>
        <w:t>y đ</w:t>
      </w:r>
      <w:r w:rsidRPr="00D91D86">
        <w:rPr>
          <w:rFonts w:ascii="Times New Roman" w:hAnsi="Times New Roman" w:cs="Times New Roman"/>
          <w:sz w:val="28"/>
          <w:szCs w:val="28"/>
        </w:rPr>
        <w:t>ủ</w:t>
      </w:r>
      <w:r w:rsidRPr="00D91D86">
        <w:rPr>
          <w:rFonts w:ascii="Times New Roman" w:hAnsi="Times New Roman" w:cs="Times New Roman"/>
          <w:sz w:val="28"/>
          <w:szCs w:val="28"/>
        </w:rPr>
        <w:t xml:space="preserve"> và tuân th</w:t>
      </w:r>
      <w:r w:rsidRPr="00D91D86">
        <w:rPr>
          <w:rFonts w:ascii="Times New Roman" w:hAnsi="Times New Roman" w:cs="Times New Roman"/>
          <w:sz w:val="28"/>
          <w:szCs w:val="28"/>
        </w:rPr>
        <w:t>ủ</w:t>
      </w:r>
      <w:r w:rsidRPr="00D91D86">
        <w:rPr>
          <w:rFonts w:ascii="Times New Roman" w:hAnsi="Times New Roman" w:cs="Times New Roman"/>
          <w:sz w:val="28"/>
          <w:szCs w:val="28"/>
        </w:rPr>
        <w:t xml:space="preserve"> theo quy đ</w:t>
      </w:r>
      <w:r w:rsidRPr="00D91D86">
        <w:rPr>
          <w:rFonts w:ascii="Times New Roman" w:hAnsi="Times New Roman" w:cs="Times New Roman"/>
          <w:sz w:val="28"/>
          <w:szCs w:val="28"/>
        </w:rPr>
        <w:t>ị</w:t>
      </w:r>
      <w:r w:rsidRPr="00D91D86">
        <w:rPr>
          <w:rFonts w:ascii="Times New Roman" w:hAnsi="Times New Roman" w:cs="Times New Roman"/>
          <w:sz w:val="28"/>
          <w:szCs w:val="28"/>
        </w:rPr>
        <w:t>nh c</w:t>
      </w:r>
      <w:r w:rsidRPr="00D91D86">
        <w:rPr>
          <w:rFonts w:ascii="Times New Roman" w:hAnsi="Times New Roman" w:cs="Times New Roman"/>
          <w:sz w:val="28"/>
          <w:szCs w:val="28"/>
        </w:rPr>
        <w:t>ủ</w:t>
      </w:r>
      <w:r w:rsidRPr="00D91D86">
        <w:rPr>
          <w:rFonts w:ascii="Times New Roman" w:hAnsi="Times New Roman" w:cs="Times New Roman"/>
          <w:sz w:val="28"/>
          <w:szCs w:val="28"/>
        </w:rPr>
        <w:t>a pháp lu</w:t>
      </w:r>
      <w:r w:rsidRPr="00D91D86">
        <w:rPr>
          <w:rFonts w:ascii="Times New Roman" w:hAnsi="Times New Roman" w:cs="Times New Roman"/>
          <w:sz w:val="28"/>
          <w:szCs w:val="28"/>
        </w:rPr>
        <w:t>ậ</w:t>
      </w:r>
      <w:r w:rsidRPr="00D91D86">
        <w:rPr>
          <w:rFonts w:ascii="Times New Roman" w:hAnsi="Times New Roman" w:cs="Times New Roman"/>
          <w:sz w:val="28"/>
          <w:szCs w:val="28"/>
        </w:rPr>
        <w:t xml:space="preserve">t cũng </w:t>
      </w:r>
      <w:r w:rsidRPr="00D91D86">
        <w:rPr>
          <w:rFonts w:ascii="Times New Roman" w:hAnsi="Times New Roman" w:cs="Times New Roman"/>
          <w:sz w:val="28"/>
          <w:szCs w:val="28"/>
        </w:rPr>
        <w:t>như quy ch</w:t>
      </w:r>
      <w:r w:rsidRPr="00D91D86">
        <w:rPr>
          <w:rFonts w:ascii="Times New Roman" w:hAnsi="Times New Roman" w:cs="Times New Roman"/>
          <w:sz w:val="28"/>
          <w:szCs w:val="28"/>
        </w:rPr>
        <w:t>ế</w:t>
      </w:r>
      <w:r w:rsidRPr="00D91D86">
        <w:rPr>
          <w:rFonts w:ascii="Times New Roman" w:hAnsi="Times New Roman" w:cs="Times New Roman"/>
          <w:sz w:val="28"/>
          <w:szCs w:val="28"/>
        </w:rPr>
        <w:t xml:space="preserve"> n</w:t>
      </w:r>
      <w:r w:rsidRPr="00D91D86">
        <w:rPr>
          <w:rFonts w:ascii="Times New Roman" w:hAnsi="Times New Roman" w:cs="Times New Roman"/>
          <w:sz w:val="28"/>
          <w:szCs w:val="28"/>
        </w:rPr>
        <w:t>ộ</w:t>
      </w:r>
      <w:r w:rsidRPr="00D91D86">
        <w:rPr>
          <w:rFonts w:ascii="Times New Roman" w:hAnsi="Times New Roman" w:cs="Times New Roman"/>
          <w:sz w:val="28"/>
          <w:szCs w:val="28"/>
        </w:rPr>
        <w:t>i b</w:t>
      </w:r>
      <w:r w:rsidRPr="00D91D86">
        <w:rPr>
          <w:rFonts w:ascii="Times New Roman" w:hAnsi="Times New Roman" w:cs="Times New Roman"/>
          <w:sz w:val="28"/>
          <w:szCs w:val="28"/>
        </w:rPr>
        <w:t>ộ</w:t>
      </w:r>
      <w:r w:rsidRPr="00D91D86">
        <w:rPr>
          <w:rFonts w:ascii="Times New Roman" w:hAnsi="Times New Roman" w:cs="Times New Roman"/>
          <w:sz w:val="28"/>
          <w:szCs w:val="28"/>
        </w:rPr>
        <w:t xml:space="preserve"> công ty, phòng Hành chính - Nhân s</w:t>
      </w:r>
      <w:r w:rsidRPr="00D91D86">
        <w:rPr>
          <w:rFonts w:ascii="Times New Roman" w:hAnsi="Times New Roman" w:cs="Times New Roman"/>
          <w:sz w:val="28"/>
          <w:szCs w:val="28"/>
        </w:rPr>
        <w:t>ự</w:t>
      </w:r>
      <w:r w:rsidRPr="00D91D86">
        <w:rPr>
          <w:rFonts w:ascii="Times New Roman" w:hAnsi="Times New Roman" w:cs="Times New Roman"/>
          <w:sz w:val="28"/>
          <w:szCs w:val="28"/>
        </w:rPr>
        <w:t xml:space="preserve"> đ</w:t>
      </w:r>
      <w:r w:rsidRPr="00D91D86">
        <w:rPr>
          <w:rFonts w:ascii="Times New Roman" w:hAnsi="Times New Roman" w:cs="Times New Roman"/>
          <w:sz w:val="28"/>
          <w:szCs w:val="28"/>
        </w:rPr>
        <w:t>ề</w:t>
      </w:r>
      <w:r w:rsidRPr="00D91D86">
        <w:rPr>
          <w:rFonts w:ascii="Times New Roman" w:hAnsi="Times New Roman" w:cs="Times New Roman"/>
          <w:sz w:val="28"/>
          <w:szCs w:val="28"/>
        </w:rPr>
        <w:t xml:space="preserve"> ngh</w:t>
      </w:r>
      <w:r w:rsidRPr="00D91D86">
        <w:rPr>
          <w:rFonts w:ascii="Times New Roman" w:hAnsi="Times New Roman" w:cs="Times New Roman"/>
          <w:sz w:val="28"/>
          <w:szCs w:val="28"/>
        </w:rPr>
        <w:t>ị</w:t>
      </w:r>
      <w:r w:rsidRPr="00D91D86">
        <w:rPr>
          <w:rFonts w:ascii="Times New Roman" w:hAnsi="Times New Roman" w:cs="Times New Roman"/>
          <w:sz w:val="28"/>
          <w:szCs w:val="28"/>
        </w:rPr>
        <w:t xml:space="preserve"> toàn th</w:t>
      </w:r>
      <w:r w:rsidRPr="00D91D86">
        <w:rPr>
          <w:rFonts w:ascii="Times New Roman" w:hAnsi="Times New Roman" w:cs="Times New Roman"/>
          <w:sz w:val="28"/>
          <w:szCs w:val="28"/>
        </w:rPr>
        <w:t>ể</w:t>
      </w:r>
      <w:r w:rsidRPr="00D91D86">
        <w:rPr>
          <w:rFonts w:ascii="Times New Roman" w:hAnsi="Times New Roman" w:cs="Times New Roman"/>
          <w:sz w:val="28"/>
          <w:szCs w:val="28"/>
        </w:rPr>
        <w:t xml:space="preserve"> nhân s</w:t>
      </w:r>
      <w:r w:rsidRPr="00D91D86">
        <w:rPr>
          <w:rFonts w:ascii="Times New Roman" w:hAnsi="Times New Roman" w:cs="Times New Roman"/>
          <w:sz w:val="28"/>
          <w:szCs w:val="28"/>
        </w:rPr>
        <w:t>ự</w:t>
      </w:r>
      <w:r w:rsidRPr="00D91D86">
        <w:rPr>
          <w:rFonts w:ascii="Times New Roman" w:hAnsi="Times New Roman" w:cs="Times New Roman"/>
          <w:sz w:val="28"/>
          <w:szCs w:val="28"/>
        </w:rPr>
        <w:t xml:space="preserve"> th</w:t>
      </w:r>
      <w:r w:rsidRPr="00D91D86">
        <w:rPr>
          <w:rFonts w:ascii="Times New Roman" w:hAnsi="Times New Roman" w:cs="Times New Roman"/>
          <w:sz w:val="28"/>
          <w:szCs w:val="28"/>
        </w:rPr>
        <w:t>ự</w:t>
      </w:r>
      <w:r w:rsidRPr="00D91D86">
        <w:rPr>
          <w:rFonts w:ascii="Times New Roman" w:hAnsi="Times New Roman" w:cs="Times New Roman"/>
          <w:sz w:val="28"/>
          <w:szCs w:val="28"/>
        </w:rPr>
        <w:t>c hi</w:t>
      </w:r>
      <w:r w:rsidRPr="00D91D86">
        <w:rPr>
          <w:rFonts w:ascii="Times New Roman" w:hAnsi="Times New Roman" w:cs="Times New Roman"/>
          <w:sz w:val="28"/>
          <w:szCs w:val="28"/>
        </w:rPr>
        <w:t>ệ</w:t>
      </w:r>
      <w:r w:rsidRPr="00D91D86">
        <w:rPr>
          <w:rFonts w:ascii="Times New Roman" w:hAnsi="Times New Roman" w:cs="Times New Roman"/>
          <w:sz w:val="28"/>
          <w:szCs w:val="28"/>
        </w:rPr>
        <w:t>n vi</w:t>
      </w:r>
      <w:r w:rsidRPr="00D91D86">
        <w:rPr>
          <w:rFonts w:ascii="Times New Roman" w:hAnsi="Times New Roman" w:cs="Times New Roman"/>
          <w:sz w:val="28"/>
          <w:szCs w:val="28"/>
        </w:rPr>
        <w:t>ệ</w:t>
      </w:r>
      <w:r w:rsidRPr="00D91D86">
        <w:rPr>
          <w:rFonts w:ascii="Times New Roman" w:hAnsi="Times New Roman" w:cs="Times New Roman"/>
          <w:sz w:val="28"/>
          <w:szCs w:val="28"/>
        </w:rPr>
        <w:t>c ki</w:t>
      </w:r>
      <w:r w:rsidRPr="00D91D86">
        <w:rPr>
          <w:rFonts w:ascii="Times New Roman" w:hAnsi="Times New Roman" w:cs="Times New Roman"/>
          <w:sz w:val="28"/>
          <w:szCs w:val="28"/>
        </w:rPr>
        <w:t>ể</w:t>
      </w:r>
      <w:r w:rsidRPr="00D91D86">
        <w:rPr>
          <w:rFonts w:ascii="Times New Roman" w:hAnsi="Times New Roman" w:cs="Times New Roman"/>
          <w:sz w:val="28"/>
          <w:szCs w:val="28"/>
        </w:rPr>
        <w:t>m tra, rà soát và c</w:t>
      </w:r>
      <w:r w:rsidRPr="00D91D86">
        <w:rPr>
          <w:rFonts w:ascii="Times New Roman" w:hAnsi="Times New Roman" w:cs="Times New Roman"/>
          <w:sz w:val="28"/>
          <w:szCs w:val="28"/>
        </w:rPr>
        <w:t>ậ</w:t>
      </w:r>
      <w:r w:rsidRPr="00D91D86">
        <w:rPr>
          <w:rFonts w:ascii="Times New Roman" w:hAnsi="Times New Roman" w:cs="Times New Roman"/>
          <w:sz w:val="28"/>
          <w:szCs w:val="28"/>
        </w:rPr>
        <w:t>p nh</w:t>
      </w:r>
      <w:r w:rsidRPr="00D91D86">
        <w:rPr>
          <w:rFonts w:ascii="Times New Roman" w:hAnsi="Times New Roman" w:cs="Times New Roman"/>
          <w:sz w:val="28"/>
          <w:szCs w:val="28"/>
        </w:rPr>
        <w:t>ậ</w:t>
      </w:r>
      <w:r w:rsidRPr="00D91D86">
        <w:rPr>
          <w:rFonts w:ascii="Times New Roman" w:hAnsi="Times New Roman" w:cs="Times New Roman"/>
          <w:sz w:val="28"/>
          <w:szCs w:val="28"/>
        </w:rPr>
        <w:t>t đ</w:t>
      </w:r>
      <w:r w:rsidRPr="00D91D86">
        <w:rPr>
          <w:rFonts w:ascii="Times New Roman" w:hAnsi="Times New Roman" w:cs="Times New Roman"/>
          <w:sz w:val="28"/>
          <w:szCs w:val="28"/>
        </w:rPr>
        <w:t>ầ</w:t>
      </w:r>
      <w:r w:rsidRPr="00D91D86">
        <w:rPr>
          <w:rFonts w:ascii="Times New Roman" w:hAnsi="Times New Roman" w:cs="Times New Roman"/>
          <w:sz w:val="28"/>
          <w:szCs w:val="28"/>
        </w:rPr>
        <w:t>y đ</w:t>
      </w:r>
      <w:r w:rsidRPr="00D91D86">
        <w:rPr>
          <w:rFonts w:ascii="Times New Roman" w:hAnsi="Times New Roman" w:cs="Times New Roman"/>
          <w:sz w:val="28"/>
          <w:szCs w:val="28"/>
        </w:rPr>
        <w:t>ủ</w:t>
      </w:r>
      <w:r w:rsidRPr="00D91D86">
        <w:rPr>
          <w:rFonts w:ascii="Times New Roman" w:hAnsi="Times New Roman" w:cs="Times New Roman"/>
          <w:sz w:val="28"/>
          <w:szCs w:val="28"/>
        </w:rPr>
        <w:t xml:space="preserve"> h</w:t>
      </w:r>
      <w:r w:rsidRPr="00D91D86">
        <w:rPr>
          <w:rFonts w:ascii="Times New Roman" w:hAnsi="Times New Roman" w:cs="Times New Roman"/>
          <w:sz w:val="28"/>
          <w:szCs w:val="28"/>
        </w:rPr>
        <w:t>ồ</w:t>
      </w:r>
      <w:r w:rsidRPr="00D91D86">
        <w:rPr>
          <w:rFonts w:ascii="Times New Roman" w:hAnsi="Times New Roman" w:cs="Times New Roman"/>
          <w:sz w:val="28"/>
          <w:szCs w:val="28"/>
        </w:rPr>
        <w:t xml:space="preserve"> sơ nhân s</w:t>
      </w:r>
      <w:r w:rsidRPr="00D91D86">
        <w:rPr>
          <w:rFonts w:ascii="Times New Roman" w:hAnsi="Times New Roman" w:cs="Times New Roman"/>
          <w:sz w:val="28"/>
          <w:szCs w:val="28"/>
        </w:rPr>
        <w:t>ự</w:t>
      </w:r>
      <w:r w:rsidRPr="00D91D86">
        <w:rPr>
          <w:rFonts w:ascii="Times New Roman" w:hAnsi="Times New Roman" w:cs="Times New Roman"/>
          <w:sz w:val="28"/>
          <w:szCs w:val="28"/>
        </w:rPr>
        <w:t xml:space="preserve"> theo yêu c</w:t>
      </w:r>
      <w:r w:rsidRPr="00D91D86">
        <w:rPr>
          <w:rFonts w:ascii="Times New Roman" w:hAnsi="Times New Roman" w:cs="Times New Roman"/>
          <w:sz w:val="28"/>
          <w:szCs w:val="28"/>
        </w:rPr>
        <w:t>ầ</w:t>
      </w:r>
      <w:r w:rsidRPr="00D91D86">
        <w:rPr>
          <w:rFonts w:ascii="Times New Roman" w:hAnsi="Times New Roman" w:cs="Times New Roman"/>
          <w:sz w:val="28"/>
          <w:szCs w:val="28"/>
        </w:rPr>
        <w:t>u sau:</w:t>
      </w:r>
    </w:p>
    <w:p w:rsidR="00DC4AE6" w:rsidRPr="00D91D86" w:rsidRDefault="00D91D86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D91D86">
        <w:rPr>
          <w:rFonts w:ascii="Times New Roman" w:hAnsi="Times New Roman" w:cs="Times New Roman"/>
          <w:color w:val="auto"/>
          <w:sz w:val="28"/>
          <w:szCs w:val="28"/>
        </w:rPr>
        <w:t>1. Danh m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ụ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c h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ồ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 xml:space="preserve"> sơ c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ầ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n b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ổ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 xml:space="preserve"> sung/c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ậ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p nh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ậ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t: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- B</w:t>
      </w:r>
      <w:r w:rsidRPr="00D91D86">
        <w:rPr>
          <w:rFonts w:ascii="Times New Roman" w:hAnsi="Times New Roman" w:cs="Times New Roman"/>
          <w:sz w:val="28"/>
          <w:szCs w:val="28"/>
        </w:rPr>
        <w:t>ả</w:t>
      </w:r>
      <w:r w:rsidRPr="00D91D86">
        <w:rPr>
          <w:rFonts w:ascii="Times New Roman" w:hAnsi="Times New Roman" w:cs="Times New Roman"/>
          <w:sz w:val="28"/>
          <w:szCs w:val="28"/>
        </w:rPr>
        <w:t>n sao công ch</w:t>
      </w:r>
      <w:r w:rsidRPr="00D91D86">
        <w:rPr>
          <w:rFonts w:ascii="Times New Roman" w:hAnsi="Times New Roman" w:cs="Times New Roman"/>
          <w:sz w:val="28"/>
          <w:szCs w:val="28"/>
        </w:rPr>
        <w:t>ứ</w:t>
      </w:r>
      <w:r w:rsidRPr="00D91D86">
        <w:rPr>
          <w:rFonts w:ascii="Times New Roman" w:hAnsi="Times New Roman" w:cs="Times New Roman"/>
          <w:sz w:val="28"/>
          <w:szCs w:val="28"/>
        </w:rPr>
        <w:t>ng CMND/CCCD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- B</w:t>
      </w:r>
      <w:r w:rsidRPr="00D91D86">
        <w:rPr>
          <w:rFonts w:ascii="Times New Roman" w:hAnsi="Times New Roman" w:cs="Times New Roman"/>
          <w:sz w:val="28"/>
          <w:szCs w:val="28"/>
        </w:rPr>
        <w:t>ả</w:t>
      </w:r>
      <w:r w:rsidRPr="00D91D86">
        <w:rPr>
          <w:rFonts w:ascii="Times New Roman" w:hAnsi="Times New Roman" w:cs="Times New Roman"/>
          <w:sz w:val="28"/>
          <w:szCs w:val="28"/>
        </w:rPr>
        <w:t>n sao công ch</w:t>
      </w:r>
      <w:r w:rsidRPr="00D91D86">
        <w:rPr>
          <w:rFonts w:ascii="Times New Roman" w:hAnsi="Times New Roman" w:cs="Times New Roman"/>
          <w:sz w:val="28"/>
          <w:szCs w:val="28"/>
        </w:rPr>
        <w:t>ứ</w:t>
      </w:r>
      <w:r w:rsidRPr="00D91D86">
        <w:rPr>
          <w:rFonts w:ascii="Times New Roman" w:hAnsi="Times New Roman" w:cs="Times New Roman"/>
          <w:sz w:val="28"/>
          <w:szCs w:val="28"/>
        </w:rPr>
        <w:t xml:space="preserve">ng </w:t>
      </w:r>
      <w:r w:rsidRPr="00D91D86">
        <w:rPr>
          <w:rFonts w:ascii="Times New Roman" w:hAnsi="Times New Roman" w:cs="Times New Roman"/>
          <w:sz w:val="28"/>
          <w:szCs w:val="28"/>
        </w:rPr>
        <w:t>h</w:t>
      </w:r>
      <w:r w:rsidRPr="00D91D86">
        <w:rPr>
          <w:rFonts w:ascii="Times New Roman" w:hAnsi="Times New Roman" w:cs="Times New Roman"/>
          <w:sz w:val="28"/>
          <w:szCs w:val="28"/>
        </w:rPr>
        <w:t>ộ</w:t>
      </w:r>
      <w:r w:rsidRPr="00D91D86">
        <w:rPr>
          <w:rFonts w:ascii="Times New Roman" w:hAnsi="Times New Roman" w:cs="Times New Roman"/>
          <w:sz w:val="28"/>
          <w:szCs w:val="28"/>
        </w:rPr>
        <w:t xml:space="preserve"> kh</w:t>
      </w:r>
      <w:r w:rsidRPr="00D91D86">
        <w:rPr>
          <w:rFonts w:ascii="Times New Roman" w:hAnsi="Times New Roman" w:cs="Times New Roman"/>
          <w:sz w:val="28"/>
          <w:szCs w:val="28"/>
        </w:rPr>
        <w:t>ẩ</w:t>
      </w:r>
      <w:r w:rsidRPr="00D91D86">
        <w:rPr>
          <w:rFonts w:ascii="Times New Roman" w:hAnsi="Times New Roman" w:cs="Times New Roman"/>
          <w:sz w:val="28"/>
          <w:szCs w:val="28"/>
        </w:rPr>
        <w:t>u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- B</w:t>
      </w:r>
      <w:r w:rsidRPr="00D91D86">
        <w:rPr>
          <w:rFonts w:ascii="Times New Roman" w:hAnsi="Times New Roman" w:cs="Times New Roman"/>
          <w:sz w:val="28"/>
          <w:szCs w:val="28"/>
        </w:rPr>
        <w:t>ả</w:t>
      </w:r>
      <w:r w:rsidRPr="00D91D86">
        <w:rPr>
          <w:rFonts w:ascii="Times New Roman" w:hAnsi="Times New Roman" w:cs="Times New Roman"/>
          <w:sz w:val="28"/>
          <w:szCs w:val="28"/>
        </w:rPr>
        <w:t>n sao b</w:t>
      </w:r>
      <w:r w:rsidRPr="00D91D86">
        <w:rPr>
          <w:rFonts w:ascii="Times New Roman" w:hAnsi="Times New Roman" w:cs="Times New Roman"/>
          <w:sz w:val="28"/>
          <w:szCs w:val="28"/>
        </w:rPr>
        <w:t>ằ</w:t>
      </w:r>
      <w:r w:rsidRPr="00D91D86">
        <w:rPr>
          <w:rFonts w:ascii="Times New Roman" w:hAnsi="Times New Roman" w:cs="Times New Roman"/>
          <w:sz w:val="28"/>
          <w:szCs w:val="28"/>
        </w:rPr>
        <w:t>ng c</w:t>
      </w:r>
      <w:r w:rsidRPr="00D91D86">
        <w:rPr>
          <w:rFonts w:ascii="Times New Roman" w:hAnsi="Times New Roman" w:cs="Times New Roman"/>
          <w:sz w:val="28"/>
          <w:szCs w:val="28"/>
        </w:rPr>
        <w:t>ấ</w:t>
      </w:r>
      <w:r w:rsidRPr="00D91D86">
        <w:rPr>
          <w:rFonts w:ascii="Times New Roman" w:hAnsi="Times New Roman" w:cs="Times New Roman"/>
          <w:sz w:val="28"/>
          <w:szCs w:val="28"/>
        </w:rPr>
        <w:t>p, ch</w:t>
      </w:r>
      <w:r w:rsidRPr="00D91D86">
        <w:rPr>
          <w:rFonts w:ascii="Times New Roman" w:hAnsi="Times New Roman" w:cs="Times New Roman"/>
          <w:sz w:val="28"/>
          <w:szCs w:val="28"/>
        </w:rPr>
        <w:t>ứ</w:t>
      </w:r>
      <w:r w:rsidRPr="00D91D86">
        <w:rPr>
          <w:rFonts w:ascii="Times New Roman" w:hAnsi="Times New Roman" w:cs="Times New Roman"/>
          <w:sz w:val="28"/>
          <w:szCs w:val="28"/>
        </w:rPr>
        <w:t>ng ch</w:t>
      </w:r>
      <w:r w:rsidRPr="00D91D86">
        <w:rPr>
          <w:rFonts w:ascii="Times New Roman" w:hAnsi="Times New Roman" w:cs="Times New Roman"/>
          <w:sz w:val="28"/>
          <w:szCs w:val="28"/>
        </w:rPr>
        <w:t>ỉ</w:t>
      </w:r>
      <w:r w:rsidRPr="00D91D86">
        <w:rPr>
          <w:rFonts w:ascii="Times New Roman" w:hAnsi="Times New Roman" w:cs="Times New Roman"/>
          <w:sz w:val="28"/>
          <w:szCs w:val="28"/>
        </w:rPr>
        <w:t xml:space="preserve"> chuyên môn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- Sơ y</w:t>
      </w:r>
      <w:r w:rsidRPr="00D91D86">
        <w:rPr>
          <w:rFonts w:ascii="Times New Roman" w:hAnsi="Times New Roman" w:cs="Times New Roman"/>
          <w:sz w:val="28"/>
          <w:szCs w:val="28"/>
        </w:rPr>
        <w:t>ế</w:t>
      </w:r>
      <w:r w:rsidRPr="00D91D86">
        <w:rPr>
          <w:rFonts w:ascii="Times New Roman" w:hAnsi="Times New Roman" w:cs="Times New Roman"/>
          <w:sz w:val="28"/>
          <w:szCs w:val="28"/>
        </w:rPr>
        <w:t>u lý l</w:t>
      </w:r>
      <w:r w:rsidRPr="00D91D86">
        <w:rPr>
          <w:rFonts w:ascii="Times New Roman" w:hAnsi="Times New Roman" w:cs="Times New Roman"/>
          <w:sz w:val="28"/>
          <w:szCs w:val="28"/>
        </w:rPr>
        <w:t>ị</w:t>
      </w:r>
      <w:r w:rsidRPr="00D91D86">
        <w:rPr>
          <w:rFonts w:ascii="Times New Roman" w:hAnsi="Times New Roman" w:cs="Times New Roman"/>
          <w:sz w:val="28"/>
          <w:szCs w:val="28"/>
        </w:rPr>
        <w:t>ch có xác nh</w:t>
      </w:r>
      <w:r w:rsidRPr="00D91D86">
        <w:rPr>
          <w:rFonts w:ascii="Times New Roman" w:hAnsi="Times New Roman" w:cs="Times New Roman"/>
          <w:sz w:val="28"/>
          <w:szCs w:val="28"/>
        </w:rPr>
        <w:t>ậ</w:t>
      </w:r>
      <w:r w:rsidRPr="00D91D86">
        <w:rPr>
          <w:rFonts w:ascii="Times New Roman" w:hAnsi="Times New Roman" w:cs="Times New Roman"/>
          <w:sz w:val="28"/>
          <w:szCs w:val="28"/>
        </w:rPr>
        <w:t>n đ</w:t>
      </w:r>
      <w:r w:rsidRPr="00D91D86">
        <w:rPr>
          <w:rFonts w:ascii="Times New Roman" w:hAnsi="Times New Roman" w:cs="Times New Roman"/>
          <w:sz w:val="28"/>
          <w:szCs w:val="28"/>
        </w:rPr>
        <w:t>ị</w:t>
      </w:r>
      <w:r w:rsidRPr="00D91D86">
        <w:rPr>
          <w:rFonts w:ascii="Times New Roman" w:hAnsi="Times New Roman" w:cs="Times New Roman"/>
          <w:sz w:val="28"/>
          <w:szCs w:val="28"/>
        </w:rPr>
        <w:t>a phương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- Gi</w:t>
      </w:r>
      <w:r w:rsidRPr="00D91D86">
        <w:rPr>
          <w:rFonts w:ascii="Times New Roman" w:hAnsi="Times New Roman" w:cs="Times New Roman"/>
          <w:sz w:val="28"/>
          <w:szCs w:val="28"/>
        </w:rPr>
        <w:t>ấ</w:t>
      </w:r>
      <w:r w:rsidRPr="00D91D86">
        <w:rPr>
          <w:rFonts w:ascii="Times New Roman" w:hAnsi="Times New Roman" w:cs="Times New Roman"/>
          <w:sz w:val="28"/>
          <w:szCs w:val="28"/>
        </w:rPr>
        <w:t>y khám s</w:t>
      </w:r>
      <w:r w:rsidRPr="00D91D86">
        <w:rPr>
          <w:rFonts w:ascii="Times New Roman" w:hAnsi="Times New Roman" w:cs="Times New Roman"/>
          <w:sz w:val="28"/>
          <w:szCs w:val="28"/>
        </w:rPr>
        <w:t>ứ</w:t>
      </w:r>
      <w:r w:rsidRPr="00D91D86">
        <w:rPr>
          <w:rFonts w:ascii="Times New Roman" w:hAnsi="Times New Roman" w:cs="Times New Roman"/>
          <w:sz w:val="28"/>
          <w:szCs w:val="28"/>
        </w:rPr>
        <w:t>c kh</w:t>
      </w:r>
      <w:r w:rsidRPr="00D91D86">
        <w:rPr>
          <w:rFonts w:ascii="Times New Roman" w:hAnsi="Times New Roman" w:cs="Times New Roman"/>
          <w:sz w:val="28"/>
          <w:szCs w:val="28"/>
        </w:rPr>
        <w:t>ỏ</w:t>
      </w:r>
      <w:r w:rsidRPr="00D91D86">
        <w:rPr>
          <w:rFonts w:ascii="Times New Roman" w:hAnsi="Times New Roman" w:cs="Times New Roman"/>
          <w:sz w:val="28"/>
          <w:szCs w:val="28"/>
        </w:rPr>
        <w:t>e (trong vòng 06 tháng)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 xml:space="preserve">- </w:t>
      </w:r>
      <w:r w:rsidRPr="00D91D86">
        <w:rPr>
          <w:rFonts w:ascii="Times New Roman" w:hAnsi="Times New Roman" w:cs="Times New Roman"/>
          <w:sz w:val="28"/>
          <w:szCs w:val="28"/>
        </w:rPr>
        <w:t>Ả</w:t>
      </w:r>
      <w:r w:rsidRPr="00D91D86">
        <w:rPr>
          <w:rFonts w:ascii="Times New Roman" w:hAnsi="Times New Roman" w:cs="Times New Roman"/>
          <w:sz w:val="28"/>
          <w:szCs w:val="28"/>
        </w:rPr>
        <w:t>nh 3x4 (02 t</w:t>
      </w:r>
      <w:r w:rsidRPr="00D91D86">
        <w:rPr>
          <w:rFonts w:ascii="Times New Roman" w:hAnsi="Times New Roman" w:cs="Times New Roman"/>
          <w:sz w:val="28"/>
          <w:szCs w:val="28"/>
        </w:rPr>
        <w:t>ấ</w:t>
      </w:r>
      <w:r w:rsidRPr="00D91D86">
        <w:rPr>
          <w:rFonts w:ascii="Times New Roman" w:hAnsi="Times New Roman" w:cs="Times New Roman"/>
          <w:sz w:val="28"/>
          <w:szCs w:val="28"/>
        </w:rPr>
        <w:t>m)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- Các tài li</w:t>
      </w:r>
      <w:r w:rsidRPr="00D91D86">
        <w:rPr>
          <w:rFonts w:ascii="Times New Roman" w:hAnsi="Times New Roman" w:cs="Times New Roman"/>
          <w:sz w:val="28"/>
          <w:szCs w:val="28"/>
        </w:rPr>
        <w:t>ệ</w:t>
      </w:r>
      <w:r w:rsidRPr="00D91D86">
        <w:rPr>
          <w:rFonts w:ascii="Times New Roman" w:hAnsi="Times New Roman" w:cs="Times New Roman"/>
          <w:sz w:val="28"/>
          <w:szCs w:val="28"/>
        </w:rPr>
        <w:t>u khác (n</w:t>
      </w:r>
      <w:r w:rsidRPr="00D91D86">
        <w:rPr>
          <w:rFonts w:ascii="Times New Roman" w:hAnsi="Times New Roman" w:cs="Times New Roman"/>
          <w:sz w:val="28"/>
          <w:szCs w:val="28"/>
        </w:rPr>
        <w:t>ế</w:t>
      </w:r>
      <w:r w:rsidRPr="00D91D86">
        <w:rPr>
          <w:rFonts w:ascii="Times New Roman" w:hAnsi="Times New Roman" w:cs="Times New Roman"/>
          <w:sz w:val="28"/>
          <w:szCs w:val="28"/>
        </w:rPr>
        <w:t>u có)</w:t>
      </w:r>
    </w:p>
    <w:p w:rsidR="00DC4AE6" w:rsidRPr="00D91D86" w:rsidRDefault="00D91D86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D91D86">
        <w:rPr>
          <w:rFonts w:ascii="Times New Roman" w:hAnsi="Times New Roman" w:cs="Times New Roman"/>
          <w:color w:val="auto"/>
          <w:sz w:val="28"/>
          <w:szCs w:val="28"/>
        </w:rPr>
        <w:t>2. Th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ờ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i h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ạ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n hoàn t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ấ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t: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Trư</w:t>
      </w:r>
      <w:r w:rsidRPr="00D91D86">
        <w:rPr>
          <w:rFonts w:ascii="Times New Roman" w:hAnsi="Times New Roman" w:cs="Times New Roman"/>
          <w:sz w:val="28"/>
          <w:szCs w:val="28"/>
        </w:rPr>
        <w:t>ớ</w:t>
      </w:r>
      <w:r w:rsidRPr="00D91D86">
        <w:rPr>
          <w:rFonts w:ascii="Times New Roman" w:hAnsi="Times New Roman" w:cs="Times New Roman"/>
          <w:sz w:val="28"/>
          <w:szCs w:val="28"/>
        </w:rPr>
        <w:t xml:space="preserve">c ngày: </w:t>
      </w:r>
      <w:r w:rsidRPr="00D91D86">
        <w:rPr>
          <w:rFonts w:ascii="Cambria Math" w:hAnsi="Cambria Math" w:cs="Cambria Math"/>
          <w:sz w:val="28"/>
          <w:szCs w:val="28"/>
        </w:rPr>
        <w:t>⟦</w:t>
      </w:r>
      <w:r w:rsidRPr="00D91D86">
        <w:rPr>
          <w:rFonts w:ascii="Times New Roman" w:hAnsi="Times New Roman" w:cs="Times New Roman"/>
          <w:sz w:val="28"/>
          <w:szCs w:val="28"/>
        </w:rPr>
        <w:t>......</w:t>
      </w:r>
      <w:r w:rsidRPr="00D91D86">
        <w:rPr>
          <w:rFonts w:ascii="Cambria Math" w:hAnsi="Cambria Math" w:cs="Cambria Math"/>
          <w:sz w:val="28"/>
          <w:szCs w:val="28"/>
        </w:rPr>
        <w:t>⟧</w:t>
      </w:r>
    </w:p>
    <w:p w:rsidR="00DC4AE6" w:rsidRPr="00D91D86" w:rsidRDefault="00D91D86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D91D86">
        <w:rPr>
          <w:rFonts w:ascii="Times New Roman" w:hAnsi="Times New Roman" w:cs="Times New Roman"/>
          <w:color w:val="auto"/>
          <w:sz w:val="28"/>
          <w:szCs w:val="28"/>
        </w:rPr>
        <w:t>3. Cách th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ứ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c n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ộ</w:t>
      </w:r>
      <w:r w:rsidRPr="00D91D86">
        <w:rPr>
          <w:rFonts w:ascii="Times New Roman" w:hAnsi="Times New Roman" w:cs="Times New Roman"/>
          <w:color w:val="auto"/>
          <w:sz w:val="28"/>
          <w:szCs w:val="28"/>
        </w:rPr>
        <w:t>p: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- Tr</w:t>
      </w:r>
      <w:r w:rsidRPr="00D91D86">
        <w:rPr>
          <w:rFonts w:ascii="Times New Roman" w:hAnsi="Times New Roman" w:cs="Times New Roman"/>
          <w:sz w:val="28"/>
          <w:szCs w:val="28"/>
        </w:rPr>
        <w:t>ự</w:t>
      </w:r>
      <w:r w:rsidRPr="00D91D86">
        <w:rPr>
          <w:rFonts w:ascii="Times New Roman" w:hAnsi="Times New Roman" w:cs="Times New Roman"/>
          <w:sz w:val="28"/>
          <w:szCs w:val="28"/>
        </w:rPr>
        <w:t>c ti</w:t>
      </w:r>
      <w:r w:rsidRPr="00D91D86">
        <w:rPr>
          <w:rFonts w:ascii="Times New Roman" w:hAnsi="Times New Roman" w:cs="Times New Roman"/>
          <w:sz w:val="28"/>
          <w:szCs w:val="28"/>
        </w:rPr>
        <w:t>ế</w:t>
      </w:r>
      <w:r w:rsidRPr="00D91D86">
        <w:rPr>
          <w:rFonts w:ascii="Times New Roman" w:hAnsi="Times New Roman" w:cs="Times New Roman"/>
          <w:sz w:val="28"/>
          <w:szCs w:val="28"/>
        </w:rPr>
        <w:t>p t</w:t>
      </w:r>
      <w:r w:rsidRPr="00D91D86">
        <w:rPr>
          <w:rFonts w:ascii="Times New Roman" w:hAnsi="Times New Roman" w:cs="Times New Roman"/>
          <w:sz w:val="28"/>
          <w:szCs w:val="28"/>
        </w:rPr>
        <w:t>ạ</w:t>
      </w:r>
      <w:r w:rsidRPr="00D91D86">
        <w:rPr>
          <w:rFonts w:ascii="Times New Roman" w:hAnsi="Times New Roman" w:cs="Times New Roman"/>
          <w:sz w:val="28"/>
          <w:szCs w:val="28"/>
        </w:rPr>
        <w:t>i</w:t>
      </w:r>
      <w:r w:rsidRPr="00D91D86">
        <w:rPr>
          <w:rFonts w:ascii="Times New Roman" w:hAnsi="Times New Roman" w:cs="Times New Roman"/>
          <w:sz w:val="28"/>
          <w:szCs w:val="28"/>
        </w:rPr>
        <w:t xml:space="preserve"> phòng Hành chính - Nhân s</w:t>
      </w:r>
      <w:r w:rsidRPr="00D91D86">
        <w:rPr>
          <w:rFonts w:ascii="Times New Roman" w:hAnsi="Times New Roman" w:cs="Times New Roman"/>
          <w:sz w:val="28"/>
          <w:szCs w:val="28"/>
        </w:rPr>
        <w:t>ự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- Ho</w:t>
      </w:r>
      <w:r w:rsidRPr="00D91D86">
        <w:rPr>
          <w:rFonts w:ascii="Times New Roman" w:hAnsi="Times New Roman" w:cs="Times New Roman"/>
          <w:sz w:val="28"/>
          <w:szCs w:val="28"/>
        </w:rPr>
        <w:t>ặ</w:t>
      </w:r>
      <w:r w:rsidRPr="00D91D86">
        <w:rPr>
          <w:rFonts w:ascii="Times New Roman" w:hAnsi="Times New Roman" w:cs="Times New Roman"/>
          <w:sz w:val="28"/>
          <w:szCs w:val="28"/>
        </w:rPr>
        <w:t>c g</w:t>
      </w:r>
      <w:r w:rsidRPr="00D91D86">
        <w:rPr>
          <w:rFonts w:ascii="Times New Roman" w:hAnsi="Times New Roman" w:cs="Times New Roman"/>
          <w:sz w:val="28"/>
          <w:szCs w:val="28"/>
        </w:rPr>
        <w:t>ử</w:t>
      </w:r>
      <w:r w:rsidRPr="00D91D86">
        <w:rPr>
          <w:rFonts w:ascii="Times New Roman" w:hAnsi="Times New Roman" w:cs="Times New Roman"/>
          <w:sz w:val="28"/>
          <w:szCs w:val="28"/>
        </w:rPr>
        <w:t>i b</w:t>
      </w:r>
      <w:r w:rsidRPr="00D91D86">
        <w:rPr>
          <w:rFonts w:ascii="Times New Roman" w:hAnsi="Times New Roman" w:cs="Times New Roman"/>
          <w:sz w:val="28"/>
          <w:szCs w:val="28"/>
        </w:rPr>
        <w:t>ả</w:t>
      </w:r>
      <w:r w:rsidRPr="00D91D86">
        <w:rPr>
          <w:rFonts w:ascii="Times New Roman" w:hAnsi="Times New Roman" w:cs="Times New Roman"/>
          <w:sz w:val="28"/>
          <w:szCs w:val="28"/>
        </w:rPr>
        <w:t xml:space="preserve">n scan qua email: </w:t>
      </w:r>
      <w:r w:rsidRPr="00D91D86">
        <w:rPr>
          <w:rFonts w:ascii="Cambria Math" w:hAnsi="Cambria Math" w:cs="Cambria Math"/>
          <w:sz w:val="28"/>
          <w:szCs w:val="28"/>
        </w:rPr>
        <w:t>⟦</w:t>
      </w:r>
      <w:r w:rsidRPr="00D91D86">
        <w:rPr>
          <w:rFonts w:ascii="Times New Roman" w:hAnsi="Times New Roman" w:cs="Times New Roman"/>
          <w:sz w:val="28"/>
          <w:szCs w:val="28"/>
        </w:rPr>
        <w:t>email@congty.com</w:t>
      </w:r>
      <w:r w:rsidRPr="00D91D86">
        <w:rPr>
          <w:rFonts w:ascii="Cambria Math" w:hAnsi="Cambria Math" w:cs="Cambria Math"/>
          <w:sz w:val="28"/>
          <w:szCs w:val="28"/>
        </w:rPr>
        <w:t>⟧</w:t>
      </w:r>
    </w:p>
    <w:p w:rsidR="00DC4AE6" w:rsidRPr="00D91D86" w:rsidRDefault="00D91D86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D91D86">
        <w:rPr>
          <w:rFonts w:ascii="Times New Roman" w:hAnsi="Times New Roman" w:cs="Times New Roman"/>
          <w:color w:val="auto"/>
          <w:sz w:val="28"/>
          <w:szCs w:val="28"/>
        </w:rPr>
        <w:lastRenderedPageBreak/>
        <w:t>4. Lưu ý: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- Nhân s</w:t>
      </w:r>
      <w:r w:rsidRPr="00D91D86">
        <w:rPr>
          <w:rFonts w:ascii="Times New Roman" w:hAnsi="Times New Roman" w:cs="Times New Roman"/>
          <w:sz w:val="28"/>
          <w:szCs w:val="28"/>
        </w:rPr>
        <w:t>ự</w:t>
      </w:r>
      <w:r w:rsidRPr="00D91D86">
        <w:rPr>
          <w:rFonts w:ascii="Times New Roman" w:hAnsi="Times New Roman" w:cs="Times New Roman"/>
          <w:sz w:val="28"/>
          <w:szCs w:val="28"/>
        </w:rPr>
        <w:t xml:space="preserve"> không hoàn thành đúng h</w:t>
      </w:r>
      <w:r w:rsidRPr="00D91D86">
        <w:rPr>
          <w:rFonts w:ascii="Times New Roman" w:hAnsi="Times New Roman" w:cs="Times New Roman"/>
          <w:sz w:val="28"/>
          <w:szCs w:val="28"/>
        </w:rPr>
        <w:t>ạ</w:t>
      </w:r>
      <w:r w:rsidRPr="00D91D86">
        <w:rPr>
          <w:rFonts w:ascii="Times New Roman" w:hAnsi="Times New Roman" w:cs="Times New Roman"/>
          <w:sz w:val="28"/>
          <w:szCs w:val="28"/>
        </w:rPr>
        <w:t>n s</w:t>
      </w:r>
      <w:r w:rsidRPr="00D91D86">
        <w:rPr>
          <w:rFonts w:ascii="Times New Roman" w:hAnsi="Times New Roman" w:cs="Times New Roman"/>
          <w:sz w:val="28"/>
          <w:szCs w:val="28"/>
        </w:rPr>
        <w:t>ẽ</w:t>
      </w:r>
      <w:r w:rsidRPr="00D91D86">
        <w:rPr>
          <w:rFonts w:ascii="Times New Roman" w:hAnsi="Times New Roman" w:cs="Times New Roman"/>
          <w:sz w:val="28"/>
          <w:szCs w:val="28"/>
        </w:rPr>
        <w:t xml:space="preserve"> b</w:t>
      </w:r>
      <w:r w:rsidRPr="00D91D86">
        <w:rPr>
          <w:rFonts w:ascii="Times New Roman" w:hAnsi="Times New Roman" w:cs="Times New Roman"/>
          <w:sz w:val="28"/>
          <w:szCs w:val="28"/>
        </w:rPr>
        <w:t>ị</w:t>
      </w:r>
      <w:r w:rsidRPr="00D91D86">
        <w:rPr>
          <w:rFonts w:ascii="Times New Roman" w:hAnsi="Times New Roman" w:cs="Times New Roman"/>
          <w:sz w:val="28"/>
          <w:szCs w:val="28"/>
        </w:rPr>
        <w:t xml:space="preserve"> nh</w:t>
      </w:r>
      <w:r w:rsidRPr="00D91D86">
        <w:rPr>
          <w:rFonts w:ascii="Times New Roman" w:hAnsi="Times New Roman" w:cs="Times New Roman"/>
          <w:sz w:val="28"/>
          <w:szCs w:val="28"/>
        </w:rPr>
        <w:t>ắ</w:t>
      </w:r>
      <w:r w:rsidRPr="00D91D86">
        <w:rPr>
          <w:rFonts w:ascii="Times New Roman" w:hAnsi="Times New Roman" w:cs="Times New Roman"/>
          <w:sz w:val="28"/>
          <w:szCs w:val="28"/>
        </w:rPr>
        <w:t>c nh</w:t>
      </w:r>
      <w:r w:rsidRPr="00D91D86">
        <w:rPr>
          <w:rFonts w:ascii="Times New Roman" w:hAnsi="Times New Roman" w:cs="Times New Roman"/>
          <w:sz w:val="28"/>
          <w:szCs w:val="28"/>
        </w:rPr>
        <w:t>ở</w:t>
      </w:r>
      <w:r w:rsidRPr="00D91D86">
        <w:rPr>
          <w:rFonts w:ascii="Times New Roman" w:hAnsi="Times New Roman" w:cs="Times New Roman"/>
          <w:sz w:val="28"/>
          <w:szCs w:val="28"/>
        </w:rPr>
        <w:t xml:space="preserve"> và </w:t>
      </w:r>
      <w:r w:rsidRPr="00D91D86">
        <w:rPr>
          <w:rFonts w:ascii="Times New Roman" w:hAnsi="Times New Roman" w:cs="Times New Roman"/>
          <w:sz w:val="28"/>
          <w:szCs w:val="28"/>
        </w:rPr>
        <w:t>ả</w:t>
      </w:r>
      <w:r w:rsidRPr="00D91D86">
        <w:rPr>
          <w:rFonts w:ascii="Times New Roman" w:hAnsi="Times New Roman" w:cs="Times New Roman"/>
          <w:sz w:val="28"/>
          <w:szCs w:val="28"/>
        </w:rPr>
        <w:t>nh hư</w:t>
      </w:r>
      <w:r w:rsidRPr="00D91D86">
        <w:rPr>
          <w:rFonts w:ascii="Times New Roman" w:hAnsi="Times New Roman" w:cs="Times New Roman"/>
          <w:sz w:val="28"/>
          <w:szCs w:val="28"/>
        </w:rPr>
        <w:t>ở</w:t>
      </w:r>
      <w:r w:rsidRPr="00D91D86">
        <w:rPr>
          <w:rFonts w:ascii="Times New Roman" w:hAnsi="Times New Roman" w:cs="Times New Roman"/>
          <w:sz w:val="28"/>
          <w:szCs w:val="28"/>
        </w:rPr>
        <w:t>ng đ</w:t>
      </w:r>
      <w:r w:rsidRPr="00D91D86">
        <w:rPr>
          <w:rFonts w:ascii="Times New Roman" w:hAnsi="Times New Roman" w:cs="Times New Roman"/>
          <w:sz w:val="28"/>
          <w:szCs w:val="28"/>
        </w:rPr>
        <w:t>ế</w:t>
      </w:r>
      <w:r w:rsidRPr="00D91D86">
        <w:rPr>
          <w:rFonts w:ascii="Times New Roman" w:hAnsi="Times New Roman" w:cs="Times New Roman"/>
          <w:sz w:val="28"/>
          <w:szCs w:val="28"/>
        </w:rPr>
        <w:t>n đánh giá thi đua, khen thư</w:t>
      </w:r>
      <w:r w:rsidRPr="00D91D86">
        <w:rPr>
          <w:rFonts w:ascii="Times New Roman" w:hAnsi="Times New Roman" w:cs="Times New Roman"/>
          <w:sz w:val="28"/>
          <w:szCs w:val="28"/>
        </w:rPr>
        <w:t>ở</w:t>
      </w:r>
      <w:r w:rsidRPr="00D91D86">
        <w:rPr>
          <w:rFonts w:ascii="Times New Roman" w:hAnsi="Times New Roman" w:cs="Times New Roman"/>
          <w:sz w:val="28"/>
          <w:szCs w:val="28"/>
        </w:rPr>
        <w:t>ng.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- Trong trư</w:t>
      </w:r>
      <w:r w:rsidRPr="00D91D86">
        <w:rPr>
          <w:rFonts w:ascii="Times New Roman" w:hAnsi="Times New Roman" w:cs="Times New Roman"/>
          <w:sz w:val="28"/>
          <w:szCs w:val="28"/>
        </w:rPr>
        <w:t>ờ</w:t>
      </w:r>
      <w:r w:rsidRPr="00D91D86">
        <w:rPr>
          <w:rFonts w:ascii="Times New Roman" w:hAnsi="Times New Roman" w:cs="Times New Roman"/>
          <w:sz w:val="28"/>
          <w:szCs w:val="28"/>
        </w:rPr>
        <w:t>ng h</w:t>
      </w:r>
      <w:r w:rsidRPr="00D91D86">
        <w:rPr>
          <w:rFonts w:ascii="Times New Roman" w:hAnsi="Times New Roman" w:cs="Times New Roman"/>
          <w:sz w:val="28"/>
          <w:szCs w:val="28"/>
        </w:rPr>
        <w:t>ợ</w:t>
      </w:r>
      <w:r w:rsidRPr="00D91D86">
        <w:rPr>
          <w:rFonts w:ascii="Times New Roman" w:hAnsi="Times New Roman" w:cs="Times New Roman"/>
          <w:sz w:val="28"/>
          <w:szCs w:val="28"/>
        </w:rPr>
        <w:t>p có lý do đ</w:t>
      </w:r>
      <w:r w:rsidRPr="00D91D86">
        <w:rPr>
          <w:rFonts w:ascii="Times New Roman" w:hAnsi="Times New Roman" w:cs="Times New Roman"/>
          <w:sz w:val="28"/>
          <w:szCs w:val="28"/>
        </w:rPr>
        <w:t>ặ</w:t>
      </w:r>
      <w:r w:rsidRPr="00D91D86">
        <w:rPr>
          <w:rFonts w:ascii="Times New Roman" w:hAnsi="Times New Roman" w:cs="Times New Roman"/>
          <w:sz w:val="28"/>
          <w:szCs w:val="28"/>
        </w:rPr>
        <w:t>c bi</w:t>
      </w:r>
      <w:r w:rsidRPr="00D91D86">
        <w:rPr>
          <w:rFonts w:ascii="Times New Roman" w:hAnsi="Times New Roman" w:cs="Times New Roman"/>
          <w:sz w:val="28"/>
          <w:szCs w:val="28"/>
        </w:rPr>
        <w:t>ệ</w:t>
      </w:r>
      <w:r w:rsidRPr="00D91D86">
        <w:rPr>
          <w:rFonts w:ascii="Times New Roman" w:hAnsi="Times New Roman" w:cs="Times New Roman"/>
          <w:sz w:val="28"/>
          <w:szCs w:val="28"/>
        </w:rPr>
        <w:t>t c</w:t>
      </w:r>
      <w:r w:rsidRPr="00D91D86">
        <w:rPr>
          <w:rFonts w:ascii="Times New Roman" w:hAnsi="Times New Roman" w:cs="Times New Roman"/>
          <w:sz w:val="28"/>
          <w:szCs w:val="28"/>
        </w:rPr>
        <w:t>ầ</w:t>
      </w:r>
      <w:r w:rsidRPr="00D91D86">
        <w:rPr>
          <w:rFonts w:ascii="Times New Roman" w:hAnsi="Times New Roman" w:cs="Times New Roman"/>
          <w:sz w:val="28"/>
          <w:szCs w:val="28"/>
        </w:rPr>
        <w:t>n gia h</w:t>
      </w:r>
      <w:r w:rsidRPr="00D91D86">
        <w:rPr>
          <w:rFonts w:ascii="Times New Roman" w:hAnsi="Times New Roman" w:cs="Times New Roman"/>
          <w:sz w:val="28"/>
          <w:szCs w:val="28"/>
        </w:rPr>
        <w:t>ạ</w:t>
      </w:r>
      <w:r w:rsidRPr="00D91D86">
        <w:rPr>
          <w:rFonts w:ascii="Times New Roman" w:hAnsi="Times New Roman" w:cs="Times New Roman"/>
          <w:sz w:val="28"/>
          <w:szCs w:val="28"/>
        </w:rPr>
        <w:t>n, vui lòng liên h</w:t>
      </w:r>
      <w:r w:rsidRPr="00D91D86">
        <w:rPr>
          <w:rFonts w:ascii="Times New Roman" w:hAnsi="Times New Roman" w:cs="Times New Roman"/>
          <w:sz w:val="28"/>
          <w:szCs w:val="28"/>
        </w:rPr>
        <w:t>ệ</w:t>
      </w:r>
      <w:r w:rsidRPr="00D91D86">
        <w:rPr>
          <w:rFonts w:ascii="Times New Roman" w:hAnsi="Times New Roman" w:cs="Times New Roman"/>
          <w:sz w:val="28"/>
          <w:szCs w:val="28"/>
        </w:rPr>
        <w:t xml:space="preserve"> tr</w:t>
      </w:r>
      <w:r w:rsidRPr="00D91D86">
        <w:rPr>
          <w:rFonts w:ascii="Times New Roman" w:hAnsi="Times New Roman" w:cs="Times New Roman"/>
          <w:sz w:val="28"/>
          <w:szCs w:val="28"/>
        </w:rPr>
        <w:t>ự</w:t>
      </w:r>
      <w:r w:rsidRPr="00D91D86">
        <w:rPr>
          <w:rFonts w:ascii="Times New Roman" w:hAnsi="Times New Roman" w:cs="Times New Roman"/>
          <w:sz w:val="28"/>
          <w:szCs w:val="28"/>
        </w:rPr>
        <w:t>c ti</w:t>
      </w:r>
      <w:r w:rsidRPr="00D91D86">
        <w:rPr>
          <w:rFonts w:ascii="Times New Roman" w:hAnsi="Times New Roman" w:cs="Times New Roman"/>
          <w:sz w:val="28"/>
          <w:szCs w:val="28"/>
        </w:rPr>
        <w:t>ế</w:t>
      </w:r>
      <w:r w:rsidRPr="00D91D86">
        <w:rPr>
          <w:rFonts w:ascii="Times New Roman" w:hAnsi="Times New Roman" w:cs="Times New Roman"/>
          <w:sz w:val="28"/>
          <w:szCs w:val="28"/>
        </w:rPr>
        <w:t>p b</w:t>
      </w:r>
      <w:r w:rsidRPr="00D91D86">
        <w:rPr>
          <w:rFonts w:ascii="Times New Roman" w:hAnsi="Times New Roman" w:cs="Times New Roman"/>
          <w:sz w:val="28"/>
          <w:szCs w:val="28"/>
        </w:rPr>
        <w:t>ộ</w:t>
      </w:r>
      <w:r w:rsidRPr="00D91D86">
        <w:rPr>
          <w:rFonts w:ascii="Times New Roman" w:hAnsi="Times New Roman" w:cs="Times New Roman"/>
          <w:sz w:val="28"/>
          <w:szCs w:val="28"/>
        </w:rPr>
        <w:t xml:space="preserve"> ph</w:t>
      </w:r>
      <w:r w:rsidRPr="00D91D86">
        <w:rPr>
          <w:rFonts w:ascii="Times New Roman" w:hAnsi="Times New Roman" w:cs="Times New Roman"/>
          <w:sz w:val="28"/>
          <w:szCs w:val="28"/>
        </w:rPr>
        <w:t>ậ</w:t>
      </w:r>
      <w:r w:rsidRPr="00D91D86">
        <w:rPr>
          <w:rFonts w:ascii="Times New Roman" w:hAnsi="Times New Roman" w:cs="Times New Roman"/>
          <w:sz w:val="28"/>
          <w:szCs w:val="28"/>
        </w:rPr>
        <w:t>n nhân s</w:t>
      </w:r>
      <w:r w:rsidRPr="00D91D86">
        <w:rPr>
          <w:rFonts w:ascii="Times New Roman" w:hAnsi="Times New Roman" w:cs="Times New Roman"/>
          <w:sz w:val="28"/>
          <w:szCs w:val="28"/>
        </w:rPr>
        <w:t>ự</w:t>
      </w:r>
      <w:r w:rsidRPr="00D91D86">
        <w:rPr>
          <w:rFonts w:ascii="Times New Roman" w:hAnsi="Times New Roman" w:cs="Times New Roman"/>
          <w:sz w:val="28"/>
          <w:szCs w:val="28"/>
        </w:rPr>
        <w:t>.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Trân tr</w:t>
      </w:r>
      <w:r w:rsidRPr="00D91D86">
        <w:rPr>
          <w:rFonts w:ascii="Times New Roman" w:hAnsi="Times New Roman" w:cs="Times New Roman"/>
          <w:sz w:val="28"/>
          <w:szCs w:val="28"/>
        </w:rPr>
        <w:t>ọ</w:t>
      </w:r>
      <w:r w:rsidRPr="00D91D86">
        <w:rPr>
          <w:rFonts w:ascii="Times New Roman" w:hAnsi="Times New Roman" w:cs="Times New Roman"/>
          <w:sz w:val="28"/>
          <w:szCs w:val="28"/>
        </w:rPr>
        <w:t>ng thông báo!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Nơi nh</w:t>
      </w:r>
      <w:r w:rsidRPr="00D91D86">
        <w:rPr>
          <w:rFonts w:ascii="Times New Roman" w:hAnsi="Times New Roman" w:cs="Times New Roman"/>
          <w:sz w:val="28"/>
          <w:szCs w:val="28"/>
        </w:rPr>
        <w:t>ậ</w:t>
      </w:r>
      <w:r w:rsidRPr="00D91D86">
        <w:rPr>
          <w:rFonts w:ascii="Times New Roman" w:hAnsi="Times New Roman" w:cs="Times New Roman"/>
          <w:sz w:val="28"/>
          <w:szCs w:val="28"/>
        </w:rPr>
        <w:t>n: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- Toàn th</w:t>
      </w:r>
      <w:r w:rsidRPr="00D91D86">
        <w:rPr>
          <w:rFonts w:ascii="Times New Roman" w:hAnsi="Times New Roman" w:cs="Times New Roman"/>
          <w:sz w:val="28"/>
          <w:szCs w:val="28"/>
        </w:rPr>
        <w:t>ể</w:t>
      </w:r>
      <w:r w:rsidRPr="00D91D86">
        <w:rPr>
          <w:rFonts w:ascii="Times New Roman" w:hAnsi="Times New Roman" w:cs="Times New Roman"/>
          <w:sz w:val="28"/>
          <w:szCs w:val="28"/>
        </w:rPr>
        <w:t xml:space="preserve"> nhân viên</w:t>
      </w:r>
    </w:p>
    <w:p w:rsidR="00DC4AE6" w:rsidRPr="00D91D86" w:rsidRDefault="00D91D86">
      <w:pPr>
        <w:rPr>
          <w:rFonts w:ascii="Times New Roman" w:hAnsi="Times New Roman" w:cs="Times New Roman"/>
          <w:sz w:val="28"/>
          <w:szCs w:val="28"/>
        </w:rPr>
      </w:pPr>
      <w:r w:rsidRPr="00D91D86">
        <w:rPr>
          <w:rFonts w:ascii="Times New Roman" w:hAnsi="Times New Roman" w:cs="Times New Roman"/>
          <w:sz w:val="28"/>
          <w:szCs w:val="28"/>
        </w:rPr>
        <w:t>- Lưu VP/NS</w:t>
      </w:r>
    </w:p>
    <w:p w:rsidR="00DC4AE6" w:rsidRPr="00D91D86" w:rsidRDefault="00D91D86" w:rsidP="00D91D8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91D86">
        <w:rPr>
          <w:rFonts w:ascii="Times New Roman" w:hAnsi="Times New Roman" w:cs="Times New Roman"/>
          <w:b/>
          <w:sz w:val="28"/>
          <w:szCs w:val="28"/>
        </w:rPr>
        <w:br/>
        <w:t>Đ</w:t>
      </w:r>
      <w:r w:rsidRPr="00D91D86">
        <w:rPr>
          <w:rFonts w:ascii="Times New Roman" w:hAnsi="Times New Roman" w:cs="Times New Roman"/>
          <w:b/>
          <w:sz w:val="28"/>
          <w:szCs w:val="28"/>
        </w:rPr>
        <w:t>Ạ</w:t>
      </w:r>
      <w:r w:rsidRPr="00D91D86">
        <w:rPr>
          <w:rFonts w:ascii="Times New Roman" w:hAnsi="Times New Roman" w:cs="Times New Roman"/>
          <w:b/>
          <w:sz w:val="28"/>
          <w:szCs w:val="28"/>
        </w:rPr>
        <w:t>I DI</w:t>
      </w:r>
      <w:r w:rsidRPr="00D91D86">
        <w:rPr>
          <w:rFonts w:ascii="Times New Roman" w:hAnsi="Times New Roman" w:cs="Times New Roman"/>
          <w:b/>
          <w:sz w:val="28"/>
          <w:szCs w:val="28"/>
        </w:rPr>
        <w:t>Ệ</w:t>
      </w:r>
      <w:r w:rsidRPr="00D91D86">
        <w:rPr>
          <w:rFonts w:ascii="Times New Roman" w:hAnsi="Times New Roman" w:cs="Times New Roman"/>
          <w:b/>
          <w:sz w:val="28"/>
          <w:szCs w:val="28"/>
        </w:rPr>
        <w:t>N BAN GIÁM Đ</w:t>
      </w:r>
      <w:r w:rsidRPr="00D91D86">
        <w:rPr>
          <w:rFonts w:ascii="Times New Roman" w:hAnsi="Times New Roman" w:cs="Times New Roman"/>
          <w:b/>
          <w:sz w:val="28"/>
          <w:szCs w:val="28"/>
        </w:rPr>
        <w:t>Ố</w:t>
      </w:r>
      <w:r w:rsidRPr="00D91D86">
        <w:rPr>
          <w:rFonts w:ascii="Times New Roman" w:hAnsi="Times New Roman" w:cs="Times New Roman"/>
          <w:b/>
          <w:sz w:val="28"/>
          <w:szCs w:val="28"/>
        </w:rPr>
        <w:t>C</w:t>
      </w:r>
    </w:p>
    <w:p w:rsidR="00DC4AE6" w:rsidRPr="00D91D86" w:rsidRDefault="00D91D86" w:rsidP="00D91D8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91D86">
        <w:rPr>
          <w:rFonts w:ascii="Times New Roman" w:hAnsi="Times New Roman" w:cs="Times New Roman"/>
          <w:b/>
          <w:sz w:val="28"/>
          <w:szCs w:val="28"/>
        </w:rPr>
        <w:t>(Ch</w:t>
      </w:r>
      <w:r w:rsidRPr="00D91D86">
        <w:rPr>
          <w:rFonts w:ascii="Times New Roman" w:hAnsi="Times New Roman" w:cs="Times New Roman"/>
          <w:b/>
          <w:sz w:val="28"/>
          <w:szCs w:val="28"/>
        </w:rPr>
        <w:t>ữ</w:t>
      </w:r>
      <w:r w:rsidRPr="00D91D86">
        <w:rPr>
          <w:rFonts w:ascii="Times New Roman" w:hAnsi="Times New Roman" w:cs="Times New Roman"/>
          <w:b/>
          <w:sz w:val="28"/>
          <w:szCs w:val="28"/>
        </w:rPr>
        <w:t xml:space="preserve"> ký, h</w:t>
      </w:r>
      <w:r w:rsidRPr="00D91D86">
        <w:rPr>
          <w:rFonts w:ascii="Times New Roman" w:hAnsi="Times New Roman" w:cs="Times New Roman"/>
          <w:b/>
          <w:sz w:val="28"/>
          <w:szCs w:val="28"/>
        </w:rPr>
        <w:t>ọ</w:t>
      </w:r>
      <w:r w:rsidRPr="00D91D86">
        <w:rPr>
          <w:rFonts w:ascii="Times New Roman" w:hAnsi="Times New Roman" w:cs="Times New Roman"/>
          <w:b/>
          <w:sz w:val="28"/>
          <w:szCs w:val="28"/>
        </w:rPr>
        <w:t xml:space="preserve"> tên, đóng d</w:t>
      </w:r>
      <w:r w:rsidRPr="00D91D86">
        <w:rPr>
          <w:rFonts w:ascii="Times New Roman" w:hAnsi="Times New Roman" w:cs="Times New Roman"/>
          <w:b/>
          <w:sz w:val="28"/>
          <w:szCs w:val="28"/>
        </w:rPr>
        <w:t>ấ</w:t>
      </w:r>
      <w:r w:rsidRPr="00D91D86">
        <w:rPr>
          <w:rFonts w:ascii="Times New Roman" w:hAnsi="Times New Roman" w:cs="Times New Roman"/>
          <w:b/>
          <w:sz w:val="28"/>
          <w:szCs w:val="28"/>
        </w:rPr>
        <w:t>u)</w:t>
      </w:r>
    </w:p>
    <w:p w:rsidR="00DC4AE6" w:rsidRPr="00D91D86" w:rsidRDefault="00D91D86" w:rsidP="00D91D86">
      <w:pPr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91D86">
        <w:rPr>
          <w:rFonts w:ascii="Cambria Math" w:hAnsi="Cambria Math" w:cs="Cambria Math"/>
          <w:b/>
          <w:sz w:val="28"/>
          <w:szCs w:val="28"/>
        </w:rPr>
        <w:t>⟦</w:t>
      </w:r>
      <w:r w:rsidRPr="00D91D86">
        <w:rPr>
          <w:rFonts w:ascii="Times New Roman" w:hAnsi="Times New Roman" w:cs="Times New Roman"/>
          <w:b/>
          <w:sz w:val="28"/>
          <w:szCs w:val="28"/>
        </w:rPr>
        <w:t>......</w:t>
      </w:r>
      <w:r w:rsidRPr="00D91D86">
        <w:rPr>
          <w:rFonts w:ascii="Cambria Math" w:hAnsi="Cambria Math" w:cs="Cambria Math"/>
          <w:b/>
          <w:sz w:val="28"/>
          <w:szCs w:val="28"/>
        </w:rPr>
        <w:t>⟧</w:t>
      </w:r>
    </w:p>
    <w:sectPr w:rsidR="00DC4AE6" w:rsidRPr="00D91D8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91D86"/>
    <w:rsid w:val="00DC4A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93E22B60-D1DC-40A1-98B8-00A9625E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416FD1-DFCB-458F-9957-EADB3F458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THÔNG BÁO</vt:lpstr>
      <vt:lpstr>    1. Danh mục hồ sơ cần bổ sung/cập nhật:</vt:lpstr>
      <vt:lpstr>    2. Thời hạn hoàn tất:</vt:lpstr>
      <vt:lpstr>    3. Cách thức nộp:</vt:lpstr>
      <vt:lpstr>    4. Lưu ý:</vt:lpstr>
    </vt:vector>
  </TitlesOfParts>
  <Manager/>
  <Company/>
  <LinksUpToDate>false</LinksUpToDate>
  <CharactersWithSpaces>1150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2025-05-16T01:11:00Z</dcterms:created>
  <dcterms:modified xsi:type="dcterms:W3CDTF">2025-05-16T01:11:00Z</dcterms:modified>
  <cp:category/>
</cp:coreProperties>
</file>