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D5A" w:rsidRDefault="00594B98">
      <w:pPr>
        <w:pStyle w:val="Heading1"/>
        <w:rPr>
          <w:rFonts w:ascii="Times New Roman" w:hAnsi="Times New Roman" w:cs="Times New Roman"/>
          <w:color w:val="auto"/>
        </w:rPr>
      </w:pPr>
      <w:r w:rsidRPr="00594B98">
        <w:rPr>
          <w:rFonts w:ascii="Times New Roman" w:hAnsi="Times New Roman" w:cs="Times New Roman"/>
          <w:color w:val="auto"/>
        </w:rPr>
        <w:t>CƠ S</w:t>
      </w:r>
      <w:r w:rsidRPr="00594B98">
        <w:rPr>
          <w:rFonts w:ascii="Times New Roman" w:hAnsi="Times New Roman" w:cs="Times New Roman"/>
          <w:color w:val="auto"/>
        </w:rPr>
        <w:t>Ở</w:t>
      </w:r>
      <w:r w:rsidRPr="00594B98">
        <w:rPr>
          <w:rFonts w:ascii="Times New Roman" w:hAnsi="Times New Roman" w:cs="Times New Roman"/>
          <w:color w:val="auto"/>
        </w:rPr>
        <w:t xml:space="preserve"> D</w:t>
      </w:r>
      <w:r w:rsidRPr="00594B98">
        <w:rPr>
          <w:rFonts w:ascii="Times New Roman" w:hAnsi="Times New Roman" w:cs="Times New Roman"/>
          <w:color w:val="auto"/>
        </w:rPr>
        <w:t>Ạ</w:t>
      </w:r>
      <w:r w:rsidRPr="00594B98">
        <w:rPr>
          <w:rFonts w:ascii="Times New Roman" w:hAnsi="Times New Roman" w:cs="Times New Roman"/>
          <w:color w:val="auto"/>
        </w:rPr>
        <w:t>Y THÊM ……………</w:t>
      </w:r>
    </w:p>
    <w:p w:rsidR="00594B98" w:rsidRPr="00594B98" w:rsidRDefault="00594B98" w:rsidP="00594B98">
      <w:pPr>
        <w:rPr>
          <w:b/>
        </w:rPr>
      </w:pPr>
    </w:p>
    <w:p w:rsidR="00594B98" w:rsidRDefault="00594B98" w:rsidP="00594B98">
      <w:pPr>
        <w:pStyle w:val="Heading2"/>
        <w:jc w:val="center"/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</w:pPr>
      <w:r w:rsidRPr="00594B98">
        <w:rPr>
          <w:rStyle w:val="Strong"/>
          <w:rFonts w:ascii="Times New Roman" w:hAnsi="Times New Roman" w:cs="Times New Roman"/>
          <w:b/>
          <w:color w:val="auto"/>
          <w:sz w:val="28"/>
          <w:szCs w:val="28"/>
        </w:rPr>
        <w:t>PHIẾU ĐĂNG KÝ HỌC THÊM</w:t>
      </w:r>
    </w:p>
    <w:p w:rsidR="00594B98" w:rsidRPr="00594B98" w:rsidRDefault="00594B98" w:rsidP="00594B98"/>
    <w:p w:rsidR="006A5D5A" w:rsidRPr="00594B98" w:rsidRDefault="00594B98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594B98">
        <w:rPr>
          <w:rFonts w:ascii="Times New Roman" w:hAnsi="Times New Roman" w:cs="Times New Roman"/>
          <w:color w:val="auto"/>
          <w:sz w:val="28"/>
          <w:szCs w:val="28"/>
        </w:rPr>
        <w:t>1. Thông tin h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ọ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c viên: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 xml:space="preserve"> và tên: ……………………………………………………………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Ngày sinh: ……………………………………………………………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L</w:t>
      </w:r>
      <w:r w:rsidRPr="00594B98">
        <w:rPr>
          <w:rFonts w:ascii="Times New Roman" w:hAnsi="Times New Roman" w:cs="Times New Roman"/>
          <w:sz w:val="28"/>
          <w:szCs w:val="28"/>
        </w:rPr>
        <w:t>ớ</w:t>
      </w:r>
      <w:r w:rsidRPr="00594B98">
        <w:rPr>
          <w:rFonts w:ascii="Times New Roman" w:hAnsi="Times New Roman" w:cs="Times New Roman"/>
          <w:sz w:val="28"/>
          <w:szCs w:val="28"/>
        </w:rPr>
        <w:t>p/Trư</w:t>
      </w:r>
      <w:r w:rsidRPr="00594B98">
        <w:rPr>
          <w:rFonts w:ascii="Times New Roman" w:hAnsi="Times New Roman" w:cs="Times New Roman"/>
          <w:sz w:val="28"/>
          <w:szCs w:val="28"/>
        </w:rPr>
        <w:t>ờ</w:t>
      </w:r>
      <w:r w:rsidRPr="00594B98">
        <w:rPr>
          <w:rFonts w:ascii="Times New Roman" w:hAnsi="Times New Roman" w:cs="Times New Roman"/>
          <w:sz w:val="28"/>
          <w:szCs w:val="28"/>
        </w:rPr>
        <w:t>ng đang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c: 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Đ</w:t>
      </w:r>
      <w:r w:rsidRPr="00594B98">
        <w:rPr>
          <w:rFonts w:ascii="Times New Roman" w:hAnsi="Times New Roman" w:cs="Times New Roman"/>
          <w:sz w:val="28"/>
          <w:szCs w:val="28"/>
        </w:rPr>
        <w:t>ị</w:t>
      </w:r>
      <w:r w:rsidRPr="00594B98">
        <w:rPr>
          <w:rFonts w:ascii="Times New Roman" w:hAnsi="Times New Roman" w:cs="Times New Roman"/>
          <w:sz w:val="28"/>
          <w:szCs w:val="28"/>
        </w:rPr>
        <w:t>a ch</w:t>
      </w:r>
      <w:r w:rsidRPr="00594B98">
        <w:rPr>
          <w:rFonts w:ascii="Times New Roman" w:hAnsi="Times New Roman" w:cs="Times New Roman"/>
          <w:sz w:val="28"/>
          <w:szCs w:val="28"/>
        </w:rPr>
        <w:t>ỉ</w:t>
      </w:r>
      <w:r w:rsidRPr="00594B98">
        <w:rPr>
          <w:rFonts w:ascii="Times New Roman" w:hAnsi="Times New Roman" w:cs="Times New Roman"/>
          <w:sz w:val="28"/>
          <w:szCs w:val="28"/>
        </w:rPr>
        <w:t>: ………………………………………………………………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S</w:t>
      </w:r>
      <w:r w:rsidRPr="00594B98">
        <w:rPr>
          <w:rFonts w:ascii="Times New Roman" w:hAnsi="Times New Roman" w:cs="Times New Roman"/>
          <w:sz w:val="28"/>
          <w:szCs w:val="28"/>
        </w:rPr>
        <w:t>ố</w:t>
      </w:r>
      <w:r w:rsidRPr="00594B98">
        <w:rPr>
          <w:rFonts w:ascii="Times New Roman" w:hAnsi="Times New Roman" w:cs="Times New Roman"/>
          <w:sz w:val="28"/>
          <w:szCs w:val="28"/>
        </w:rPr>
        <w:t xml:space="preserve"> đi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>n tho</w:t>
      </w:r>
      <w:r w:rsidRPr="00594B98">
        <w:rPr>
          <w:rFonts w:ascii="Times New Roman" w:hAnsi="Times New Roman" w:cs="Times New Roman"/>
          <w:sz w:val="28"/>
          <w:szCs w:val="28"/>
        </w:rPr>
        <w:t>ạ</w:t>
      </w:r>
      <w:r w:rsidRPr="00594B98">
        <w:rPr>
          <w:rFonts w:ascii="Times New Roman" w:hAnsi="Times New Roman" w:cs="Times New Roman"/>
          <w:sz w:val="28"/>
          <w:szCs w:val="28"/>
        </w:rPr>
        <w:t xml:space="preserve">i: </w:t>
      </w:r>
      <w:r w:rsidRPr="00594B98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Email (n</w:t>
      </w:r>
      <w:r w:rsidRPr="00594B98">
        <w:rPr>
          <w:rFonts w:ascii="Times New Roman" w:hAnsi="Times New Roman" w:cs="Times New Roman"/>
          <w:sz w:val="28"/>
          <w:szCs w:val="28"/>
        </w:rPr>
        <w:t>ế</w:t>
      </w:r>
      <w:r w:rsidRPr="00594B98">
        <w:rPr>
          <w:rFonts w:ascii="Times New Roman" w:hAnsi="Times New Roman" w:cs="Times New Roman"/>
          <w:sz w:val="28"/>
          <w:szCs w:val="28"/>
        </w:rPr>
        <w:t>u có): ………………………………………………………</w:t>
      </w:r>
    </w:p>
    <w:p w:rsidR="006A5D5A" w:rsidRPr="00594B98" w:rsidRDefault="00594B98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594B98">
        <w:rPr>
          <w:rFonts w:ascii="Times New Roman" w:hAnsi="Times New Roman" w:cs="Times New Roman"/>
          <w:color w:val="auto"/>
          <w:sz w:val="28"/>
          <w:szCs w:val="28"/>
        </w:rPr>
        <w:t>2. Thông tin ph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 xml:space="preserve"> huynh (n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u h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ọ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c viên là h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ọ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c sinh):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 xml:space="preserve"> tên ph</w:t>
      </w:r>
      <w:r w:rsidRPr="00594B98">
        <w:rPr>
          <w:rFonts w:ascii="Times New Roman" w:hAnsi="Times New Roman" w:cs="Times New Roman"/>
          <w:sz w:val="28"/>
          <w:szCs w:val="28"/>
        </w:rPr>
        <w:t>ụ</w:t>
      </w:r>
      <w:r w:rsidRPr="00594B98">
        <w:rPr>
          <w:rFonts w:ascii="Times New Roman" w:hAnsi="Times New Roman" w:cs="Times New Roman"/>
          <w:sz w:val="28"/>
          <w:szCs w:val="28"/>
        </w:rPr>
        <w:t xml:space="preserve"> huynh: 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Quan h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 xml:space="preserve"> v</w:t>
      </w:r>
      <w:r w:rsidRPr="00594B98">
        <w:rPr>
          <w:rFonts w:ascii="Times New Roman" w:hAnsi="Times New Roman" w:cs="Times New Roman"/>
          <w:sz w:val="28"/>
          <w:szCs w:val="28"/>
        </w:rPr>
        <w:t>ớ</w:t>
      </w:r>
      <w:r w:rsidRPr="00594B98">
        <w:rPr>
          <w:rFonts w:ascii="Times New Roman" w:hAnsi="Times New Roman" w:cs="Times New Roman"/>
          <w:sz w:val="28"/>
          <w:szCs w:val="28"/>
        </w:rPr>
        <w:t>i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 viên: 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S</w:t>
      </w:r>
      <w:r w:rsidRPr="00594B98">
        <w:rPr>
          <w:rFonts w:ascii="Times New Roman" w:hAnsi="Times New Roman" w:cs="Times New Roman"/>
          <w:sz w:val="28"/>
          <w:szCs w:val="28"/>
        </w:rPr>
        <w:t>ố</w:t>
      </w:r>
      <w:r w:rsidRPr="00594B98">
        <w:rPr>
          <w:rFonts w:ascii="Times New Roman" w:hAnsi="Times New Roman" w:cs="Times New Roman"/>
          <w:sz w:val="28"/>
          <w:szCs w:val="28"/>
        </w:rPr>
        <w:t xml:space="preserve"> đi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>n tho</w:t>
      </w:r>
      <w:r w:rsidRPr="00594B98">
        <w:rPr>
          <w:rFonts w:ascii="Times New Roman" w:hAnsi="Times New Roman" w:cs="Times New Roman"/>
          <w:sz w:val="28"/>
          <w:szCs w:val="28"/>
        </w:rPr>
        <w:t>ạ</w:t>
      </w:r>
      <w:r w:rsidRPr="00594B98">
        <w:rPr>
          <w:rFonts w:ascii="Times New Roman" w:hAnsi="Times New Roman" w:cs="Times New Roman"/>
          <w:sz w:val="28"/>
          <w:szCs w:val="28"/>
        </w:rPr>
        <w:t>i liên h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>: ………………………………………………</w:t>
      </w:r>
    </w:p>
    <w:p w:rsidR="006A5D5A" w:rsidRPr="00594B98" w:rsidRDefault="00594B98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594B98">
        <w:rPr>
          <w:rFonts w:ascii="Times New Roman" w:hAnsi="Times New Roman" w:cs="Times New Roman"/>
          <w:color w:val="auto"/>
          <w:sz w:val="28"/>
          <w:szCs w:val="28"/>
        </w:rPr>
        <w:t>3. N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ộ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i dung đăng ký: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 xml:space="preserve">Môn </w:t>
      </w:r>
      <w:r w:rsidRPr="00594B98">
        <w:rPr>
          <w:rFonts w:ascii="Times New Roman" w:hAnsi="Times New Roman" w:cs="Times New Roman"/>
          <w:sz w:val="28"/>
          <w:szCs w:val="28"/>
        </w:rPr>
        <w:t>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c: ……………………………………………………………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L</w:t>
      </w:r>
      <w:r w:rsidRPr="00594B98">
        <w:rPr>
          <w:rFonts w:ascii="Times New Roman" w:hAnsi="Times New Roman" w:cs="Times New Roman"/>
          <w:sz w:val="28"/>
          <w:szCs w:val="28"/>
        </w:rPr>
        <w:t>ớ</w:t>
      </w:r>
      <w:r w:rsidRPr="00594B98">
        <w:rPr>
          <w:rFonts w:ascii="Times New Roman" w:hAnsi="Times New Roman" w:cs="Times New Roman"/>
          <w:sz w:val="28"/>
          <w:szCs w:val="28"/>
        </w:rPr>
        <w:t>p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 thêm đăng ký: 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Hình th</w:t>
      </w:r>
      <w:r w:rsidRPr="00594B98">
        <w:rPr>
          <w:rFonts w:ascii="Times New Roman" w:hAnsi="Times New Roman" w:cs="Times New Roman"/>
          <w:sz w:val="28"/>
          <w:szCs w:val="28"/>
        </w:rPr>
        <w:t>ứ</w:t>
      </w:r>
      <w:r w:rsidRPr="00594B98">
        <w:rPr>
          <w:rFonts w:ascii="Times New Roman" w:hAnsi="Times New Roman" w:cs="Times New Roman"/>
          <w:sz w:val="28"/>
          <w:szCs w:val="28"/>
        </w:rPr>
        <w:t>c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c: □ Nhóm □ Cá nhân □ Tr</w:t>
      </w:r>
      <w:r w:rsidRPr="00594B98">
        <w:rPr>
          <w:rFonts w:ascii="Times New Roman" w:hAnsi="Times New Roman" w:cs="Times New Roman"/>
          <w:sz w:val="28"/>
          <w:szCs w:val="28"/>
        </w:rPr>
        <w:t>ự</w:t>
      </w:r>
      <w:r w:rsidRPr="00594B98">
        <w:rPr>
          <w:rFonts w:ascii="Times New Roman" w:hAnsi="Times New Roman" w:cs="Times New Roman"/>
          <w:sz w:val="28"/>
          <w:szCs w:val="28"/>
        </w:rPr>
        <w:t>c tuy</w:t>
      </w:r>
      <w:r w:rsidRPr="00594B98">
        <w:rPr>
          <w:rFonts w:ascii="Times New Roman" w:hAnsi="Times New Roman" w:cs="Times New Roman"/>
          <w:sz w:val="28"/>
          <w:szCs w:val="28"/>
        </w:rPr>
        <w:t>ế</w:t>
      </w:r>
      <w:r w:rsidRPr="00594B98">
        <w:rPr>
          <w:rFonts w:ascii="Times New Roman" w:hAnsi="Times New Roman" w:cs="Times New Roman"/>
          <w:sz w:val="28"/>
          <w:szCs w:val="28"/>
        </w:rPr>
        <w:t>n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Th</w:t>
      </w:r>
      <w:r w:rsidRPr="00594B98">
        <w:rPr>
          <w:rFonts w:ascii="Times New Roman" w:hAnsi="Times New Roman" w:cs="Times New Roman"/>
          <w:sz w:val="28"/>
          <w:szCs w:val="28"/>
        </w:rPr>
        <w:t>ờ</w:t>
      </w:r>
      <w:r w:rsidRPr="00594B98">
        <w:rPr>
          <w:rFonts w:ascii="Times New Roman" w:hAnsi="Times New Roman" w:cs="Times New Roman"/>
          <w:sz w:val="28"/>
          <w:szCs w:val="28"/>
        </w:rPr>
        <w:t>i gian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c: 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Đ</w:t>
      </w:r>
      <w:r w:rsidRPr="00594B98">
        <w:rPr>
          <w:rFonts w:ascii="Times New Roman" w:hAnsi="Times New Roman" w:cs="Times New Roman"/>
          <w:sz w:val="28"/>
          <w:szCs w:val="28"/>
        </w:rPr>
        <w:t>ị</w:t>
      </w:r>
      <w:r w:rsidRPr="00594B98">
        <w:rPr>
          <w:rFonts w:ascii="Times New Roman" w:hAnsi="Times New Roman" w:cs="Times New Roman"/>
          <w:sz w:val="28"/>
          <w:szCs w:val="28"/>
        </w:rPr>
        <w:t>a đi</w:t>
      </w:r>
      <w:r w:rsidRPr="00594B98">
        <w:rPr>
          <w:rFonts w:ascii="Times New Roman" w:hAnsi="Times New Roman" w:cs="Times New Roman"/>
          <w:sz w:val="28"/>
          <w:szCs w:val="28"/>
        </w:rPr>
        <w:t>ể</w:t>
      </w:r>
      <w:r w:rsidRPr="00594B98">
        <w:rPr>
          <w:rFonts w:ascii="Times New Roman" w:hAnsi="Times New Roman" w:cs="Times New Roman"/>
          <w:sz w:val="28"/>
          <w:szCs w:val="28"/>
        </w:rPr>
        <w:t>m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c: ………………………………………………………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 phí: ……………… VNĐ □ Theo bu</w:t>
      </w:r>
      <w:r w:rsidRPr="00594B98">
        <w:rPr>
          <w:rFonts w:ascii="Times New Roman" w:hAnsi="Times New Roman" w:cs="Times New Roman"/>
          <w:sz w:val="28"/>
          <w:szCs w:val="28"/>
        </w:rPr>
        <w:t>ổ</w:t>
      </w:r>
      <w:r w:rsidRPr="00594B98">
        <w:rPr>
          <w:rFonts w:ascii="Times New Roman" w:hAnsi="Times New Roman" w:cs="Times New Roman"/>
          <w:sz w:val="28"/>
          <w:szCs w:val="28"/>
        </w:rPr>
        <w:t>i □ Theo tháng □ Tr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n khóa</w:t>
      </w:r>
    </w:p>
    <w:p w:rsidR="006A5D5A" w:rsidRPr="00594B98" w:rsidRDefault="00594B98">
      <w:pPr>
        <w:pStyle w:val="Heading2"/>
        <w:rPr>
          <w:rFonts w:ascii="Times New Roman" w:hAnsi="Times New Roman" w:cs="Times New Roman"/>
          <w:color w:val="auto"/>
          <w:sz w:val="28"/>
          <w:szCs w:val="28"/>
        </w:rPr>
      </w:pPr>
      <w:r w:rsidRPr="00594B98">
        <w:rPr>
          <w:rFonts w:ascii="Times New Roman" w:hAnsi="Times New Roman" w:cs="Times New Roman"/>
          <w:color w:val="auto"/>
          <w:sz w:val="28"/>
          <w:szCs w:val="28"/>
        </w:rPr>
        <w:lastRenderedPageBreak/>
        <w:t>4. Cam k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ế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t c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ủ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a h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ọ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c viên/ph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>ụ</w:t>
      </w:r>
      <w:r w:rsidRPr="00594B98">
        <w:rPr>
          <w:rFonts w:ascii="Times New Roman" w:hAnsi="Times New Roman" w:cs="Times New Roman"/>
          <w:color w:val="auto"/>
          <w:sz w:val="28"/>
          <w:szCs w:val="28"/>
        </w:rPr>
        <w:t xml:space="preserve"> hu</w:t>
      </w:r>
      <w:bookmarkStart w:id="0" w:name="_GoBack"/>
      <w:bookmarkEnd w:id="0"/>
      <w:r w:rsidRPr="00594B98">
        <w:rPr>
          <w:rFonts w:ascii="Times New Roman" w:hAnsi="Times New Roman" w:cs="Times New Roman"/>
          <w:color w:val="auto"/>
          <w:sz w:val="28"/>
          <w:szCs w:val="28"/>
        </w:rPr>
        <w:t>ynh:</w:t>
      </w:r>
    </w:p>
    <w:p w:rsidR="006A5D5A" w:rsidRPr="00594B98" w:rsidRDefault="00594B98">
      <w:pPr>
        <w:rPr>
          <w:rFonts w:ascii="Times New Roman" w:hAnsi="Times New Roman" w:cs="Times New Roman"/>
          <w:sz w:val="28"/>
          <w:szCs w:val="28"/>
        </w:rPr>
      </w:pPr>
      <w:r w:rsidRPr="00594B98">
        <w:rPr>
          <w:rFonts w:ascii="Times New Roman" w:hAnsi="Times New Roman" w:cs="Times New Roman"/>
          <w:sz w:val="28"/>
          <w:szCs w:val="28"/>
        </w:rPr>
        <w:t>Tôi cam k</w:t>
      </w:r>
      <w:r w:rsidRPr="00594B98">
        <w:rPr>
          <w:rFonts w:ascii="Times New Roman" w:hAnsi="Times New Roman" w:cs="Times New Roman"/>
          <w:sz w:val="28"/>
          <w:szCs w:val="28"/>
        </w:rPr>
        <w:t>ế</w:t>
      </w:r>
      <w:r w:rsidRPr="00594B98">
        <w:rPr>
          <w:rFonts w:ascii="Times New Roman" w:hAnsi="Times New Roman" w:cs="Times New Roman"/>
          <w:sz w:val="28"/>
          <w:szCs w:val="28"/>
        </w:rPr>
        <w:t>t th</w:t>
      </w:r>
      <w:r w:rsidRPr="00594B98">
        <w:rPr>
          <w:rFonts w:ascii="Times New Roman" w:hAnsi="Times New Roman" w:cs="Times New Roman"/>
          <w:sz w:val="28"/>
          <w:szCs w:val="28"/>
        </w:rPr>
        <w:t>ự</w:t>
      </w:r>
      <w:r w:rsidRPr="00594B98">
        <w:rPr>
          <w:rFonts w:ascii="Times New Roman" w:hAnsi="Times New Roman" w:cs="Times New Roman"/>
          <w:sz w:val="28"/>
          <w:szCs w:val="28"/>
        </w:rPr>
        <w:t>c hi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>n đ</w:t>
      </w:r>
      <w:r w:rsidRPr="00594B98">
        <w:rPr>
          <w:rFonts w:ascii="Times New Roman" w:hAnsi="Times New Roman" w:cs="Times New Roman"/>
          <w:sz w:val="28"/>
          <w:szCs w:val="28"/>
        </w:rPr>
        <w:t>ầ</w:t>
      </w:r>
      <w:r w:rsidRPr="00594B98">
        <w:rPr>
          <w:rFonts w:ascii="Times New Roman" w:hAnsi="Times New Roman" w:cs="Times New Roman"/>
          <w:sz w:val="28"/>
          <w:szCs w:val="28"/>
        </w:rPr>
        <w:t>y đ</w:t>
      </w:r>
      <w:r w:rsidRPr="00594B98">
        <w:rPr>
          <w:rFonts w:ascii="Times New Roman" w:hAnsi="Times New Roman" w:cs="Times New Roman"/>
          <w:sz w:val="28"/>
          <w:szCs w:val="28"/>
        </w:rPr>
        <w:t>ủ</w:t>
      </w:r>
      <w:r w:rsidRPr="00594B98">
        <w:rPr>
          <w:rFonts w:ascii="Times New Roman" w:hAnsi="Times New Roman" w:cs="Times New Roman"/>
          <w:sz w:val="28"/>
          <w:szCs w:val="28"/>
        </w:rPr>
        <w:t xml:space="preserve"> n</w:t>
      </w:r>
      <w:r w:rsidRPr="00594B98">
        <w:rPr>
          <w:rFonts w:ascii="Times New Roman" w:hAnsi="Times New Roman" w:cs="Times New Roman"/>
          <w:sz w:val="28"/>
          <w:szCs w:val="28"/>
        </w:rPr>
        <w:t>ộ</w:t>
      </w:r>
      <w:r w:rsidRPr="00594B98">
        <w:rPr>
          <w:rFonts w:ascii="Times New Roman" w:hAnsi="Times New Roman" w:cs="Times New Roman"/>
          <w:sz w:val="28"/>
          <w:szCs w:val="28"/>
        </w:rPr>
        <w:t>i quy l</w:t>
      </w:r>
      <w:r w:rsidRPr="00594B98">
        <w:rPr>
          <w:rFonts w:ascii="Times New Roman" w:hAnsi="Times New Roman" w:cs="Times New Roman"/>
          <w:sz w:val="28"/>
          <w:szCs w:val="28"/>
        </w:rPr>
        <w:t>ớ</w:t>
      </w:r>
      <w:r w:rsidRPr="00594B98">
        <w:rPr>
          <w:rFonts w:ascii="Times New Roman" w:hAnsi="Times New Roman" w:cs="Times New Roman"/>
          <w:sz w:val="28"/>
          <w:szCs w:val="28"/>
        </w:rPr>
        <w:t>p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c, đóng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 phí đúng th</w:t>
      </w:r>
      <w:r w:rsidRPr="00594B98">
        <w:rPr>
          <w:rFonts w:ascii="Times New Roman" w:hAnsi="Times New Roman" w:cs="Times New Roman"/>
          <w:sz w:val="28"/>
          <w:szCs w:val="28"/>
        </w:rPr>
        <w:t>ờ</w:t>
      </w:r>
      <w:r w:rsidRPr="00594B98">
        <w:rPr>
          <w:rFonts w:ascii="Times New Roman" w:hAnsi="Times New Roman" w:cs="Times New Roman"/>
          <w:sz w:val="28"/>
          <w:szCs w:val="28"/>
        </w:rPr>
        <w:t>i h</w:t>
      </w:r>
      <w:r w:rsidRPr="00594B98">
        <w:rPr>
          <w:rFonts w:ascii="Times New Roman" w:hAnsi="Times New Roman" w:cs="Times New Roman"/>
          <w:sz w:val="28"/>
          <w:szCs w:val="28"/>
        </w:rPr>
        <w:t>ạ</w:t>
      </w:r>
      <w:r w:rsidRPr="00594B98">
        <w:rPr>
          <w:rFonts w:ascii="Times New Roman" w:hAnsi="Times New Roman" w:cs="Times New Roman"/>
          <w:sz w:val="28"/>
          <w:szCs w:val="28"/>
        </w:rPr>
        <w:t>n và có trách nhi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>m b</w:t>
      </w:r>
      <w:r w:rsidRPr="00594B98">
        <w:rPr>
          <w:rFonts w:ascii="Times New Roman" w:hAnsi="Times New Roman" w:cs="Times New Roman"/>
          <w:sz w:val="28"/>
          <w:szCs w:val="28"/>
        </w:rPr>
        <w:t>ả</w:t>
      </w:r>
      <w:r w:rsidRPr="00594B98">
        <w:rPr>
          <w:rFonts w:ascii="Times New Roman" w:hAnsi="Times New Roman" w:cs="Times New Roman"/>
          <w:sz w:val="28"/>
          <w:szCs w:val="28"/>
        </w:rPr>
        <w:t>o v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 xml:space="preserve"> cơ s</w:t>
      </w:r>
      <w:r w:rsidRPr="00594B98">
        <w:rPr>
          <w:rFonts w:ascii="Times New Roman" w:hAnsi="Times New Roman" w:cs="Times New Roman"/>
          <w:sz w:val="28"/>
          <w:szCs w:val="28"/>
        </w:rPr>
        <w:t>ở</w:t>
      </w:r>
      <w:r w:rsidRPr="00594B98">
        <w:rPr>
          <w:rFonts w:ascii="Times New Roman" w:hAnsi="Times New Roman" w:cs="Times New Roman"/>
          <w:sz w:val="28"/>
          <w:szCs w:val="28"/>
        </w:rPr>
        <w:t xml:space="preserve"> v</w:t>
      </w:r>
      <w:r w:rsidRPr="00594B98">
        <w:rPr>
          <w:rFonts w:ascii="Times New Roman" w:hAnsi="Times New Roman" w:cs="Times New Roman"/>
          <w:sz w:val="28"/>
          <w:szCs w:val="28"/>
        </w:rPr>
        <w:t>ậ</w:t>
      </w:r>
      <w:r w:rsidRPr="00594B98">
        <w:rPr>
          <w:rFonts w:ascii="Times New Roman" w:hAnsi="Times New Roman" w:cs="Times New Roman"/>
          <w:sz w:val="28"/>
          <w:szCs w:val="28"/>
        </w:rPr>
        <w:t>t ch</w:t>
      </w:r>
      <w:r w:rsidRPr="00594B98">
        <w:rPr>
          <w:rFonts w:ascii="Times New Roman" w:hAnsi="Times New Roman" w:cs="Times New Roman"/>
          <w:sz w:val="28"/>
          <w:szCs w:val="28"/>
        </w:rPr>
        <w:t>ấ</w:t>
      </w:r>
      <w:r w:rsidRPr="00594B98">
        <w:rPr>
          <w:rFonts w:ascii="Times New Roman" w:hAnsi="Times New Roman" w:cs="Times New Roman"/>
          <w:sz w:val="28"/>
          <w:szCs w:val="28"/>
        </w:rPr>
        <w:t>t c</w:t>
      </w:r>
      <w:r w:rsidRPr="00594B98">
        <w:rPr>
          <w:rFonts w:ascii="Times New Roman" w:hAnsi="Times New Roman" w:cs="Times New Roman"/>
          <w:sz w:val="28"/>
          <w:szCs w:val="28"/>
        </w:rPr>
        <w:t>ủ</w:t>
      </w:r>
      <w:r w:rsidRPr="00594B98">
        <w:rPr>
          <w:rFonts w:ascii="Times New Roman" w:hAnsi="Times New Roman" w:cs="Times New Roman"/>
          <w:sz w:val="28"/>
          <w:szCs w:val="28"/>
        </w:rPr>
        <w:t>a l</w:t>
      </w:r>
      <w:r w:rsidRPr="00594B98">
        <w:rPr>
          <w:rFonts w:ascii="Times New Roman" w:hAnsi="Times New Roman" w:cs="Times New Roman"/>
          <w:sz w:val="28"/>
          <w:szCs w:val="28"/>
        </w:rPr>
        <w:t>ớ</w:t>
      </w:r>
      <w:r w:rsidRPr="00594B98">
        <w:rPr>
          <w:rFonts w:ascii="Times New Roman" w:hAnsi="Times New Roman" w:cs="Times New Roman"/>
          <w:sz w:val="28"/>
          <w:szCs w:val="28"/>
        </w:rPr>
        <w:t>p. M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i khi</w:t>
      </w:r>
      <w:r w:rsidRPr="00594B98">
        <w:rPr>
          <w:rFonts w:ascii="Times New Roman" w:hAnsi="Times New Roman" w:cs="Times New Roman"/>
          <w:sz w:val="28"/>
          <w:szCs w:val="28"/>
        </w:rPr>
        <w:t>ế</w:t>
      </w:r>
      <w:r w:rsidRPr="00594B98">
        <w:rPr>
          <w:rFonts w:ascii="Times New Roman" w:hAnsi="Times New Roman" w:cs="Times New Roman"/>
          <w:sz w:val="28"/>
          <w:szCs w:val="28"/>
        </w:rPr>
        <w:t>u n</w:t>
      </w:r>
      <w:r w:rsidRPr="00594B98">
        <w:rPr>
          <w:rFonts w:ascii="Times New Roman" w:hAnsi="Times New Roman" w:cs="Times New Roman"/>
          <w:sz w:val="28"/>
          <w:szCs w:val="28"/>
        </w:rPr>
        <w:t>ạ</w:t>
      </w:r>
      <w:r w:rsidRPr="00594B98">
        <w:rPr>
          <w:rFonts w:ascii="Times New Roman" w:hAnsi="Times New Roman" w:cs="Times New Roman"/>
          <w:sz w:val="28"/>
          <w:szCs w:val="28"/>
        </w:rPr>
        <w:t>i liên quan đ</w:t>
      </w:r>
      <w:r w:rsidRPr="00594B98">
        <w:rPr>
          <w:rFonts w:ascii="Times New Roman" w:hAnsi="Times New Roman" w:cs="Times New Roman"/>
          <w:sz w:val="28"/>
          <w:szCs w:val="28"/>
        </w:rPr>
        <w:t>ế</w:t>
      </w:r>
      <w:r w:rsidRPr="00594B98">
        <w:rPr>
          <w:rFonts w:ascii="Times New Roman" w:hAnsi="Times New Roman" w:cs="Times New Roman"/>
          <w:sz w:val="28"/>
          <w:szCs w:val="28"/>
        </w:rPr>
        <w:t>n vi</w:t>
      </w:r>
      <w:r w:rsidRPr="00594B98">
        <w:rPr>
          <w:rFonts w:ascii="Times New Roman" w:hAnsi="Times New Roman" w:cs="Times New Roman"/>
          <w:sz w:val="28"/>
          <w:szCs w:val="28"/>
        </w:rPr>
        <w:t>ệ</w:t>
      </w:r>
      <w:r w:rsidRPr="00594B98">
        <w:rPr>
          <w:rFonts w:ascii="Times New Roman" w:hAnsi="Times New Roman" w:cs="Times New Roman"/>
          <w:sz w:val="28"/>
          <w:szCs w:val="28"/>
        </w:rPr>
        <w:t>c h</w:t>
      </w:r>
      <w:r w:rsidRPr="00594B98">
        <w:rPr>
          <w:rFonts w:ascii="Times New Roman" w:hAnsi="Times New Roman" w:cs="Times New Roman"/>
          <w:sz w:val="28"/>
          <w:szCs w:val="28"/>
        </w:rPr>
        <w:t>ọ</w:t>
      </w:r>
      <w:r w:rsidRPr="00594B98">
        <w:rPr>
          <w:rFonts w:ascii="Times New Roman" w:hAnsi="Times New Roman" w:cs="Times New Roman"/>
          <w:sz w:val="28"/>
          <w:szCs w:val="28"/>
        </w:rPr>
        <w:t>c s</w:t>
      </w:r>
      <w:r w:rsidRPr="00594B98">
        <w:rPr>
          <w:rFonts w:ascii="Times New Roman" w:hAnsi="Times New Roman" w:cs="Times New Roman"/>
          <w:sz w:val="28"/>
          <w:szCs w:val="28"/>
        </w:rPr>
        <w:t>ẽ</w:t>
      </w:r>
      <w:r w:rsidRPr="00594B98">
        <w:rPr>
          <w:rFonts w:ascii="Times New Roman" w:hAnsi="Times New Roman" w:cs="Times New Roman"/>
          <w:sz w:val="28"/>
          <w:szCs w:val="28"/>
        </w:rPr>
        <w:t xml:space="preserve"> đư</w:t>
      </w:r>
      <w:r w:rsidRPr="00594B98">
        <w:rPr>
          <w:rFonts w:ascii="Times New Roman" w:hAnsi="Times New Roman" w:cs="Times New Roman"/>
          <w:sz w:val="28"/>
          <w:szCs w:val="28"/>
        </w:rPr>
        <w:t>ợ</w:t>
      </w:r>
      <w:r w:rsidRPr="00594B98">
        <w:rPr>
          <w:rFonts w:ascii="Times New Roman" w:hAnsi="Times New Roman" w:cs="Times New Roman"/>
          <w:sz w:val="28"/>
          <w:szCs w:val="28"/>
        </w:rPr>
        <w:t>c gi</w:t>
      </w:r>
      <w:r w:rsidRPr="00594B98">
        <w:rPr>
          <w:rFonts w:ascii="Times New Roman" w:hAnsi="Times New Roman" w:cs="Times New Roman"/>
          <w:sz w:val="28"/>
          <w:szCs w:val="28"/>
        </w:rPr>
        <w:t>ả</w:t>
      </w:r>
      <w:r w:rsidRPr="00594B98">
        <w:rPr>
          <w:rFonts w:ascii="Times New Roman" w:hAnsi="Times New Roman" w:cs="Times New Roman"/>
          <w:sz w:val="28"/>
          <w:szCs w:val="28"/>
        </w:rPr>
        <w:t>i quy</w:t>
      </w:r>
      <w:r w:rsidRPr="00594B98">
        <w:rPr>
          <w:rFonts w:ascii="Times New Roman" w:hAnsi="Times New Roman" w:cs="Times New Roman"/>
          <w:sz w:val="28"/>
          <w:szCs w:val="28"/>
        </w:rPr>
        <w:t>ế</w:t>
      </w:r>
      <w:r w:rsidRPr="00594B98">
        <w:rPr>
          <w:rFonts w:ascii="Times New Roman" w:hAnsi="Times New Roman" w:cs="Times New Roman"/>
          <w:sz w:val="28"/>
          <w:szCs w:val="28"/>
        </w:rPr>
        <w:t>t theo th</w:t>
      </w:r>
      <w:r w:rsidRPr="00594B98">
        <w:rPr>
          <w:rFonts w:ascii="Times New Roman" w:hAnsi="Times New Roman" w:cs="Times New Roman"/>
          <w:sz w:val="28"/>
          <w:szCs w:val="28"/>
        </w:rPr>
        <w:t>ỏ</w:t>
      </w:r>
      <w:r w:rsidRPr="00594B98">
        <w:rPr>
          <w:rFonts w:ascii="Times New Roman" w:hAnsi="Times New Roman" w:cs="Times New Roman"/>
          <w:sz w:val="28"/>
          <w:szCs w:val="28"/>
        </w:rPr>
        <w:t>a thu</w:t>
      </w:r>
      <w:r w:rsidRPr="00594B98">
        <w:rPr>
          <w:rFonts w:ascii="Times New Roman" w:hAnsi="Times New Roman" w:cs="Times New Roman"/>
          <w:sz w:val="28"/>
          <w:szCs w:val="28"/>
        </w:rPr>
        <w:t>ậ</w:t>
      </w:r>
      <w:r w:rsidRPr="00594B98">
        <w:rPr>
          <w:rFonts w:ascii="Times New Roman" w:hAnsi="Times New Roman" w:cs="Times New Roman"/>
          <w:sz w:val="28"/>
          <w:szCs w:val="28"/>
        </w:rPr>
        <w:t>n gi</w:t>
      </w:r>
      <w:r w:rsidRPr="00594B98">
        <w:rPr>
          <w:rFonts w:ascii="Times New Roman" w:hAnsi="Times New Roman" w:cs="Times New Roman"/>
          <w:sz w:val="28"/>
          <w:szCs w:val="28"/>
        </w:rPr>
        <w:t>ữ</w:t>
      </w:r>
      <w:r w:rsidRPr="00594B98">
        <w:rPr>
          <w:rFonts w:ascii="Times New Roman" w:hAnsi="Times New Roman" w:cs="Times New Roman"/>
          <w:sz w:val="28"/>
          <w:szCs w:val="28"/>
        </w:rPr>
        <w:t>a hai bên.</w:t>
      </w:r>
    </w:p>
    <w:p w:rsidR="006A5D5A" w:rsidRPr="00594B98" w:rsidRDefault="00594B98" w:rsidP="00594B9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94B98">
        <w:rPr>
          <w:rFonts w:ascii="Times New Roman" w:hAnsi="Times New Roman" w:cs="Times New Roman"/>
          <w:i/>
          <w:sz w:val="28"/>
          <w:szCs w:val="28"/>
        </w:rPr>
        <w:t>………, ngày …… tháng …… năm</w:t>
      </w:r>
      <w:r w:rsidRPr="00594B98">
        <w:rPr>
          <w:rFonts w:ascii="Times New Roman" w:hAnsi="Times New Roman" w:cs="Times New Roman"/>
          <w:i/>
          <w:sz w:val="28"/>
          <w:szCs w:val="28"/>
        </w:rPr>
        <w:t xml:space="preserve"> 2025</w:t>
      </w:r>
    </w:p>
    <w:p w:rsidR="006A5D5A" w:rsidRPr="00594B98" w:rsidRDefault="00594B98" w:rsidP="00594B9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94B98">
        <w:rPr>
          <w:rFonts w:ascii="Times New Roman" w:hAnsi="Times New Roman" w:cs="Times New Roman"/>
          <w:b/>
          <w:sz w:val="28"/>
          <w:szCs w:val="28"/>
        </w:rPr>
        <w:t>Ngư</w:t>
      </w:r>
      <w:r w:rsidRPr="00594B98">
        <w:rPr>
          <w:rFonts w:ascii="Times New Roman" w:hAnsi="Times New Roman" w:cs="Times New Roman"/>
          <w:b/>
          <w:sz w:val="28"/>
          <w:szCs w:val="28"/>
        </w:rPr>
        <w:t>ờ</w:t>
      </w:r>
      <w:r w:rsidRPr="00594B98">
        <w:rPr>
          <w:rFonts w:ascii="Times New Roman" w:hAnsi="Times New Roman" w:cs="Times New Roman"/>
          <w:b/>
          <w:sz w:val="28"/>
          <w:szCs w:val="28"/>
        </w:rPr>
        <w:t>i đăng ký</w:t>
      </w:r>
    </w:p>
    <w:p w:rsidR="006A5D5A" w:rsidRPr="00594B98" w:rsidRDefault="00594B98" w:rsidP="00594B9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94B98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594B98">
        <w:rPr>
          <w:rFonts w:ascii="Times New Roman" w:hAnsi="Times New Roman" w:cs="Times New Roman"/>
          <w:b/>
          <w:sz w:val="28"/>
          <w:szCs w:val="28"/>
        </w:rPr>
        <w:t>ọ</w:t>
      </w:r>
      <w:r w:rsidRPr="00594B98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6A5D5A" w:rsidRPr="00594B9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4B98"/>
    <w:rsid w:val="006A5D5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6C7B6E5-5003-4F5A-9E6E-98D7D34E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73DEEF-52BF-4D54-AEAA-701274D12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CƠ SỞ DẠY THÊM ……………</vt:lpstr>
      <vt:lpstr>    PHIẾU ĐĂNG KÝ HỌC THÊM</vt:lpstr>
      <vt:lpstr>    1. Thông tin học viên:</vt:lpstr>
      <vt:lpstr>    2. Thông tin phụ huynh (nếu học viên là học sinh):</vt:lpstr>
      <vt:lpstr>    3. Nội dung đăng ký:</vt:lpstr>
      <vt:lpstr>    4. Cam kết của học viên/phụ huynh:</vt:lpstr>
    </vt:vector>
  </TitlesOfParts>
  <Manager/>
  <Company/>
  <LinksUpToDate>false</LinksUpToDate>
  <CharactersWithSpaces>1033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2025-06-16T06:50:00Z</dcterms:created>
  <dcterms:modified xsi:type="dcterms:W3CDTF">2025-06-16T06:50:00Z</dcterms:modified>
  <cp:category/>
</cp:coreProperties>
</file>