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445" w:rsidRPr="00FC0445" w:rsidRDefault="00FC0445" w:rsidP="00FC0445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C0445">
        <w:rPr>
          <w:rFonts w:ascii="Times New Roman" w:hAnsi="Times New Roman" w:cs="Times New Roman"/>
          <w:color w:val="000000" w:themeColor="text1"/>
        </w:rPr>
        <w:t>CỘNG HÒA XÃ HỘI CHỦ NGHĨA VIỆT NAM</w:t>
      </w:r>
    </w:p>
    <w:p w:rsidR="00FC0445" w:rsidRDefault="00FC0445" w:rsidP="00FC0445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C0445">
        <w:rPr>
          <w:rFonts w:ascii="Times New Roman" w:hAnsi="Times New Roman" w:cs="Times New Roman"/>
          <w:color w:val="000000" w:themeColor="text1"/>
        </w:rPr>
        <w:t>Độc lập - Tự do - Hạnh phúc</w:t>
      </w:r>
    </w:p>
    <w:p w:rsidR="00FC0445" w:rsidRPr="00FC0445" w:rsidRDefault="00FC0445" w:rsidP="00FC0445"/>
    <w:p w:rsidR="00C36281" w:rsidRPr="00FC0445" w:rsidRDefault="00FC0445" w:rsidP="00FC0445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C0445">
        <w:rPr>
          <w:rFonts w:ascii="Times New Roman" w:hAnsi="Times New Roman" w:cs="Times New Roman"/>
          <w:color w:val="000000" w:themeColor="text1"/>
        </w:rPr>
        <w:t>PH</w:t>
      </w:r>
      <w:r w:rsidRPr="00FC0445">
        <w:rPr>
          <w:rFonts w:ascii="Times New Roman" w:hAnsi="Times New Roman" w:cs="Times New Roman"/>
          <w:color w:val="000000" w:themeColor="text1"/>
        </w:rPr>
        <w:t>Ụ</w:t>
      </w:r>
      <w:r w:rsidRPr="00FC0445">
        <w:rPr>
          <w:rFonts w:ascii="Times New Roman" w:hAnsi="Times New Roman" w:cs="Times New Roman"/>
          <w:color w:val="000000" w:themeColor="text1"/>
        </w:rPr>
        <w:t xml:space="preserve"> L</w:t>
      </w:r>
      <w:r w:rsidRPr="00FC0445">
        <w:rPr>
          <w:rFonts w:ascii="Times New Roman" w:hAnsi="Times New Roman" w:cs="Times New Roman"/>
          <w:color w:val="000000" w:themeColor="text1"/>
        </w:rPr>
        <w:t>Ụ</w:t>
      </w:r>
      <w:r w:rsidRPr="00FC0445">
        <w:rPr>
          <w:rFonts w:ascii="Times New Roman" w:hAnsi="Times New Roman" w:cs="Times New Roman"/>
          <w:color w:val="000000" w:themeColor="text1"/>
        </w:rPr>
        <w:t>C D</w:t>
      </w:r>
      <w:r w:rsidRPr="00FC0445">
        <w:rPr>
          <w:rFonts w:ascii="Times New Roman" w:hAnsi="Times New Roman" w:cs="Times New Roman"/>
          <w:color w:val="000000" w:themeColor="text1"/>
        </w:rPr>
        <w:t>Ự</w:t>
      </w:r>
      <w:r w:rsidRPr="00FC0445">
        <w:rPr>
          <w:rFonts w:ascii="Times New Roman" w:hAnsi="Times New Roman" w:cs="Times New Roman"/>
          <w:color w:val="000000" w:themeColor="text1"/>
        </w:rPr>
        <w:t xml:space="preserve"> TOÁN CHI PHÍ Đ</w:t>
      </w:r>
      <w:r w:rsidRPr="00FC0445">
        <w:rPr>
          <w:rFonts w:ascii="Times New Roman" w:hAnsi="Times New Roman" w:cs="Times New Roman"/>
          <w:color w:val="000000" w:themeColor="text1"/>
        </w:rPr>
        <w:t>Ầ</w:t>
      </w:r>
      <w:r w:rsidRPr="00FC0445">
        <w:rPr>
          <w:rFonts w:ascii="Times New Roman" w:hAnsi="Times New Roman" w:cs="Times New Roman"/>
          <w:color w:val="000000" w:themeColor="text1"/>
        </w:rPr>
        <w:t>U TƯ XÂY D</w:t>
      </w:r>
      <w:r w:rsidRPr="00FC0445">
        <w:rPr>
          <w:rFonts w:ascii="Times New Roman" w:hAnsi="Times New Roman" w:cs="Times New Roman"/>
          <w:color w:val="000000" w:themeColor="text1"/>
        </w:rPr>
        <w:t>Ự</w:t>
      </w:r>
      <w:r w:rsidRPr="00FC0445">
        <w:rPr>
          <w:rFonts w:ascii="Times New Roman" w:hAnsi="Times New Roman" w:cs="Times New Roman"/>
          <w:color w:val="000000" w:themeColor="text1"/>
        </w:rPr>
        <w:t>NG</w:t>
      </w:r>
    </w:p>
    <w:p w:rsidR="00C36281" w:rsidRPr="00FC0445" w:rsidRDefault="00FC0445" w:rsidP="00FC0445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(Kèm theo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: ... ngày ... tháng ... năm ...)</w:t>
      </w:r>
    </w:p>
    <w:p w:rsidR="00C36281" w:rsidRPr="00FC0445" w:rsidRDefault="00FC0445" w:rsidP="00FC0445">
      <w:pPr>
        <w:pStyle w:val="Heading2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I. Thông tin chung: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Tên công trình: …………………………………………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m xây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ng: ……………………………………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u tư: ………………………………………………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Nhà th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u thi công: ………………………………………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Hình 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ng: [Tr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 gói / Đơn giá c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nh / Đơn giá đi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u ch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nh /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theo đơn giá k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p]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toán: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thi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ỹ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thu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t/thi công đư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 duy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Đơn giá,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nh m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 do B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Xây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ho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a phương ban hành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B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giá v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li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u, nhân công, m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áy thi công t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 th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 đi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Các quy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nh pháp lu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hi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 hành</w:t>
      </w:r>
    </w:p>
    <w:p w:rsidR="00C36281" w:rsidRPr="00FC0445" w:rsidRDefault="00FC0445" w:rsidP="00FC0445">
      <w:pPr>
        <w:pStyle w:val="Heading2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II. B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CHI TI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 CHI PHÍ XÂY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1375"/>
        <w:gridCol w:w="1090"/>
        <w:gridCol w:w="917"/>
        <w:gridCol w:w="1017"/>
        <w:gridCol w:w="1336"/>
        <w:gridCol w:w="1974"/>
      </w:tblGrid>
      <w:tr w:rsidR="00FC0445" w:rsidRPr="00FC0445" w:rsidTr="00FC0445"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Mã hi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 công vi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dung công vi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Đơn v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Kh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lư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Đơn giá (VNĐ)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Thành ti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ề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(VNĐ)</w:t>
            </w:r>
          </w:p>
        </w:tc>
      </w:tr>
      <w:tr w:rsidR="00FC0445" w:rsidRPr="00FC0445" w:rsidTr="00FC0445"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AB.11212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Đào đ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ấ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móng b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ằ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ng 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th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ủ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công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m³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70.0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10.500.000</w:t>
            </w:r>
          </w:p>
        </w:tc>
      </w:tr>
      <w:tr w:rsidR="00FC0445" w:rsidRPr="00FC0445" w:rsidTr="00FC0445"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AF.11411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bê tông móng M200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m³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1.200.000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60.000.000</w:t>
            </w:r>
          </w:p>
        </w:tc>
      </w:tr>
      <w:tr w:rsidR="00FC0445" w:rsidRPr="00FC0445" w:rsidTr="00FC0445"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AI.21123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Xây tư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ờ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g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ạ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 220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m²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160.000</w:t>
            </w: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19.200.000</w:t>
            </w:r>
          </w:p>
        </w:tc>
      </w:tr>
      <w:tr w:rsidR="00FC0445" w:rsidRPr="00FC0445" w:rsidTr="00FC0445"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c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(chưa thu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):</w:t>
            </w: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XX.XXX.XXX</w:t>
            </w:r>
          </w:p>
        </w:tc>
      </w:tr>
      <w:tr w:rsidR="00FC0445" w:rsidRPr="00FC0445" w:rsidTr="00FC0445"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Thu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GTGT (10%):</w:t>
            </w: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X.XXX.XXX</w:t>
            </w:r>
          </w:p>
        </w:tc>
      </w:tr>
      <w:tr w:rsidR="00FC0445" w:rsidRPr="00FC0445" w:rsidTr="00FC0445"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c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thanh toán:</w:t>
            </w: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XX.XXX.XXX</w:t>
            </w:r>
          </w:p>
        </w:tc>
      </w:tr>
      <w:tr w:rsidR="00FC0445" w:rsidRPr="00FC0445" w:rsidTr="00FC0445"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1234" w:type="dxa"/>
          </w:tcPr>
          <w:p w:rsidR="00FC0445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</w:tbl>
    <w:p w:rsidR="00C36281" w:rsidRPr="00FC0445" w:rsidRDefault="00FC0445" w:rsidP="00FC0445">
      <w:pPr>
        <w:pStyle w:val="Heading2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III.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PHÒNG PHÍ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C0445" w:rsidRPr="00FC0445" w:rsidTr="00FC0445"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Lo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ạ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chi phí</w:t>
            </w: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ỷ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(%)</w:t>
            </w: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Giá tr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(VNĐ)</w:t>
            </w:r>
          </w:p>
        </w:tc>
      </w:tr>
      <w:tr w:rsidR="00FC0445" w:rsidRPr="00FC0445" w:rsidTr="00FC0445"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phòng do kh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ố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lư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phát sinh</w:t>
            </w: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5%</w:t>
            </w: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  <w:tr w:rsidR="00FC0445" w:rsidRPr="00FC0445" w:rsidTr="00FC0445"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phòng trư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giá</w:t>
            </w: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3%</w:t>
            </w: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  <w:tr w:rsidR="00FC0445" w:rsidRPr="00FC0445" w:rsidTr="00FC0445"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d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phòng</w:t>
            </w:r>
          </w:p>
        </w:tc>
        <w:tc>
          <w:tcPr>
            <w:tcW w:w="2880" w:type="dxa"/>
          </w:tcPr>
          <w:p w:rsidR="00C36281" w:rsidRPr="00FC0445" w:rsidRDefault="00C36281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8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</w:tbl>
    <w:p w:rsidR="00C36281" w:rsidRPr="00FC0445" w:rsidRDefault="00FC0445" w:rsidP="00FC0445">
      <w:pPr>
        <w:pStyle w:val="Heading2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IV. T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 TOÀN B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FC0445" w:rsidRPr="00FC0445" w:rsidTr="00FC0445"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dung chi phí</w:t>
            </w:r>
          </w:p>
        </w:tc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Thành ti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ề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 (VNĐ)</w:t>
            </w:r>
          </w:p>
        </w:tc>
      </w:tr>
      <w:tr w:rsidR="00FC0445" w:rsidRPr="00FC0445" w:rsidTr="00FC0445"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 phí xây d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</w:t>
            </w:r>
          </w:p>
        </w:tc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  <w:tr w:rsidR="00FC0445" w:rsidRPr="00FC0445" w:rsidTr="00FC0445"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Chi phí h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ạ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m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ụ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 chung</w:t>
            </w:r>
          </w:p>
        </w:tc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  <w:tr w:rsidR="00FC0445" w:rsidRPr="00FC0445" w:rsidTr="00FC0445"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ự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phòng phí</w:t>
            </w:r>
          </w:p>
        </w:tc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  <w:tr w:rsidR="00FC0445" w:rsidRPr="00FC0445" w:rsidTr="00FC0445"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ổ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giá tr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h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 đ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</w:t>
            </w:r>
          </w:p>
        </w:tc>
        <w:tc>
          <w:tcPr>
            <w:tcW w:w="4320" w:type="dxa"/>
          </w:tcPr>
          <w:p w:rsidR="00C36281" w:rsidRPr="00FC0445" w:rsidRDefault="00FC0445" w:rsidP="00FC044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04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</w:tbl>
    <w:p w:rsidR="00C36281" w:rsidRPr="00FC0445" w:rsidRDefault="00FC0445" w:rsidP="00FC0445">
      <w:pPr>
        <w:pStyle w:val="Heading2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V. Cam k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và xác nh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Chúng tôi cam k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b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 trên là đúng v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 kh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i lư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ng công vi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 trong thi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c phê duy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t, tuân th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 đ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nh pháp lu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t hi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t>n hành.</w:t>
      </w:r>
      <w:r w:rsidRPr="00FC044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ĐẠI DIỆN CHỦ ĐẦU TƯ                     ĐẠI DIỆN NHÀ THẦU</w:t>
      </w:r>
    </w:p>
    <w:p w:rsidR="00C36281" w:rsidRPr="00FC0445" w:rsidRDefault="00FC0445" w:rsidP="00FC044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Ký tên, đóng d</w:t>
      </w:r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u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</w:t>
      </w:r>
      <w:bookmarkStart w:id="0" w:name="_GoBack"/>
      <w:bookmarkEnd w:id="0"/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Ký tên, đóng d</w:t>
      </w:r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FC04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</w:t>
      </w:r>
    </w:p>
    <w:sectPr w:rsidR="00C36281" w:rsidRPr="00FC044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36281"/>
    <w:rsid w:val="00CB0664"/>
    <w:rsid w:val="00FC04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44B3AA7-E37E-44B6-B8B2-7A109F95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1C628D-E851-4FEE-BDE9-6CFB81823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CỘNG HÒA XÃ HỘI CHỦ NGHĨA VIỆT NAM</vt:lpstr>
      <vt:lpstr>Độc lập - Tự do - Hạnh phúc</vt:lpstr>
      <vt:lpstr>PHỤ LỤC DỰ TOÁN CHI PHÍ ĐẦU TƯ XÂY DỰNG</vt:lpstr>
      <vt:lpstr>    I. Thông tin chung:</vt:lpstr>
      <vt:lpstr>    II. BẢNG CHI TIẾT DỰ TOÁN CHI PHÍ XÂY DỰNG</vt:lpstr>
      <vt:lpstr>    III. DỰ PHÒNG PHÍ</vt:lpstr>
      <vt:lpstr>    IV. TỔNG HỢP DỰ TOÁN TOÀN BỘ HỢP ĐỒNG</vt:lpstr>
      <vt:lpstr>    V. Cam kết và xác nhận</vt:lpstr>
    </vt:vector>
  </TitlesOfParts>
  <Manager/>
  <Company/>
  <LinksUpToDate>false</LinksUpToDate>
  <CharactersWithSpaces>1679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2025-06-14T03:50:00Z</dcterms:created>
  <dcterms:modified xsi:type="dcterms:W3CDTF">2025-06-14T03:50:00Z</dcterms:modified>
  <cp:category/>
</cp:coreProperties>
</file>