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170"/>
      </w:tblGrid>
      <w:tr w:rsidR="00631C72" w:rsidRPr="00631C72" w:rsidTr="00631C72">
        <w:trPr>
          <w:trHeight w:val="1276"/>
        </w:trPr>
        <w:tc>
          <w:tcPr>
            <w:tcW w:w="2518" w:type="dxa"/>
          </w:tcPr>
          <w:p w:rsidR="00631C72" w:rsidRPr="00631C72" w:rsidRDefault="00631C72" w:rsidP="00631C7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1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CÔNG TY [TÊN CÔNG TY]</w:t>
            </w:r>
          </w:p>
          <w:p w:rsidR="00631C72" w:rsidRPr="00631C72" w:rsidRDefault="00631C72" w:rsidP="00631C7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1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Số: [Số hiệu văn bản]</w:t>
            </w:r>
          </w:p>
          <w:p w:rsidR="00631C72" w:rsidRPr="00631C72" w:rsidRDefault="00631C72" w:rsidP="00631C72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31C7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V/v: Thông báo thay đổi mẫu mã, bao bì sản phẩm</w:t>
            </w:r>
          </w:p>
        </w:tc>
        <w:tc>
          <w:tcPr>
            <w:tcW w:w="6338" w:type="dxa"/>
          </w:tcPr>
          <w:p w:rsidR="00631C72" w:rsidRPr="00631C72" w:rsidRDefault="00631C72" w:rsidP="00631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1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</w:p>
          <w:p w:rsidR="00631C72" w:rsidRPr="00631C72" w:rsidRDefault="00631C72" w:rsidP="00631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1C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Độc lập-Tự do-Hạnh phúc</w:t>
            </w:r>
          </w:p>
        </w:tc>
      </w:tr>
    </w:tbl>
    <w:p w:rsidR="00631C72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4DAD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[Đ</w:t>
      </w: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ị</w:t>
      </w: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 đi</w:t>
      </w: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ể</w:t>
      </w:r>
      <w:r w:rsidRPr="00631C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m], ngày [dd] tháng [mm] năm [yyyy]</w:t>
      </w:r>
    </w:p>
    <w:p w:rsidR="00631C72" w:rsidRPr="00631C72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31C72" w:rsidRPr="00631C72" w:rsidRDefault="00631C72" w:rsidP="00631C7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1C72">
        <w:rPr>
          <w:rStyle w:val="Strong"/>
          <w:rFonts w:ascii="Times New Roman" w:hAnsi="Times New Roman" w:cs="Times New Roman"/>
          <w:b w:val="0"/>
          <w:color w:val="333333"/>
          <w:sz w:val="28"/>
          <w:szCs w:val="28"/>
        </w:rPr>
        <w:t>Kính gửi Quý Khách Hàng, Quý Đối Tác,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Trư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tiên, Công ty [Tên công ty] xin g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l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ơn chân thành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Quý khách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hàng và Quý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tác đã luôn tin tư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ng,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 hành và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c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a chúng tôi trong su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th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gian qua.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nâng cao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lư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tr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nghi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ngư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tiêu dùng, chúng tôi xin trân tr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thông báo: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ngày [dd/mm/yyyy], Công ty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ẽ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chính th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 áp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m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ẫ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u mã và bao bì m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cho các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thu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nhóm: [tên nhóm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m].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Vi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thay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này không làm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nh hư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lư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và thành ph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m. T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c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các tiêu chu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ỹ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t, công d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và chính sách bán hàng v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ẫ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gi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nguyên.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Chúng tôi mong ti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p tác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ẽ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Quý khách hàng và Quý 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tác. N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u có b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 k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ỳ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m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c nào, xin vui lòng liên 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chúng tôi theo thông tin dư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 đây: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- Hotline: [S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 tho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i]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- Email: [Đ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email]</w:t>
      </w:r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- Website: [Đ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website]</w:t>
      </w:r>
      <w:bookmarkStart w:id="0" w:name="_GoBack"/>
      <w:bookmarkEnd w:id="0"/>
    </w:p>
    <w:p w:rsidR="00604DAD" w:rsidRPr="00631C72" w:rsidRDefault="00631C72" w:rsidP="00631C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  <w:t xml:space="preserve">Trân 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tr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ng c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t>m ơn!</w:t>
      </w:r>
      <w:r w:rsidRPr="00631C7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604DAD" w:rsidRPr="00631C72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Ạ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DI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Ệ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 CÔNG TY</w:t>
      </w:r>
    </w:p>
    <w:p w:rsidR="00604DAD" w:rsidRPr="00631C72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(Ký tên, đóng d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ấ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u)</w:t>
      </w:r>
    </w:p>
    <w:p w:rsidR="00604DAD" w:rsidRPr="00631C72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[Tên ngư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ờ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ký]</w:t>
      </w:r>
    </w:p>
    <w:p w:rsidR="00604DAD" w:rsidRPr="00631C72" w:rsidRDefault="00631C72" w:rsidP="00631C72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[Ch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ứ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 v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ụ</w:t>
      </w:r>
      <w:r w:rsidRPr="0063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]</w:t>
      </w:r>
    </w:p>
    <w:sectPr w:rsidR="00604DAD" w:rsidRPr="00631C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4DAD"/>
    <w:rsid w:val="00631C7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B0ECC2E0-A69B-4988-B2D7-4D2A8327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9EEEC5-CA4A-496A-9795-1827CECA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2025-06-17T01:54:00Z</dcterms:created>
  <dcterms:modified xsi:type="dcterms:W3CDTF">2025-06-17T01:54:00Z</dcterms:modified>
  <cp:category/>
</cp:coreProperties>
</file>