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903" w:rsidRPr="00EB732D" w:rsidRDefault="00EB732D" w:rsidP="00EB732D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EB732D">
        <w:rPr>
          <w:rFonts w:ascii="Times New Roman" w:hAnsi="Times New Roman" w:cs="Times New Roman"/>
          <w:color w:val="auto"/>
        </w:rPr>
        <w:t>C</w:t>
      </w:r>
      <w:r w:rsidRPr="00EB732D">
        <w:rPr>
          <w:rFonts w:ascii="Times New Roman" w:hAnsi="Times New Roman" w:cs="Times New Roman"/>
          <w:color w:val="auto"/>
        </w:rPr>
        <w:t>Ộ</w:t>
      </w:r>
      <w:r w:rsidRPr="00EB732D">
        <w:rPr>
          <w:rFonts w:ascii="Times New Roman" w:hAnsi="Times New Roman" w:cs="Times New Roman"/>
          <w:color w:val="auto"/>
        </w:rPr>
        <w:t>NG HÒA XÃ H</w:t>
      </w:r>
      <w:r w:rsidRPr="00EB732D">
        <w:rPr>
          <w:rFonts w:ascii="Times New Roman" w:hAnsi="Times New Roman" w:cs="Times New Roman"/>
          <w:color w:val="auto"/>
        </w:rPr>
        <w:t>Ộ</w:t>
      </w:r>
      <w:r w:rsidRPr="00EB732D">
        <w:rPr>
          <w:rFonts w:ascii="Times New Roman" w:hAnsi="Times New Roman" w:cs="Times New Roman"/>
          <w:color w:val="auto"/>
        </w:rPr>
        <w:t>I CH</w:t>
      </w:r>
      <w:r w:rsidRPr="00EB732D">
        <w:rPr>
          <w:rFonts w:ascii="Times New Roman" w:hAnsi="Times New Roman" w:cs="Times New Roman"/>
          <w:color w:val="auto"/>
        </w:rPr>
        <w:t>Ủ</w:t>
      </w:r>
      <w:r w:rsidRPr="00EB732D">
        <w:rPr>
          <w:rFonts w:ascii="Times New Roman" w:hAnsi="Times New Roman" w:cs="Times New Roman"/>
          <w:color w:val="auto"/>
        </w:rPr>
        <w:t xml:space="preserve"> NGHĨA VI</w:t>
      </w:r>
      <w:r w:rsidRPr="00EB732D">
        <w:rPr>
          <w:rFonts w:ascii="Times New Roman" w:hAnsi="Times New Roman" w:cs="Times New Roman"/>
          <w:color w:val="auto"/>
        </w:rPr>
        <w:t>Ệ</w:t>
      </w:r>
      <w:r w:rsidRPr="00EB732D">
        <w:rPr>
          <w:rFonts w:ascii="Times New Roman" w:hAnsi="Times New Roman" w:cs="Times New Roman"/>
          <w:color w:val="auto"/>
        </w:rPr>
        <w:t>T NAM</w:t>
      </w:r>
    </w:p>
    <w:p w:rsidR="00913903" w:rsidRPr="00EB732D" w:rsidRDefault="00EB732D" w:rsidP="00EB73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B732D">
        <w:rPr>
          <w:rFonts w:ascii="Times New Roman" w:hAnsi="Times New Roman" w:cs="Times New Roman"/>
          <w:b/>
          <w:sz w:val="28"/>
          <w:szCs w:val="28"/>
        </w:rPr>
        <w:t>Đ</w:t>
      </w:r>
      <w:r w:rsidRPr="00EB732D">
        <w:rPr>
          <w:rFonts w:ascii="Times New Roman" w:hAnsi="Times New Roman" w:cs="Times New Roman"/>
          <w:b/>
          <w:sz w:val="28"/>
          <w:szCs w:val="28"/>
        </w:rPr>
        <w:t>ộ</w:t>
      </w:r>
      <w:r w:rsidRPr="00EB732D">
        <w:rPr>
          <w:rFonts w:ascii="Times New Roman" w:hAnsi="Times New Roman" w:cs="Times New Roman"/>
          <w:b/>
          <w:sz w:val="28"/>
          <w:szCs w:val="28"/>
        </w:rPr>
        <w:t>c l</w:t>
      </w:r>
      <w:r w:rsidRPr="00EB732D">
        <w:rPr>
          <w:rFonts w:ascii="Times New Roman" w:hAnsi="Times New Roman" w:cs="Times New Roman"/>
          <w:b/>
          <w:sz w:val="28"/>
          <w:szCs w:val="28"/>
        </w:rPr>
        <w:t>ậ</w:t>
      </w:r>
      <w:r w:rsidRPr="00EB732D">
        <w:rPr>
          <w:rFonts w:ascii="Times New Roman" w:hAnsi="Times New Roman" w:cs="Times New Roman"/>
          <w:b/>
          <w:sz w:val="28"/>
          <w:szCs w:val="28"/>
        </w:rPr>
        <w:t>p – T</w:t>
      </w:r>
      <w:r w:rsidRPr="00EB732D">
        <w:rPr>
          <w:rFonts w:ascii="Times New Roman" w:hAnsi="Times New Roman" w:cs="Times New Roman"/>
          <w:b/>
          <w:sz w:val="28"/>
          <w:szCs w:val="28"/>
        </w:rPr>
        <w:t>ự</w:t>
      </w:r>
      <w:r w:rsidRPr="00EB732D">
        <w:rPr>
          <w:rFonts w:ascii="Times New Roman" w:hAnsi="Times New Roman" w:cs="Times New Roman"/>
          <w:b/>
          <w:sz w:val="28"/>
          <w:szCs w:val="28"/>
        </w:rPr>
        <w:t xml:space="preserve"> do – H</w:t>
      </w:r>
      <w:r w:rsidRPr="00EB732D">
        <w:rPr>
          <w:rFonts w:ascii="Times New Roman" w:hAnsi="Times New Roman" w:cs="Times New Roman"/>
          <w:b/>
          <w:sz w:val="28"/>
          <w:szCs w:val="28"/>
        </w:rPr>
        <w:t>ạ</w:t>
      </w:r>
      <w:r w:rsidRPr="00EB732D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913903" w:rsidRPr="00EB732D" w:rsidRDefault="00EB732D" w:rsidP="00EB732D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EB732D">
        <w:rPr>
          <w:rFonts w:ascii="Times New Roman" w:hAnsi="Times New Roman" w:cs="Times New Roman"/>
          <w:color w:val="auto"/>
        </w:rPr>
        <w:t>H</w:t>
      </w:r>
      <w:r w:rsidRPr="00EB732D">
        <w:rPr>
          <w:rFonts w:ascii="Times New Roman" w:hAnsi="Times New Roman" w:cs="Times New Roman"/>
          <w:color w:val="auto"/>
        </w:rPr>
        <w:t>Ợ</w:t>
      </w:r>
      <w:r w:rsidRPr="00EB732D">
        <w:rPr>
          <w:rFonts w:ascii="Times New Roman" w:hAnsi="Times New Roman" w:cs="Times New Roman"/>
          <w:color w:val="auto"/>
        </w:rPr>
        <w:t>P Đ</w:t>
      </w:r>
      <w:r w:rsidRPr="00EB732D">
        <w:rPr>
          <w:rFonts w:ascii="Times New Roman" w:hAnsi="Times New Roman" w:cs="Times New Roman"/>
          <w:color w:val="auto"/>
        </w:rPr>
        <w:t>Ồ</w:t>
      </w:r>
      <w:r w:rsidRPr="00EB732D">
        <w:rPr>
          <w:rFonts w:ascii="Times New Roman" w:hAnsi="Times New Roman" w:cs="Times New Roman"/>
          <w:color w:val="auto"/>
        </w:rPr>
        <w:t>NG VAY TI</w:t>
      </w:r>
      <w:r w:rsidRPr="00EB732D">
        <w:rPr>
          <w:rFonts w:ascii="Times New Roman" w:hAnsi="Times New Roman" w:cs="Times New Roman"/>
          <w:color w:val="auto"/>
        </w:rPr>
        <w:t>Ề</w:t>
      </w:r>
      <w:r w:rsidRPr="00EB732D">
        <w:rPr>
          <w:rFonts w:ascii="Times New Roman" w:hAnsi="Times New Roman" w:cs="Times New Roman"/>
          <w:color w:val="auto"/>
        </w:rPr>
        <w:t>N CÓ TH</w:t>
      </w:r>
      <w:r w:rsidRPr="00EB732D">
        <w:rPr>
          <w:rFonts w:ascii="Times New Roman" w:hAnsi="Times New Roman" w:cs="Times New Roman"/>
          <w:color w:val="auto"/>
        </w:rPr>
        <w:t>Ế</w:t>
      </w:r>
      <w:r w:rsidRPr="00EB732D">
        <w:rPr>
          <w:rFonts w:ascii="Times New Roman" w:hAnsi="Times New Roman" w:cs="Times New Roman"/>
          <w:color w:val="auto"/>
        </w:rPr>
        <w:t xml:space="preserve"> CH</w:t>
      </w:r>
      <w:r w:rsidRPr="00EB732D">
        <w:rPr>
          <w:rFonts w:ascii="Times New Roman" w:hAnsi="Times New Roman" w:cs="Times New Roman"/>
          <w:color w:val="auto"/>
        </w:rPr>
        <w:t>Ấ</w:t>
      </w:r>
      <w:r w:rsidRPr="00EB732D">
        <w:rPr>
          <w:rFonts w:ascii="Times New Roman" w:hAnsi="Times New Roman" w:cs="Times New Roman"/>
          <w:color w:val="auto"/>
        </w:rPr>
        <w:t>P</w:t>
      </w:r>
    </w:p>
    <w:p w:rsidR="00913903" w:rsidRPr="00EB732D" w:rsidRDefault="00EB732D" w:rsidP="00EB73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32D">
        <w:rPr>
          <w:rFonts w:ascii="Times New Roman" w:hAnsi="Times New Roman" w:cs="Times New Roman"/>
          <w:b/>
          <w:sz w:val="28"/>
          <w:szCs w:val="28"/>
        </w:rPr>
        <w:t>(S</w:t>
      </w:r>
      <w:r w:rsidRPr="00EB732D">
        <w:rPr>
          <w:rFonts w:ascii="Times New Roman" w:hAnsi="Times New Roman" w:cs="Times New Roman"/>
          <w:b/>
          <w:sz w:val="28"/>
          <w:szCs w:val="28"/>
        </w:rPr>
        <w:t>ố</w:t>
      </w:r>
      <w:r w:rsidRPr="00EB732D">
        <w:rPr>
          <w:rFonts w:ascii="Times New Roman" w:hAnsi="Times New Roman" w:cs="Times New Roman"/>
          <w:b/>
          <w:sz w:val="28"/>
          <w:szCs w:val="28"/>
        </w:rPr>
        <w:t>: ………/HĐV-TC)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Hôm nay, ngày … tháng … năm 2025, t</w:t>
      </w:r>
      <w:r w:rsidRPr="00EB732D">
        <w:rPr>
          <w:rFonts w:ascii="Times New Roman" w:hAnsi="Times New Roman" w:cs="Times New Roman"/>
          <w:sz w:val="28"/>
          <w:szCs w:val="28"/>
        </w:rPr>
        <w:t>ạ</w:t>
      </w:r>
      <w:r w:rsidRPr="00EB732D">
        <w:rPr>
          <w:rFonts w:ascii="Times New Roman" w:hAnsi="Times New Roman" w:cs="Times New Roman"/>
          <w:sz w:val="28"/>
          <w:szCs w:val="28"/>
        </w:rPr>
        <w:t>i ……………………, chúng tôi g</w:t>
      </w:r>
      <w:r w:rsidRPr="00EB732D">
        <w:rPr>
          <w:rFonts w:ascii="Times New Roman" w:hAnsi="Times New Roman" w:cs="Times New Roman"/>
          <w:sz w:val="28"/>
          <w:szCs w:val="28"/>
        </w:rPr>
        <w:t>ồ</w:t>
      </w:r>
      <w:r w:rsidRPr="00EB732D">
        <w:rPr>
          <w:rFonts w:ascii="Times New Roman" w:hAnsi="Times New Roman" w:cs="Times New Roman"/>
          <w:sz w:val="28"/>
          <w:szCs w:val="28"/>
        </w:rPr>
        <w:t>m có:</w:t>
      </w:r>
    </w:p>
    <w:p w:rsidR="00913903" w:rsidRPr="00EB732D" w:rsidRDefault="00EB732D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EB732D">
        <w:rPr>
          <w:rFonts w:ascii="Times New Roman" w:hAnsi="Times New Roman" w:cs="Times New Roman"/>
          <w:color w:val="auto"/>
          <w:sz w:val="28"/>
          <w:szCs w:val="28"/>
        </w:rPr>
        <w:t>BÊN CHO VAY (BÊN A):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H</w:t>
      </w:r>
      <w:r w:rsidRPr="00EB732D">
        <w:rPr>
          <w:rFonts w:ascii="Times New Roman" w:hAnsi="Times New Roman" w:cs="Times New Roman"/>
          <w:sz w:val="28"/>
          <w:szCs w:val="28"/>
        </w:rPr>
        <w:t>ọ</w:t>
      </w:r>
      <w:r w:rsidRPr="00EB732D">
        <w:rPr>
          <w:rFonts w:ascii="Times New Roman" w:hAnsi="Times New Roman" w:cs="Times New Roman"/>
          <w:sz w:val="28"/>
          <w:szCs w:val="28"/>
        </w:rPr>
        <w:t xml:space="preserve"> và tên: 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Ngày sinh:</w:t>
      </w:r>
      <w:r w:rsidRPr="00EB732D">
        <w:rPr>
          <w:rFonts w:ascii="Times New Roman" w:hAnsi="Times New Roman" w:cs="Times New Roman"/>
          <w:sz w:val="28"/>
          <w:szCs w:val="28"/>
        </w:rPr>
        <w:t xml:space="preserve"> ……………………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S</w:t>
      </w:r>
      <w:r w:rsidRPr="00EB732D">
        <w:rPr>
          <w:rFonts w:ascii="Times New Roman" w:hAnsi="Times New Roman" w:cs="Times New Roman"/>
          <w:sz w:val="28"/>
          <w:szCs w:val="28"/>
        </w:rPr>
        <w:t>ố</w:t>
      </w:r>
      <w:r w:rsidRPr="00EB732D">
        <w:rPr>
          <w:rFonts w:ascii="Times New Roman" w:hAnsi="Times New Roman" w:cs="Times New Roman"/>
          <w:sz w:val="28"/>
          <w:szCs w:val="28"/>
        </w:rPr>
        <w:t xml:space="preserve"> CMND/CCCD: …………………………… do ……………… c</w:t>
      </w:r>
      <w:r w:rsidRPr="00EB732D">
        <w:rPr>
          <w:rFonts w:ascii="Times New Roman" w:hAnsi="Times New Roman" w:cs="Times New Roman"/>
          <w:sz w:val="28"/>
          <w:szCs w:val="28"/>
        </w:rPr>
        <w:t>ấ</w:t>
      </w:r>
      <w:r w:rsidRPr="00EB732D">
        <w:rPr>
          <w:rFonts w:ascii="Times New Roman" w:hAnsi="Times New Roman" w:cs="Times New Roman"/>
          <w:sz w:val="28"/>
          <w:szCs w:val="28"/>
        </w:rPr>
        <w:t>p ngày ………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Đ</w:t>
      </w:r>
      <w:r w:rsidRPr="00EB732D">
        <w:rPr>
          <w:rFonts w:ascii="Times New Roman" w:hAnsi="Times New Roman" w:cs="Times New Roman"/>
          <w:sz w:val="28"/>
          <w:szCs w:val="28"/>
        </w:rPr>
        <w:t>ị</w:t>
      </w:r>
      <w:r w:rsidRPr="00EB732D">
        <w:rPr>
          <w:rFonts w:ascii="Times New Roman" w:hAnsi="Times New Roman" w:cs="Times New Roman"/>
          <w:sz w:val="28"/>
          <w:szCs w:val="28"/>
        </w:rPr>
        <w:t>a ch</w:t>
      </w:r>
      <w:r w:rsidRPr="00EB732D">
        <w:rPr>
          <w:rFonts w:ascii="Times New Roman" w:hAnsi="Times New Roman" w:cs="Times New Roman"/>
          <w:sz w:val="28"/>
          <w:szCs w:val="28"/>
        </w:rPr>
        <w:t>ỉ</w:t>
      </w:r>
      <w:r w:rsidRPr="00EB732D">
        <w:rPr>
          <w:rFonts w:ascii="Times New Roman" w:hAnsi="Times New Roman" w:cs="Times New Roman"/>
          <w:sz w:val="28"/>
          <w:szCs w:val="28"/>
        </w:rPr>
        <w:t xml:space="preserve"> thư</w:t>
      </w:r>
      <w:r w:rsidRPr="00EB732D">
        <w:rPr>
          <w:rFonts w:ascii="Times New Roman" w:hAnsi="Times New Roman" w:cs="Times New Roman"/>
          <w:sz w:val="28"/>
          <w:szCs w:val="28"/>
        </w:rPr>
        <w:t>ờ</w:t>
      </w:r>
      <w:r w:rsidRPr="00EB732D">
        <w:rPr>
          <w:rFonts w:ascii="Times New Roman" w:hAnsi="Times New Roman" w:cs="Times New Roman"/>
          <w:sz w:val="28"/>
          <w:szCs w:val="28"/>
        </w:rPr>
        <w:t>ng trú: 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……..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Đi</w:t>
      </w:r>
      <w:r w:rsidRPr="00EB732D">
        <w:rPr>
          <w:rFonts w:ascii="Times New Roman" w:hAnsi="Times New Roman" w:cs="Times New Roman"/>
          <w:sz w:val="28"/>
          <w:szCs w:val="28"/>
        </w:rPr>
        <w:t>ệ</w:t>
      </w:r>
      <w:r w:rsidRPr="00EB732D">
        <w:rPr>
          <w:rFonts w:ascii="Times New Roman" w:hAnsi="Times New Roman" w:cs="Times New Roman"/>
          <w:sz w:val="28"/>
          <w:szCs w:val="28"/>
        </w:rPr>
        <w:t>n tho</w:t>
      </w:r>
      <w:r w:rsidRPr="00EB732D">
        <w:rPr>
          <w:rFonts w:ascii="Times New Roman" w:hAnsi="Times New Roman" w:cs="Times New Roman"/>
          <w:sz w:val="28"/>
          <w:szCs w:val="28"/>
        </w:rPr>
        <w:t>ạ</w:t>
      </w:r>
      <w:r w:rsidRPr="00EB732D">
        <w:rPr>
          <w:rFonts w:ascii="Times New Roman" w:hAnsi="Times New Roman" w:cs="Times New Roman"/>
          <w:sz w:val="28"/>
          <w:szCs w:val="28"/>
        </w:rPr>
        <w:t>i: 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</w:t>
      </w:r>
    </w:p>
    <w:p w:rsidR="00913903" w:rsidRPr="00EB732D" w:rsidRDefault="00EB732D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EB732D">
        <w:rPr>
          <w:rFonts w:ascii="Times New Roman" w:hAnsi="Times New Roman" w:cs="Times New Roman"/>
          <w:color w:val="auto"/>
          <w:sz w:val="28"/>
          <w:szCs w:val="28"/>
        </w:rPr>
        <w:t>BÊN VAY (BÊN B):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H</w:t>
      </w:r>
      <w:r w:rsidRPr="00EB732D">
        <w:rPr>
          <w:rFonts w:ascii="Times New Roman" w:hAnsi="Times New Roman" w:cs="Times New Roman"/>
          <w:sz w:val="28"/>
          <w:szCs w:val="28"/>
        </w:rPr>
        <w:t>ọ</w:t>
      </w:r>
      <w:r w:rsidRPr="00EB732D">
        <w:rPr>
          <w:rFonts w:ascii="Times New Roman" w:hAnsi="Times New Roman" w:cs="Times New Roman"/>
          <w:sz w:val="28"/>
          <w:szCs w:val="28"/>
        </w:rPr>
        <w:t xml:space="preserve"> và tên: 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………………….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Ngày sinh: 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S</w:t>
      </w:r>
      <w:r w:rsidRPr="00EB732D">
        <w:rPr>
          <w:rFonts w:ascii="Times New Roman" w:hAnsi="Times New Roman" w:cs="Times New Roman"/>
          <w:sz w:val="28"/>
          <w:szCs w:val="28"/>
        </w:rPr>
        <w:t>ố</w:t>
      </w:r>
      <w:r w:rsidRPr="00EB732D">
        <w:rPr>
          <w:rFonts w:ascii="Times New Roman" w:hAnsi="Times New Roman" w:cs="Times New Roman"/>
          <w:sz w:val="28"/>
          <w:szCs w:val="28"/>
        </w:rPr>
        <w:t xml:space="preserve"> CMND/CCCD: …………………………… do ……………… c</w:t>
      </w:r>
      <w:r w:rsidRPr="00EB732D">
        <w:rPr>
          <w:rFonts w:ascii="Times New Roman" w:hAnsi="Times New Roman" w:cs="Times New Roman"/>
          <w:sz w:val="28"/>
          <w:szCs w:val="28"/>
        </w:rPr>
        <w:t>ấ</w:t>
      </w:r>
      <w:r w:rsidRPr="00EB732D">
        <w:rPr>
          <w:rFonts w:ascii="Times New Roman" w:hAnsi="Times New Roman" w:cs="Times New Roman"/>
          <w:sz w:val="28"/>
          <w:szCs w:val="28"/>
        </w:rPr>
        <w:t>p ngày 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……………………………………………………………….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Đ</w:t>
      </w:r>
      <w:r w:rsidRPr="00EB732D">
        <w:rPr>
          <w:rFonts w:ascii="Times New Roman" w:hAnsi="Times New Roman" w:cs="Times New Roman"/>
          <w:sz w:val="28"/>
          <w:szCs w:val="28"/>
        </w:rPr>
        <w:t>ị</w:t>
      </w:r>
      <w:r w:rsidRPr="00EB732D">
        <w:rPr>
          <w:rFonts w:ascii="Times New Roman" w:hAnsi="Times New Roman" w:cs="Times New Roman"/>
          <w:sz w:val="28"/>
          <w:szCs w:val="28"/>
        </w:rPr>
        <w:t>a ch</w:t>
      </w:r>
      <w:r w:rsidRPr="00EB732D">
        <w:rPr>
          <w:rFonts w:ascii="Times New Roman" w:hAnsi="Times New Roman" w:cs="Times New Roman"/>
          <w:sz w:val="28"/>
          <w:szCs w:val="28"/>
        </w:rPr>
        <w:t>ỉ</w:t>
      </w:r>
      <w:r w:rsidRPr="00EB732D">
        <w:rPr>
          <w:rFonts w:ascii="Times New Roman" w:hAnsi="Times New Roman" w:cs="Times New Roman"/>
          <w:sz w:val="28"/>
          <w:szCs w:val="28"/>
        </w:rPr>
        <w:t xml:space="preserve"> thư</w:t>
      </w:r>
      <w:r w:rsidRPr="00EB732D">
        <w:rPr>
          <w:rFonts w:ascii="Times New Roman" w:hAnsi="Times New Roman" w:cs="Times New Roman"/>
          <w:sz w:val="28"/>
          <w:szCs w:val="28"/>
        </w:rPr>
        <w:t>ờ</w:t>
      </w:r>
      <w:r w:rsidRPr="00EB732D">
        <w:rPr>
          <w:rFonts w:ascii="Times New Roman" w:hAnsi="Times New Roman" w:cs="Times New Roman"/>
          <w:sz w:val="28"/>
          <w:szCs w:val="28"/>
        </w:rPr>
        <w:t>ng trú: 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…….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Đi</w:t>
      </w:r>
      <w:r w:rsidRPr="00EB732D">
        <w:rPr>
          <w:rFonts w:ascii="Times New Roman" w:hAnsi="Times New Roman" w:cs="Times New Roman"/>
          <w:sz w:val="28"/>
          <w:szCs w:val="28"/>
        </w:rPr>
        <w:t>ệ</w:t>
      </w:r>
      <w:r w:rsidRPr="00EB732D">
        <w:rPr>
          <w:rFonts w:ascii="Times New Roman" w:hAnsi="Times New Roman" w:cs="Times New Roman"/>
          <w:sz w:val="28"/>
          <w:szCs w:val="28"/>
        </w:rPr>
        <w:t>n tho</w:t>
      </w:r>
      <w:r w:rsidRPr="00EB732D">
        <w:rPr>
          <w:rFonts w:ascii="Times New Roman" w:hAnsi="Times New Roman" w:cs="Times New Roman"/>
          <w:sz w:val="28"/>
          <w:szCs w:val="28"/>
        </w:rPr>
        <w:t>ạ</w:t>
      </w:r>
      <w:r w:rsidRPr="00EB732D">
        <w:rPr>
          <w:rFonts w:ascii="Times New Roman" w:hAnsi="Times New Roman" w:cs="Times New Roman"/>
          <w:sz w:val="28"/>
          <w:szCs w:val="28"/>
        </w:rPr>
        <w:t>i: 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…………………………..</w:t>
      </w:r>
    </w:p>
    <w:p w:rsidR="00913903" w:rsidRPr="00EB732D" w:rsidRDefault="00EB732D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EB732D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u 1. S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ố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 xml:space="preserve"> ti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n vay và m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ụ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c đích vay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Bên B đ</w:t>
      </w:r>
      <w:r w:rsidRPr="00EB732D">
        <w:rPr>
          <w:rFonts w:ascii="Times New Roman" w:hAnsi="Times New Roman" w:cs="Times New Roman"/>
          <w:sz w:val="28"/>
          <w:szCs w:val="28"/>
        </w:rPr>
        <w:t>ồ</w:t>
      </w:r>
      <w:r w:rsidRPr="00EB732D">
        <w:rPr>
          <w:rFonts w:ascii="Times New Roman" w:hAnsi="Times New Roman" w:cs="Times New Roman"/>
          <w:sz w:val="28"/>
          <w:szCs w:val="28"/>
        </w:rPr>
        <w:t>ng ý vay c</w:t>
      </w:r>
      <w:r w:rsidRPr="00EB732D">
        <w:rPr>
          <w:rFonts w:ascii="Times New Roman" w:hAnsi="Times New Roman" w:cs="Times New Roman"/>
          <w:sz w:val="28"/>
          <w:szCs w:val="28"/>
        </w:rPr>
        <w:t>ủ</w:t>
      </w:r>
      <w:r w:rsidRPr="00EB732D">
        <w:rPr>
          <w:rFonts w:ascii="Times New Roman" w:hAnsi="Times New Roman" w:cs="Times New Roman"/>
          <w:sz w:val="28"/>
          <w:szCs w:val="28"/>
        </w:rPr>
        <w:t>a Bên A s</w:t>
      </w:r>
      <w:r w:rsidRPr="00EB732D">
        <w:rPr>
          <w:rFonts w:ascii="Times New Roman" w:hAnsi="Times New Roman" w:cs="Times New Roman"/>
          <w:sz w:val="28"/>
          <w:szCs w:val="28"/>
        </w:rPr>
        <w:t>ố</w:t>
      </w:r>
      <w:r w:rsidRPr="00EB732D">
        <w:rPr>
          <w:rFonts w:ascii="Times New Roman" w:hAnsi="Times New Roman" w:cs="Times New Roman"/>
          <w:sz w:val="28"/>
          <w:szCs w:val="28"/>
        </w:rPr>
        <w:t xml:space="preserve"> ti</w:t>
      </w:r>
      <w:r w:rsidRPr="00EB732D">
        <w:rPr>
          <w:rFonts w:ascii="Times New Roman" w:hAnsi="Times New Roman" w:cs="Times New Roman"/>
          <w:sz w:val="28"/>
          <w:szCs w:val="28"/>
        </w:rPr>
        <w:t>ề</w:t>
      </w:r>
      <w:r w:rsidRPr="00EB732D">
        <w:rPr>
          <w:rFonts w:ascii="Times New Roman" w:hAnsi="Times New Roman" w:cs="Times New Roman"/>
          <w:sz w:val="28"/>
          <w:szCs w:val="28"/>
        </w:rPr>
        <w:t>n: ……………… đ</w:t>
      </w:r>
      <w:r w:rsidRPr="00EB732D">
        <w:rPr>
          <w:rFonts w:ascii="Times New Roman" w:hAnsi="Times New Roman" w:cs="Times New Roman"/>
          <w:sz w:val="28"/>
          <w:szCs w:val="28"/>
        </w:rPr>
        <w:t>ồ</w:t>
      </w:r>
      <w:r w:rsidRPr="00EB732D">
        <w:rPr>
          <w:rFonts w:ascii="Times New Roman" w:hAnsi="Times New Roman" w:cs="Times New Roman"/>
          <w:sz w:val="28"/>
          <w:szCs w:val="28"/>
        </w:rPr>
        <w:t>ng (B</w:t>
      </w:r>
      <w:r w:rsidRPr="00EB732D">
        <w:rPr>
          <w:rFonts w:ascii="Times New Roman" w:hAnsi="Times New Roman" w:cs="Times New Roman"/>
          <w:sz w:val="28"/>
          <w:szCs w:val="28"/>
        </w:rPr>
        <w:t>ằ</w:t>
      </w:r>
      <w:r w:rsidRPr="00EB732D">
        <w:rPr>
          <w:rFonts w:ascii="Times New Roman" w:hAnsi="Times New Roman" w:cs="Times New Roman"/>
          <w:sz w:val="28"/>
          <w:szCs w:val="28"/>
        </w:rPr>
        <w:t>ng ch</w:t>
      </w:r>
      <w:r w:rsidRPr="00EB732D">
        <w:rPr>
          <w:rFonts w:ascii="Times New Roman" w:hAnsi="Times New Roman" w:cs="Times New Roman"/>
          <w:sz w:val="28"/>
          <w:szCs w:val="28"/>
        </w:rPr>
        <w:t>ữ</w:t>
      </w:r>
      <w:r w:rsidRPr="00EB732D">
        <w:rPr>
          <w:rFonts w:ascii="Times New Roman" w:hAnsi="Times New Roman" w:cs="Times New Roman"/>
          <w:sz w:val="28"/>
          <w:szCs w:val="28"/>
        </w:rPr>
        <w:t>: ……………………)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lastRenderedPageBreak/>
        <w:t>M</w:t>
      </w:r>
      <w:r w:rsidRPr="00EB732D">
        <w:rPr>
          <w:rFonts w:ascii="Times New Roman" w:hAnsi="Times New Roman" w:cs="Times New Roman"/>
          <w:sz w:val="28"/>
          <w:szCs w:val="28"/>
        </w:rPr>
        <w:t>ụ</w:t>
      </w:r>
      <w:r w:rsidRPr="00EB732D">
        <w:rPr>
          <w:rFonts w:ascii="Times New Roman" w:hAnsi="Times New Roman" w:cs="Times New Roman"/>
          <w:sz w:val="28"/>
          <w:szCs w:val="28"/>
        </w:rPr>
        <w:t>c đích vay: ………………………………………………………………………</w:t>
      </w:r>
    </w:p>
    <w:p w:rsidR="00913903" w:rsidRPr="00EB732D" w:rsidRDefault="00EB732D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EB732D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u 2. Th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ờ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i h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ạ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n vay và phương th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ứ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c tr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ả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 xml:space="preserve"> n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ợ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Th</w:t>
      </w:r>
      <w:r w:rsidRPr="00EB732D">
        <w:rPr>
          <w:rFonts w:ascii="Times New Roman" w:hAnsi="Times New Roman" w:cs="Times New Roman"/>
          <w:sz w:val="28"/>
          <w:szCs w:val="28"/>
        </w:rPr>
        <w:t>ờ</w:t>
      </w:r>
      <w:r w:rsidRPr="00EB732D">
        <w:rPr>
          <w:rFonts w:ascii="Times New Roman" w:hAnsi="Times New Roman" w:cs="Times New Roman"/>
          <w:sz w:val="28"/>
          <w:szCs w:val="28"/>
        </w:rPr>
        <w:t>i h</w:t>
      </w:r>
      <w:r w:rsidRPr="00EB732D">
        <w:rPr>
          <w:rFonts w:ascii="Times New Roman" w:hAnsi="Times New Roman" w:cs="Times New Roman"/>
          <w:sz w:val="28"/>
          <w:szCs w:val="28"/>
        </w:rPr>
        <w:t>ạ</w:t>
      </w:r>
      <w:r w:rsidRPr="00EB732D">
        <w:rPr>
          <w:rFonts w:ascii="Times New Roman" w:hAnsi="Times New Roman" w:cs="Times New Roman"/>
          <w:sz w:val="28"/>
          <w:szCs w:val="28"/>
        </w:rPr>
        <w:t>n vay: t</w:t>
      </w:r>
      <w:r w:rsidRPr="00EB732D">
        <w:rPr>
          <w:rFonts w:ascii="Times New Roman" w:hAnsi="Times New Roman" w:cs="Times New Roman"/>
          <w:sz w:val="28"/>
          <w:szCs w:val="28"/>
        </w:rPr>
        <w:t>ừ</w:t>
      </w:r>
      <w:r w:rsidRPr="00EB732D">
        <w:rPr>
          <w:rFonts w:ascii="Times New Roman" w:hAnsi="Times New Roman" w:cs="Times New Roman"/>
          <w:sz w:val="28"/>
          <w:szCs w:val="28"/>
        </w:rPr>
        <w:t xml:space="preserve"> ngày …/…/2025 đ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>n ngày …/…/202…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Hình th</w:t>
      </w:r>
      <w:r w:rsidRPr="00EB732D">
        <w:rPr>
          <w:rFonts w:ascii="Times New Roman" w:hAnsi="Times New Roman" w:cs="Times New Roman"/>
          <w:sz w:val="28"/>
          <w:szCs w:val="28"/>
        </w:rPr>
        <w:t>ứ</w:t>
      </w:r>
      <w:r w:rsidRPr="00EB732D">
        <w:rPr>
          <w:rFonts w:ascii="Times New Roman" w:hAnsi="Times New Roman" w:cs="Times New Roman"/>
          <w:sz w:val="28"/>
          <w:szCs w:val="28"/>
        </w:rPr>
        <w:t>c tr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: □ M</w:t>
      </w:r>
      <w:r w:rsidRPr="00EB732D">
        <w:rPr>
          <w:rFonts w:ascii="Times New Roman" w:hAnsi="Times New Roman" w:cs="Times New Roman"/>
          <w:sz w:val="28"/>
          <w:szCs w:val="28"/>
        </w:rPr>
        <w:t>ộ</w:t>
      </w:r>
      <w:r w:rsidRPr="00EB732D">
        <w:rPr>
          <w:rFonts w:ascii="Times New Roman" w:hAnsi="Times New Roman" w:cs="Times New Roman"/>
          <w:sz w:val="28"/>
          <w:szCs w:val="28"/>
        </w:rPr>
        <w:t>t l</w:t>
      </w:r>
      <w:r w:rsidRPr="00EB732D">
        <w:rPr>
          <w:rFonts w:ascii="Times New Roman" w:hAnsi="Times New Roman" w:cs="Times New Roman"/>
          <w:sz w:val="28"/>
          <w:szCs w:val="28"/>
        </w:rPr>
        <w:t>ầ</w:t>
      </w:r>
      <w:r w:rsidRPr="00EB732D">
        <w:rPr>
          <w:rFonts w:ascii="Times New Roman" w:hAnsi="Times New Roman" w:cs="Times New Roman"/>
          <w:sz w:val="28"/>
          <w:szCs w:val="28"/>
        </w:rPr>
        <w:t>n □ Góp theo tháng □ Theo th</w:t>
      </w:r>
      <w:r w:rsidRPr="00EB732D">
        <w:rPr>
          <w:rFonts w:ascii="Times New Roman" w:hAnsi="Times New Roman" w:cs="Times New Roman"/>
          <w:sz w:val="28"/>
          <w:szCs w:val="28"/>
        </w:rPr>
        <w:t>ỏ</w:t>
      </w:r>
      <w:r w:rsidRPr="00EB732D">
        <w:rPr>
          <w:rFonts w:ascii="Times New Roman" w:hAnsi="Times New Roman" w:cs="Times New Roman"/>
          <w:sz w:val="28"/>
          <w:szCs w:val="28"/>
        </w:rPr>
        <w:t>a thu</w:t>
      </w:r>
      <w:r w:rsidRPr="00EB732D">
        <w:rPr>
          <w:rFonts w:ascii="Times New Roman" w:hAnsi="Times New Roman" w:cs="Times New Roman"/>
          <w:sz w:val="28"/>
          <w:szCs w:val="28"/>
        </w:rPr>
        <w:t>ậ</w:t>
      </w:r>
      <w:r w:rsidRPr="00EB732D">
        <w:rPr>
          <w:rFonts w:ascii="Times New Roman" w:hAnsi="Times New Roman" w:cs="Times New Roman"/>
          <w:sz w:val="28"/>
          <w:szCs w:val="28"/>
        </w:rPr>
        <w:t>n khác: ………………</w:t>
      </w:r>
    </w:p>
    <w:p w:rsidR="00913903" w:rsidRPr="00EB732D" w:rsidRDefault="00EB732D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EB732D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u 3. Lãi su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t vay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M</w:t>
      </w:r>
      <w:r w:rsidRPr="00EB732D">
        <w:rPr>
          <w:rFonts w:ascii="Times New Roman" w:hAnsi="Times New Roman" w:cs="Times New Roman"/>
          <w:sz w:val="28"/>
          <w:szCs w:val="28"/>
        </w:rPr>
        <w:t>ứ</w:t>
      </w:r>
      <w:r w:rsidRPr="00EB732D">
        <w:rPr>
          <w:rFonts w:ascii="Times New Roman" w:hAnsi="Times New Roman" w:cs="Times New Roman"/>
          <w:sz w:val="28"/>
          <w:szCs w:val="28"/>
        </w:rPr>
        <w:t>c lãi su</w:t>
      </w:r>
      <w:r w:rsidRPr="00EB732D">
        <w:rPr>
          <w:rFonts w:ascii="Times New Roman" w:hAnsi="Times New Roman" w:cs="Times New Roman"/>
          <w:sz w:val="28"/>
          <w:szCs w:val="28"/>
        </w:rPr>
        <w:t>ấ</w:t>
      </w:r>
      <w:r w:rsidRPr="00EB732D">
        <w:rPr>
          <w:rFonts w:ascii="Times New Roman" w:hAnsi="Times New Roman" w:cs="Times New Roman"/>
          <w:sz w:val="28"/>
          <w:szCs w:val="28"/>
        </w:rPr>
        <w:t>t: ……… %/tháng (ho</w:t>
      </w:r>
      <w:r w:rsidRPr="00EB732D">
        <w:rPr>
          <w:rFonts w:ascii="Times New Roman" w:hAnsi="Times New Roman" w:cs="Times New Roman"/>
          <w:sz w:val="28"/>
          <w:szCs w:val="28"/>
        </w:rPr>
        <w:t>ặ</w:t>
      </w:r>
      <w:r w:rsidRPr="00EB732D">
        <w:rPr>
          <w:rFonts w:ascii="Times New Roman" w:hAnsi="Times New Roman" w:cs="Times New Roman"/>
          <w:sz w:val="28"/>
          <w:szCs w:val="28"/>
        </w:rPr>
        <w:t>c 0% n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>u không tính lãi)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Cách tính lãi: ………………………………………………………………………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Ti</w:t>
      </w:r>
      <w:r w:rsidRPr="00EB732D">
        <w:rPr>
          <w:rFonts w:ascii="Times New Roman" w:hAnsi="Times New Roman" w:cs="Times New Roman"/>
          <w:sz w:val="28"/>
          <w:szCs w:val="28"/>
        </w:rPr>
        <w:t>ề</w:t>
      </w:r>
      <w:r w:rsidRPr="00EB732D">
        <w:rPr>
          <w:rFonts w:ascii="Times New Roman" w:hAnsi="Times New Roman" w:cs="Times New Roman"/>
          <w:sz w:val="28"/>
          <w:szCs w:val="28"/>
        </w:rPr>
        <w:t>n lãi đư</w:t>
      </w:r>
      <w:r w:rsidRPr="00EB732D">
        <w:rPr>
          <w:rFonts w:ascii="Times New Roman" w:hAnsi="Times New Roman" w:cs="Times New Roman"/>
          <w:sz w:val="28"/>
          <w:szCs w:val="28"/>
        </w:rPr>
        <w:t>ợ</w:t>
      </w:r>
      <w:r w:rsidRPr="00EB732D">
        <w:rPr>
          <w:rFonts w:ascii="Times New Roman" w:hAnsi="Times New Roman" w:cs="Times New Roman"/>
          <w:sz w:val="28"/>
          <w:szCs w:val="28"/>
        </w:rPr>
        <w:t>c thanh to</w:t>
      </w:r>
      <w:r w:rsidRPr="00EB732D">
        <w:rPr>
          <w:rFonts w:ascii="Times New Roman" w:hAnsi="Times New Roman" w:cs="Times New Roman"/>
          <w:sz w:val="28"/>
          <w:szCs w:val="28"/>
        </w:rPr>
        <w:t>án: □ Cu</w:t>
      </w:r>
      <w:r w:rsidRPr="00EB732D">
        <w:rPr>
          <w:rFonts w:ascii="Times New Roman" w:hAnsi="Times New Roman" w:cs="Times New Roman"/>
          <w:sz w:val="28"/>
          <w:szCs w:val="28"/>
        </w:rPr>
        <w:t>ố</w:t>
      </w:r>
      <w:r w:rsidRPr="00EB732D">
        <w:rPr>
          <w:rFonts w:ascii="Times New Roman" w:hAnsi="Times New Roman" w:cs="Times New Roman"/>
          <w:sz w:val="28"/>
          <w:szCs w:val="28"/>
        </w:rPr>
        <w:t>i k</w:t>
      </w:r>
      <w:r w:rsidRPr="00EB732D">
        <w:rPr>
          <w:rFonts w:ascii="Times New Roman" w:hAnsi="Times New Roman" w:cs="Times New Roman"/>
          <w:sz w:val="28"/>
          <w:szCs w:val="28"/>
        </w:rPr>
        <w:t>ỳ</w:t>
      </w:r>
      <w:r w:rsidRPr="00EB732D">
        <w:rPr>
          <w:rFonts w:ascii="Times New Roman" w:hAnsi="Times New Roman" w:cs="Times New Roman"/>
          <w:sz w:val="28"/>
          <w:szCs w:val="28"/>
        </w:rPr>
        <w:t> □</w:t>
      </w:r>
      <w:r w:rsidRPr="00EB732D">
        <w:rPr>
          <w:rFonts w:ascii="Times New Roman" w:hAnsi="Times New Roman" w:cs="Times New Roman"/>
          <w:sz w:val="28"/>
          <w:szCs w:val="28"/>
        </w:rPr>
        <w:t xml:space="preserve"> Đ</w:t>
      </w:r>
      <w:r w:rsidRPr="00EB732D">
        <w:rPr>
          <w:rFonts w:ascii="Times New Roman" w:hAnsi="Times New Roman" w:cs="Times New Roman"/>
          <w:sz w:val="28"/>
          <w:szCs w:val="28"/>
        </w:rPr>
        <w:t>ị</w:t>
      </w:r>
      <w:r w:rsidRPr="00EB732D">
        <w:rPr>
          <w:rFonts w:ascii="Times New Roman" w:hAnsi="Times New Roman" w:cs="Times New Roman"/>
          <w:sz w:val="28"/>
          <w:szCs w:val="28"/>
        </w:rPr>
        <w:t>nh k</w:t>
      </w:r>
      <w:r w:rsidRPr="00EB732D">
        <w:rPr>
          <w:rFonts w:ascii="Times New Roman" w:hAnsi="Times New Roman" w:cs="Times New Roman"/>
          <w:sz w:val="28"/>
          <w:szCs w:val="28"/>
        </w:rPr>
        <w:t>ỳ</w:t>
      </w:r>
      <w:r w:rsidRPr="00EB732D">
        <w:rPr>
          <w:rFonts w:ascii="Times New Roman" w:hAnsi="Times New Roman" w:cs="Times New Roman"/>
          <w:sz w:val="28"/>
          <w:szCs w:val="28"/>
        </w:rPr>
        <w:t xml:space="preserve"> hàng tháng □ Cùng lúc v</w:t>
      </w:r>
      <w:r w:rsidRPr="00EB732D">
        <w:rPr>
          <w:rFonts w:ascii="Times New Roman" w:hAnsi="Times New Roman" w:cs="Times New Roman"/>
          <w:sz w:val="28"/>
          <w:szCs w:val="28"/>
        </w:rPr>
        <w:t>ớ</w:t>
      </w:r>
      <w:r w:rsidRPr="00EB732D">
        <w:rPr>
          <w:rFonts w:ascii="Times New Roman" w:hAnsi="Times New Roman" w:cs="Times New Roman"/>
          <w:sz w:val="28"/>
          <w:szCs w:val="28"/>
        </w:rPr>
        <w:t>i g</w:t>
      </w:r>
      <w:r w:rsidRPr="00EB732D">
        <w:rPr>
          <w:rFonts w:ascii="Times New Roman" w:hAnsi="Times New Roman" w:cs="Times New Roman"/>
          <w:sz w:val="28"/>
          <w:szCs w:val="28"/>
        </w:rPr>
        <w:t>ố</w:t>
      </w:r>
      <w:r w:rsidRPr="00EB732D">
        <w:rPr>
          <w:rFonts w:ascii="Times New Roman" w:hAnsi="Times New Roman" w:cs="Times New Roman"/>
          <w:sz w:val="28"/>
          <w:szCs w:val="28"/>
        </w:rPr>
        <w:t>c</w:t>
      </w:r>
    </w:p>
    <w:p w:rsidR="00913903" w:rsidRPr="00EB732D" w:rsidRDefault="00EB732D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EB732D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u 4. Tài s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ả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n th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 xml:space="preserve"> ch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p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Lo</w:t>
      </w:r>
      <w:r w:rsidRPr="00EB732D">
        <w:rPr>
          <w:rFonts w:ascii="Times New Roman" w:hAnsi="Times New Roman" w:cs="Times New Roman"/>
          <w:sz w:val="28"/>
          <w:szCs w:val="28"/>
        </w:rPr>
        <w:t>ạ</w:t>
      </w:r>
      <w:r w:rsidRPr="00EB732D">
        <w:rPr>
          <w:rFonts w:ascii="Times New Roman" w:hAnsi="Times New Roman" w:cs="Times New Roman"/>
          <w:sz w:val="28"/>
          <w:szCs w:val="28"/>
        </w:rPr>
        <w:t>i tài s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n: ………………………………………………………………………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Mô t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 xml:space="preserve"> chi ti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>t: ………………………………………………………………………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Gi</w:t>
      </w:r>
      <w:r w:rsidRPr="00EB732D">
        <w:rPr>
          <w:rFonts w:ascii="Times New Roman" w:hAnsi="Times New Roman" w:cs="Times New Roman"/>
          <w:sz w:val="28"/>
          <w:szCs w:val="28"/>
        </w:rPr>
        <w:t>ấ</w:t>
      </w:r>
      <w:r w:rsidRPr="00EB732D">
        <w:rPr>
          <w:rFonts w:ascii="Times New Roman" w:hAnsi="Times New Roman" w:cs="Times New Roman"/>
          <w:sz w:val="28"/>
          <w:szCs w:val="28"/>
        </w:rPr>
        <w:t>y t</w:t>
      </w:r>
      <w:r w:rsidRPr="00EB732D">
        <w:rPr>
          <w:rFonts w:ascii="Times New Roman" w:hAnsi="Times New Roman" w:cs="Times New Roman"/>
          <w:sz w:val="28"/>
          <w:szCs w:val="28"/>
        </w:rPr>
        <w:t>ờ</w:t>
      </w:r>
      <w:r w:rsidRPr="00EB732D">
        <w:rPr>
          <w:rFonts w:ascii="Times New Roman" w:hAnsi="Times New Roman" w:cs="Times New Roman"/>
          <w:sz w:val="28"/>
          <w:szCs w:val="28"/>
        </w:rPr>
        <w:t xml:space="preserve"> kèm theo: ……………………………………………………………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Bên A gi</w:t>
      </w:r>
      <w:r w:rsidRPr="00EB732D">
        <w:rPr>
          <w:rFonts w:ascii="Times New Roman" w:hAnsi="Times New Roman" w:cs="Times New Roman"/>
          <w:sz w:val="28"/>
          <w:szCs w:val="28"/>
        </w:rPr>
        <w:t>ữ</w:t>
      </w:r>
      <w:r w:rsidRPr="00EB732D">
        <w:rPr>
          <w:rFonts w:ascii="Times New Roman" w:hAnsi="Times New Roman" w:cs="Times New Roman"/>
          <w:sz w:val="28"/>
          <w:szCs w:val="28"/>
        </w:rPr>
        <w:t xml:space="preserve"> gi</w:t>
      </w:r>
      <w:r w:rsidRPr="00EB732D">
        <w:rPr>
          <w:rFonts w:ascii="Times New Roman" w:hAnsi="Times New Roman" w:cs="Times New Roman"/>
          <w:sz w:val="28"/>
          <w:szCs w:val="28"/>
        </w:rPr>
        <w:t>ấ</w:t>
      </w:r>
      <w:r w:rsidRPr="00EB732D">
        <w:rPr>
          <w:rFonts w:ascii="Times New Roman" w:hAnsi="Times New Roman" w:cs="Times New Roman"/>
          <w:sz w:val="28"/>
          <w:szCs w:val="28"/>
        </w:rPr>
        <w:t>y t</w:t>
      </w:r>
      <w:r w:rsidRPr="00EB732D">
        <w:rPr>
          <w:rFonts w:ascii="Times New Roman" w:hAnsi="Times New Roman" w:cs="Times New Roman"/>
          <w:sz w:val="28"/>
          <w:szCs w:val="28"/>
        </w:rPr>
        <w:t>ờ</w:t>
      </w:r>
      <w:r w:rsidRPr="00EB732D">
        <w:rPr>
          <w:rFonts w:ascii="Times New Roman" w:hAnsi="Times New Roman" w:cs="Times New Roman"/>
          <w:sz w:val="28"/>
          <w:szCs w:val="28"/>
        </w:rPr>
        <w:t xml:space="preserve"> b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n chính g</w:t>
      </w:r>
      <w:r w:rsidRPr="00EB732D">
        <w:rPr>
          <w:rFonts w:ascii="Times New Roman" w:hAnsi="Times New Roman" w:cs="Times New Roman"/>
          <w:sz w:val="28"/>
          <w:szCs w:val="28"/>
        </w:rPr>
        <w:t>ố</w:t>
      </w:r>
      <w:r w:rsidRPr="00EB732D">
        <w:rPr>
          <w:rFonts w:ascii="Times New Roman" w:hAnsi="Times New Roman" w:cs="Times New Roman"/>
          <w:sz w:val="28"/>
          <w:szCs w:val="28"/>
        </w:rPr>
        <w:t>c/b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 xml:space="preserve">n sao công </w:t>
      </w:r>
      <w:r w:rsidRPr="00EB732D">
        <w:rPr>
          <w:rFonts w:ascii="Times New Roman" w:hAnsi="Times New Roman" w:cs="Times New Roman"/>
          <w:sz w:val="28"/>
          <w:szCs w:val="28"/>
        </w:rPr>
        <w:t>ch</w:t>
      </w:r>
      <w:r w:rsidRPr="00EB732D">
        <w:rPr>
          <w:rFonts w:ascii="Times New Roman" w:hAnsi="Times New Roman" w:cs="Times New Roman"/>
          <w:sz w:val="28"/>
          <w:szCs w:val="28"/>
        </w:rPr>
        <w:t>ứ</w:t>
      </w:r>
      <w:r w:rsidRPr="00EB732D">
        <w:rPr>
          <w:rFonts w:ascii="Times New Roman" w:hAnsi="Times New Roman" w:cs="Times New Roman"/>
          <w:sz w:val="28"/>
          <w:szCs w:val="28"/>
        </w:rPr>
        <w:t>ng: …………………</w:t>
      </w:r>
    </w:p>
    <w:p w:rsidR="00913903" w:rsidRPr="00EB732D" w:rsidRDefault="00EB732D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EB732D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u 5. Quy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n và nghĩa v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ụ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 xml:space="preserve"> các bên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Bên A (cho vay):</w:t>
      </w:r>
    </w:p>
    <w:p w:rsidR="00913903" w:rsidRPr="00EB732D" w:rsidRDefault="00EB732D">
      <w:pPr>
        <w:pStyle w:val="ListBullet"/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- Có quy</w:t>
      </w:r>
      <w:r w:rsidRPr="00EB732D">
        <w:rPr>
          <w:rFonts w:ascii="Times New Roman" w:hAnsi="Times New Roman" w:cs="Times New Roman"/>
          <w:sz w:val="28"/>
          <w:szCs w:val="28"/>
        </w:rPr>
        <w:t>ề</w:t>
      </w:r>
      <w:r w:rsidRPr="00EB732D">
        <w:rPr>
          <w:rFonts w:ascii="Times New Roman" w:hAnsi="Times New Roman" w:cs="Times New Roman"/>
          <w:sz w:val="28"/>
          <w:szCs w:val="28"/>
        </w:rPr>
        <w:t>n yêu c</w:t>
      </w:r>
      <w:r w:rsidRPr="00EB732D">
        <w:rPr>
          <w:rFonts w:ascii="Times New Roman" w:hAnsi="Times New Roman" w:cs="Times New Roman"/>
          <w:sz w:val="28"/>
          <w:szCs w:val="28"/>
        </w:rPr>
        <w:t>ầ</w:t>
      </w:r>
      <w:r w:rsidRPr="00EB732D">
        <w:rPr>
          <w:rFonts w:ascii="Times New Roman" w:hAnsi="Times New Roman" w:cs="Times New Roman"/>
          <w:sz w:val="28"/>
          <w:szCs w:val="28"/>
        </w:rPr>
        <w:t>u tr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 xml:space="preserve"> n</w:t>
      </w:r>
      <w:r w:rsidRPr="00EB732D">
        <w:rPr>
          <w:rFonts w:ascii="Times New Roman" w:hAnsi="Times New Roman" w:cs="Times New Roman"/>
          <w:sz w:val="28"/>
          <w:szCs w:val="28"/>
        </w:rPr>
        <w:t>ợ</w:t>
      </w:r>
      <w:r w:rsidRPr="00EB732D">
        <w:rPr>
          <w:rFonts w:ascii="Times New Roman" w:hAnsi="Times New Roman" w:cs="Times New Roman"/>
          <w:sz w:val="28"/>
          <w:szCs w:val="28"/>
        </w:rPr>
        <w:t xml:space="preserve"> đúng h</w:t>
      </w:r>
      <w:r w:rsidRPr="00EB732D">
        <w:rPr>
          <w:rFonts w:ascii="Times New Roman" w:hAnsi="Times New Roman" w:cs="Times New Roman"/>
          <w:sz w:val="28"/>
          <w:szCs w:val="28"/>
        </w:rPr>
        <w:t>ạ</w:t>
      </w:r>
      <w:r w:rsidRPr="00EB732D">
        <w:rPr>
          <w:rFonts w:ascii="Times New Roman" w:hAnsi="Times New Roman" w:cs="Times New Roman"/>
          <w:sz w:val="28"/>
          <w:szCs w:val="28"/>
        </w:rPr>
        <w:t>n.</w:t>
      </w:r>
      <w:r w:rsidRPr="00EB732D">
        <w:rPr>
          <w:rFonts w:ascii="Times New Roman" w:hAnsi="Times New Roman" w:cs="Times New Roman"/>
          <w:sz w:val="28"/>
          <w:szCs w:val="28"/>
        </w:rPr>
        <w:br/>
        <w:t>- Gi</w:t>
      </w:r>
      <w:r w:rsidRPr="00EB732D">
        <w:rPr>
          <w:rFonts w:ascii="Times New Roman" w:hAnsi="Times New Roman" w:cs="Times New Roman"/>
          <w:sz w:val="28"/>
          <w:szCs w:val="28"/>
        </w:rPr>
        <w:t>ữ</w:t>
      </w:r>
      <w:r w:rsidRPr="00EB732D">
        <w:rPr>
          <w:rFonts w:ascii="Times New Roman" w:hAnsi="Times New Roman" w:cs="Times New Roman"/>
          <w:sz w:val="28"/>
          <w:szCs w:val="28"/>
        </w:rPr>
        <w:t xml:space="preserve"> và b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o qu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n tài s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n th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 xml:space="preserve"> ch</w:t>
      </w:r>
      <w:r w:rsidRPr="00EB732D">
        <w:rPr>
          <w:rFonts w:ascii="Times New Roman" w:hAnsi="Times New Roman" w:cs="Times New Roman"/>
          <w:sz w:val="28"/>
          <w:szCs w:val="28"/>
        </w:rPr>
        <w:t>ấ</w:t>
      </w:r>
      <w:r w:rsidRPr="00EB732D">
        <w:rPr>
          <w:rFonts w:ascii="Times New Roman" w:hAnsi="Times New Roman" w:cs="Times New Roman"/>
          <w:sz w:val="28"/>
          <w:szCs w:val="28"/>
        </w:rPr>
        <w:t>p.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Bên B (vay):</w:t>
      </w:r>
    </w:p>
    <w:p w:rsidR="00913903" w:rsidRPr="00EB732D" w:rsidRDefault="00EB732D">
      <w:pPr>
        <w:pStyle w:val="ListBullet"/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- Tr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 xml:space="preserve"> đ</w:t>
      </w:r>
      <w:r w:rsidRPr="00EB732D">
        <w:rPr>
          <w:rFonts w:ascii="Times New Roman" w:hAnsi="Times New Roman" w:cs="Times New Roman"/>
          <w:sz w:val="28"/>
          <w:szCs w:val="28"/>
        </w:rPr>
        <w:t>ủ</w:t>
      </w:r>
      <w:r w:rsidRPr="00EB732D">
        <w:rPr>
          <w:rFonts w:ascii="Times New Roman" w:hAnsi="Times New Roman" w:cs="Times New Roman"/>
          <w:sz w:val="28"/>
          <w:szCs w:val="28"/>
        </w:rPr>
        <w:t xml:space="preserve"> n</w:t>
      </w:r>
      <w:r w:rsidRPr="00EB732D">
        <w:rPr>
          <w:rFonts w:ascii="Times New Roman" w:hAnsi="Times New Roman" w:cs="Times New Roman"/>
          <w:sz w:val="28"/>
          <w:szCs w:val="28"/>
        </w:rPr>
        <w:t>ợ</w:t>
      </w:r>
      <w:r w:rsidRPr="00EB732D">
        <w:rPr>
          <w:rFonts w:ascii="Times New Roman" w:hAnsi="Times New Roman" w:cs="Times New Roman"/>
          <w:sz w:val="28"/>
          <w:szCs w:val="28"/>
        </w:rPr>
        <w:t xml:space="preserve"> g</w:t>
      </w:r>
      <w:r w:rsidRPr="00EB732D">
        <w:rPr>
          <w:rFonts w:ascii="Times New Roman" w:hAnsi="Times New Roman" w:cs="Times New Roman"/>
          <w:sz w:val="28"/>
          <w:szCs w:val="28"/>
        </w:rPr>
        <w:t>ố</w:t>
      </w:r>
      <w:r w:rsidRPr="00EB732D">
        <w:rPr>
          <w:rFonts w:ascii="Times New Roman" w:hAnsi="Times New Roman" w:cs="Times New Roman"/>
          <w:sz w:val="28"/>
          <w:szCs w:val="28"/>
        </w:rPr>
        <w:t>c và lãi đúng h</w:t>
      </w:r>
      <w:r w:rsidRPr="00EB732D">
        <w:rPr>
          <w:rFonts w:ascii="Times New Roman" w:hAnsi="Times New Roman" w:cs="Times New Roman"/>
          <w:sz w:val="28"/>
          <w:szCs w:val="28"/>
        </w:rPr>
        <w:t>ạ</w:t>
      </w:r>
      <w:r w:rsidRPr="00EB732D">
        <w:rPr>
          <w:rFonts w:ascii="Times New Roman" w:hAnsi="Times New Roman" w:cs="Times New Roman"/>
          <w:sz w:val="28"/>
          <w:szCs w:val="28"/>
        </w:rPr>
        <w:t>n.</w:t>
      </w:r>
      <w:r w:rsidRPr="00EB732D">
        <w:rPr>
          <w:rFonts w:ascii="Times New Roman" w:hAnsi="Times New Roman" w:cs="Times New Roman"/>
          <w:sz w:val="28"/>
          <w:szCs w:val="28"/>
        </w:rPr>
        <w:br/>
        <w:t>- Ch</w:t>
      </w:r>
      <w:r w:rsidRPr="00EB732D">
        <w:rPr>
          <w:rFonts w:ascii="Times New Roman" w:hAnsi="Times New Roman" w:cs="Times New Roman"/>
          <w:sz w:val="28"/>
          <w:szCs w:val="28"/>
        </w:rPr>
        <w:t>ị</w:t>
      </w:r>
      <w:r w:rsidRPr="00EB732D">
        <w:rPr>
          <w:rFonts w:ascii="Times New Roman" w:hAnsi="Times New Roman" w:cs="Times New Roman"/>
          <w:sz w:val="28"/>
          <w:szCs w:val="28"/>
        </w:rPr>
        <w:t>u trách nhi</w:t>
      </w:r>
      <w:r w:rsidRPr="00EB732D">
        <w:rPr>
          <w:rFonts w:ascii="Times New Roman" w:hAnsi="Times New Roman" w:cs="Times New Roman"/>
          <w:sz w:val="28"/>
          <w:szCs w:val="28"/>
        </w:rPr>
        <w:t>ệ</w:t>
      </w:r>
      <w:r w:rsidRPr="00EB732D">
        <w:rPr>
          <w:rFonts w:ascii="Times New Roman" w:hAnsi="Times New Roman" w:cs="Times New Roman"/>
          <w:sz w:val="28"/>
          <w:szCs w:val="28"/>
        </w:rPr>
        <w:t>m pháp lý n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>u c</w:t>
      </w:r>
      <w:r w:rsidRPr="00EB732D">
        <w:rPr>
          <w:rFonts w:ascii="Times New Roman" w:hAnsi="Times New Roman" w:cs="Times New Roman"/>
          <w:sz w:val="28"/>
          <w:szCs w:val="28"/>
        </w:rPr>
        <w:t>ố</w:t>
      </w:r>
      <w:r w:rsidRPr="00EB732D">
        <w:rPr>
          <w:rFonts w:ascii="Times New Roman" w:hAnsi="Times New Roman" w:cs="Times New Roman"/>
          <w:sz w:val="28"/>
          <w:szCs w:val="28"/>
        </w:rPr>
        <w:t xml:space="preserve"> ý chi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>m đo</w:t>
      </w:r>
      <w:r w:rsidRPr="00EB732D">
        <w:rPr>
          <w:rFonts w:ascii="Times New Roman" w:hAnsi="Times New Roman" w:cs="Times New Roman"/>
          <w:sz w:val="28"/>
          <w:szCs w:val="28"/>
        </w:rPr>
        <w:t>ạ</w:t>
      </w:r>
      <w:r w:rsidRPr="00EB732D">
        <w:rPr>
          <w:rFonts w:ascii="Times New Roman" w:hAnsi="Times New Roman" w:cs="Times New Roman"/>
          <w:sz w:val="28"/>
          <w:szCs w:val="28"/>
        </w:rPr>
        <w:t>t kho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n vay.</w:t>
      </w:r>
    </w:p>
    <w:p w:rsidR="00913903" w:rsidRPr="00EB732D" w:rsidRDefault="00EB732D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EB732D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u 6. X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ử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 xml:space="preserve"> lý 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tài s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ả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n th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 xml:space="preserve"> ch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p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N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>u Bên B không tr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 xml:space="preserve"> n</w:t>
      </w:r>
      <w:r w:rsidRPr="00EB732D">
        <w:rPr>
          <w:rFonts w:ascii="Times New Roman" w:hAnsi="Times New Roman" w:cs="Times New Roman"/>
          <w:sz w:val="28"/>
          <w:szCs w:val="28"/>
        </w:rPr>
        <w:t>ợ</w:t>
      </w:r>
      <w:r w:rsidRPr="00EB732D">
        <w:rPr>
          <w:rFonts w:ascii="Times New Roman" w:hAnsi="Times New Roman" w:cs="Times New Roman"/>
          <w:sz w:val="28"/>
          <w:szCs w:val="28"/>
        </w:rPr>
        <w:t xml:space="preserve"> đúng h</w:t>
      </w:r>
      <w:r w:rsidRPr="00EB732D">
        <w:rPr>
          <w:rFonts w:ascii="Times New Roman" w:hAnsi="Times New Roman" w:cs="Times New Roman"/>
          <w:sz w:val="28"/>
          <w:szCs w:val="28"/>
        </w:rPr>
        <w:t>ạ</w:t>
      </w:r>
      <w:r w:rsidRPr="00EB732D">
        <w:rPr>
          <w:rFonts w:ascii="Times New Roman" w:hAnsi="Times New Roman" w:cs="Times New Roman"/>
          <w:sz w:val="28"/>
          <w:szCs w:val="28"/>
        </w:rPr>
        <w:t>n, Bên A có quy</w:t>
      </w:r>
      <w:r w:rsidRPr="00EB732D">
        <w:rPr>
          <w:rFonts w:ascii="Times New Roman" w:hAnsi="Times New Roman" w:cs="Times New Roman"/>
          <w:sz w:val="28"/>
          <w:szCs w:val="28"/>
        </w:rPr>
        <w:t>ề</w:t>
      </w:r>
      <w:r w:rsidRPr="00EB732D">
        <w:rPr>
          <w:rFonts w:ascii="Times New Roman" w:hAnsi="Times New Roman" w:cs="Times New Roman"/>
          <w:sz w:val="28"/>
          <w:szCs w:val="28"/>
        </w:rPr>
        <w:t>n x</w:t>
      </w:r>
      <w:r w:rsidRPr="00EB732D">
        <w:rPr>
          <w:rFonts w:ascii="Times New Roman" w:hAnsi="Times New Roman" w:cs="Times New Roman"/>
          <w:sz w:val="28"/>
          <w:szCs w:val="28"/>
        </w:rPr>
        <w:t>ử</w:t>
      </w:r>
      <w:r w:rsidRPr="00EB732D">
        <w:rPr>
          <w:rFonts w:ascii="Times New Roman" w:hAnsi="Times New Roman" w:cs="Times New Roman"/>
          <w:sz w:val="28"/>
          <w:szCs w:val="28"/>
        </w:rPr>
        <w:t xml:space="preserve"> lý tài s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n th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 xml:space="preserve"> ch</w:t>
      </w:r>
      <w:r w:rsidRPr="00EB732D">
        <w:rPr>
          <w:rFonts w:ascii="Times New Roman" w:hAnsi="Times New Roman" w:cs="Times New Roman"/>
          <w:sz w:val="28"/>
          <w:szCs w:val="28"/>
        </w:rPr>
        <w:t>ấ</w:t>
      </w:r>
      <w:r w:rsidRPr="00EB732D">
        <w:rPr>
          <w:rFonts w:ascii="Times New Roman" w:hAnsi="Times New Roman" w:cs="Times New Roman"/>
          <w:sz w:val="28"/>
          <w:szCs w:val="28"/>
        </w:rPr>
        <w:t>p đ</w:t>
      </w:r>
      <w:r w:rsidRPr="00EB732D">
        <w:rPr>
          <w:rFonts w:ascii="Times New Roman" w:hAnsi="Times New Roman" w:cs="Times New Roman"/>
          <w:sz w:val="28"/>
          <w:szCs w:val="28"/>
        </w:rPr>
        <w:t>ể</w:t>
      </w:r>
      <w:r w:rsidRPr="00EB732D">
        <w:rPr>
          <w:rFonts w:ascii="Times New Roman" w:hAnsi="Times New Roman" w:cs="Times New Roman"/>
          <w:sz w:val="28"/>
          <w:szCs w:val="28"/>
        </w:rPr>
        <w:t xml:space="preserve"> thu h</w:t>
      </w:r>
      <w:r w:rsidRPr="00EB732D">
        <w:rPr>
          <w:rFonts w:ascii="Times New Roman" w:hAnsi="Times New Roman" w:cs="Times New Roman"/>
          <w:sz w:val="28"/>
          <w:szCs w:val="28"/>
        </w:rPr>
        <w:t>ồ</w:t>
      </w:r>
      <w:r w:rsidRPr="00EB732D">
        <w:rPr>
          <w:rFonts w:ascii="Times New Roman" w:hAnsi="Times New Roman" w:cs="Times New Roman"/>
          <w:sz w:val="28"/>
          <w:szCs w:val="28"/>
        </w:rPr>
        <w:t>i n</w:t>
      </w:r>
      <w:r w:rsidRPr="00EB732D">
        <w:rPr>
          <w:rFonts w:ascii="Times New Roman" w:hAnsi="Times New Roman" w:cs="Times New Roman"/>
          <w:sz w:val="28"/>
          <w:szCs w:val="28"/>
        </w:rPr>
        <w:t>ợ</w:t>
      </w:r>
      <w:r w:rsidRPr="00EB732D">
        <w:rPr>
          <w:rFonts w:ascii="Times New Roman" w:hAnsi="Times New Roman" w:cs="Times New Roman"/>
          <w:sz w:val="28"/>
          <w:szCs w:val="28"/>
        </w:rPr>
        <w:t xml:space="preserve"> theo quy đ</w:t>
      </w:r>
      <w:r w:rsidRPr="00EB732D">
        <w:rPr>
          <w:rFonts w:ascii="Times New Roman" w:hAnsi="Times New Roman" w:cs="Times New Roman"/>
          <w:sz w:val="28"/>
          <w:szCs w:val="28"/>
        </w:rPr>
        <w:t>ị</w:t>
      </w:r>
      <w:r w:rsidRPr="00EB732D">
        <w:rPr>
          <w:rFonts w:ascii="Times New Roman" w:hAnsi="Times New Roman" w:cs="Times New Roman"/>
          <w:sz w:val="28"/>
          <w:szCs w:val="28"/>
        </w:rPr>
        <w:t>nh pháp lu</w:t>
      </w:r>
      <w:r w:rsidRPr="00EB732D">
        <w:rPr>
          <w:rFonts w:ascii="Times New Roman" w:hAnsi="Times New Roman" w:cs="Times New Roman"/>
          <w:sz w:val="28"/>
          <w:szCs w:val="28"/>
        </w:rPr>
        <w:t>ậ</w:t>
      </w:r>
      <w:r w:rsidRPr="00EB732D">
        <w:rPr>
          <w:rFonts w:ascii="Times New Roman" w:hAnsi="Times New Roman" w:cs="Times New Roman"/>
          <w:sz w:val="28"/>
          <w:szCs w:val="28"/>
        </w:rPr>
        <w:t>t.</w:t>
      </w:r>
    </w:p>
    <w:p w:rsidR="00913903" w:rsidRPr="00EB732D" w:rsidRDefault="00EB732D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EB732D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u 7. Gi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ả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i quy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t tranh ch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p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Hai bên t</w:t>
      </w:r>
      <w:r w:rsidRPr="00EB732D">
        <w:rPr>
          <w:rFonts w:ascii="Times New Roman" w:hAnsi="Times New Roman" w:cs="Times New Roman"/>
          <w:sz w:val="28"/>
          <w:szCs w:val="28"/>
        </w:rPr>
        <w:t>ự</w:t>
      </w:r>
      <w:r w:rsidRPr="00EB732D">
        <w:rPr>
          <w:rFonts w:ascii="Times New Roman" w:hAnsi="Times New Roman" w:cs="Times New Roman"/>
          <w:sz w:val="28"/>
          <w:szCs w:val="28"/>
        </w:rPr>
        <w:t xml:space="preserve"> thương lư</w:t>
      </w:r>
      <w:r w:rsidRPr="00EB732D">
        <w:rPr>
          <w:rFonts w:ascii="Times New Roman" w:hAnsi="Times New Roman" w:cs="Times New Roman"/>
          <w:sz w:val="28"/>
          <w:szCs w:val="28"/>
        </w:rPr>
        <w:t>ợ</w:t>
      </w:r>
      <w:r w:rsidRPr="00EB732D">
        <w:rPr>
          <w:rFonts w:ascii="Times New Roman" w:hAnsi="Times New Roman" w:cs="Times New Roman"/>
          <w:sz w:val="28"/>
          <w:szCs w:val="28"/>
        </w:rPr>
        <w:t>ng. N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>u không thành, tranh ch</w:t>
      </w:r>
      <w:r w:rsidRPr="00EB732D">
        <w:rPr>
          <w:rFonts w:ascii="Times New Roman" w:hAnsi="Times New Roman" w:cs="Times New Roman"/>
          <w:sz w:val="28"/>
          <w:szCs w:val="28"/>
        </w:rPr>
        <w:t>ấ</w:t>
      </w:r>
      <w:r w:rsidRPr="00EB732D">
        <w:rPr>
          <w:rFonts w:ascii="Times New Roman" w:hAnsi="Times New Roman" w:cs="Times New Roman"/>
          <w:sz w:val="28"/>
          <w:szCs w:val="28"/>
        </w:rPr>
        <w:t>p s</w:t>
      </w:r>
      <w:r w:rsidRPr="00EB732D">
        <w:rPr>
          <w:rFonts w:ascii="Times New Roman" w:hAnsi="Times New Roman" w:cs="Times New Roman"/>
          <w:sz w:val="28"/>
          <w:szCs w:val="28"/>
        </w:rPr>
        <w:t>ẽ</w:t>
      </w:r>
      <w:r w:rsidRPr="00EB732D">
        <w:rPr>
          <w:rFonts w:ascii="Times New Roman" w:hAnsi="Times New Roman" w:cs="Times New Roman"/>
          <w:sz w:val="28"/>
          <w:szCs w:val="28"/>
        </w:rPr>
        <w:t xml:space="preserve"> đư</w:t>
      </w:r>
      <w:r w:rsidRPr="00EB732D">
        <w:rPr>
          <w:rFonts w:ascii="Times New Roman" w:hAnsi="Times New Roman" w:cs="Times New Roman"/>
          <w:sz w:val="28"/>
          <w:szCs w:val="28"/>
        </w:rPr>
        <w:t>ợ</w:t>
      </w:r>
      <w:r w:rsidRPr="00EB732D">
        <w:rPr>
          <w:rFonts w:ascii="Times New Roman" w:hAnsi="Times New Roman" w:cs="Times New Roman"/>
          <w:sz w:val="28"/>
          <w:szCs w:val="28"/>
        </w:rPr>
        <w:t>c gi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i quy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>t t</w:t>
      </w:r>
      <w:r w:rsidRPr="00EB732D">
        <w:rPr>
          <w:rFonts w:ascii="Times New Roman" w:hAnsi="Times New Roman" w:cs="Times New Roman"/>
          <w:sz w:val="28"/>
          <w:szCs w:val="28"/>
        </w:rPr>
        <w:t>ạ</w:t>
      </w:r>
      <w:r w:rsidRPr="00EB732D">
        <w:rPr>
          <w:rFonts w:ascii="Times New Roman" w:hAnsi="Times New Roman" w:cs="Times New Roman"/>
          <w:sz w:val="28"/>
          <w:szCs w:val="28"/>
        </w:rPr>
        <w:t>i Tòa án có th</w:t>
      </w:r>
      <w:r w:rsidRPr="00EB732D">
        <w:rPr>
          <w:rFonts w:ascii="Times New Roman" w:hAnsi="Times New Roman" w:cs="Times New Roman"/>
          <w:sz w:val="28"/>
          <w:szCs w:val="28"/>
        </w:rPr>
        <w:t>ẩ</w:t>
      </w:r>
      <w:r w:rsidRPr="00EB732D">
        <w:rPr>
          <w:rFonts w:ascii="Times New Roman" w:hAnsi="Times New Roman" w:cs="Times New Roman"/>
          <w:sz w:val="28"/>
          <w:szCs w:val="28"/>
        </w:rPr>
        <w:t>m quy</w:t>
      </w:r>
      <w:r w:rsidRPr="00EB732D">
        <w:rPr>
          <w:rFonts w:ascii="Times New Roman" w:hAnsi="Times New Roman" w:cs="Times New Roman"/>
          <w:sz w:val="28"/>
          <w:szCs w:val="28"/>
        </w:rPr>
        <w:t>ề</w:t>
      </w:r>
      <w:r w:rsidRPr="00EB732D">
        <w:rPr>
          <w:rFonts w:ascii="Times New Roman" w:hAnsi="Times New Roman" w:cs="Times New Roman"/>
          <w:sz w:val="28"/>
          <w:szCs w:val="28"/>
        </w:rPr>
        <w:t>n.</w:t>
      </w:r>
    </w:p>
    <w:p w:rsidR="00913903" w:rsidRPr="00EB732D" w:rsidRDefault="00EB732D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EB732D">
        <w:rPr>
          <w:rFonts w:ascii="Times New Roman" w:hAnsi="Times New Roman" w:cs="Times New Roman"/>
          <w:color w:val="auto"/>
          <w:sz w:val="28"/>
          <w:szCs w:val="28"/>
        </w:rPr>
        <w:t>Đ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i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u 8. Cam k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EB732D">
        <w:rPr>
          <w:rFonts w:ascii="Times New Roman" w:hAnsi="Times New Roman" w:cs="Times New Roman"/>
          <w:color w:val="auto"/>
          <w:sz w:val="28"/>
          <w:szCs w:val="28"/>
        </w:rPr>
        <w:t>t chung</w:t>
      </w:r>
    </w:p>
    <w:p w:rsidR="00913903" w:rsidRPr="00EB732D" w:rsidRDefault="00EB732D">
      <w:pPr>
        <w:rPr>
          <w:rFonts w:ascii="Times New Roman" w:hAnsi="Times New Roman" w:cs="Times New Roman"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t>Hai bên cam k</w:t>
      </w:r>
      <w:r w:rsidRPr="00EB732D">
        <w:rPr>
          <w:rFonts w:ascii="Times New Roman" w:hAnsi="Times New Roman" w:cs="Times New Roman"/>
          <w:sz w:val="28"/>
          <w:szCs w:val="28"/>
        </w:rPr>
        <w:t>ế</w:t>
      </w:r>
      <w:r w:rsidRPr="00EB732D">
        <w:rPr>
          <w:rFonts w:ascii="Times New Roman" w:hAnsi="Times New Roman" w:cs="Times New Roman"/>
          <w:sz w:val="28"/>
          <w:szCs w:val="28"/>
        </w:rPr>
        <w:t>t đã đ</w:t>
      </w:r>
      <w:r w:rsidRPr="00EB732D">
        <w:rPr>
          <w:rFonts w:ascii="Times New Roman" w:hAnsi="Times New Roman" w:cs="Times New Roman"/>
          <w:sz w:val="28"/>
          <w:szCs w:val="28"/>
        </w:rPr>
        <w:t>ọ</w:t>
      </w:r>
      <w:r w:rsidRPr="00EB732D">
        <w:rPr>
          <w:rFonts w:ascii="Times New Roman" w:hAnsi="Times New Roman" w:cs="Times New Roman"/>
          <w:sz w:val="28"/>
          <w:szCs w:val="28"/>
        </w:rPr>
        <w:t>c, hi</w:t>
      </w:r>
      <w:r w:rsidRPr="00EB732D">
        <w:rPr>
          <w:rFonts w:ascii="Times New Roman" w:hAnsi="Times New Roman" w:cs="Times New Roman"/>
          <w:sz w:val="28"/>
          <w:szCs w:val="28"/>
        </w:rPr>
        <w:t>ể</w:t>
      </w:r>
      <w:r w:rsidRPr="00EB732D">
        <w:rPr>
          <w:rFonts w:ascii="Times New Roman" w:hAnsi="Times New Roman" w:cs="Times New Roman"/>
          <w:sz w:val="28"/>
          <w:szCs w:val="28"/>
        </w:rPr>
        <w:t>u rõ n</w:t>
      </w:r>
      <w:r w:rsidRPr="00EB732D">
        <w:rPr>
          <w:rFonts w:ascii="Times New Roman" w:hAnsi="Times New Roman" w:cs="Times New Roman"/>
          <w:sz w:val="28"/>
          <w:szCs w:val="28"/>
        </w:rPr>
        <w:t>ộ</w:t>
      </w:r>
      <w:r w:rsidRPr="00EB732D">
        <w:rPr>
          <w:rFonts w:ascii="Times New Roman" w:hAnsi="Times New Roman" w:cs="Times New Roman"/>
          <w:sz w:val="28"/>
          <w:szCs w:val="28"/>
        </w:rPr>
        <w:t>i dung và t</w:t>
      </w:r>
      <w:r w:rsidRPr="00EB732D">
        <w:rPr>
          <w:rFonts w:ascii="Times New Roman" w:hAnsi="Times New Roman" w:cs="Times New Roman"/>
          <w:sz w:val="28"/>
          <w:szCs w:val="28"/>
        </w:rPr>
        <w:t>ự</w:t>
      </w:r>
      <w:r w:rsidRPr="00EB732D">
        <w:rPr>
          <w:rFonts w:ascii="Times New Roman" w:hAnsi="Times New Roman" w:cs="Times New Roman"/>
          <w:sz w:val="28"/>
          <w:szCs w:val="28"/>
        </w:rPr>
        <w:t xml:space="preserve"> nguy</w:t>
      </w:r>
      <w:r w:rsidRPr="00EB732D">
        <w:rPr>
          <w:rFonts w:ascii="Times New Roman" w:hAnsi="Times New Roman" w:cs="Times New Roman"/>
          <w:sz w:val="28"/>
          <w:szCs w:val="28"/>
        </w:rPr>
        <w:t>ệ</w:t>
      </w:r>
      <w:r w:rsidRPr="00EB732D">
        <w:rPr>
          <w:rFonts w:ascii="Times New Roman" w:hAnsi="Times New Roman" w:cs="Times New Roman"/>
          <w:sz w:val="28"/>
          <w:szCs w:val="28"/>
        </w:rPr>
        <w:t>n ký tên.</w:t>
      </w:r>
      <w:r w:rsidRPr="00EB732D">
        <w:rPr>
          <w:rFonts w:ascii="Times New Roman" w:hAnsi="Times New Roman" w:cs="Times New Roman"/>
          <w:sz w:val="28"/>
          <w:szCs w:val="28"/>
        </w:rPr>
        <w:br/>
        <w:t>H</w:t>
      </w:r>
      <w:r w:rsidRPr="00EB732D">
        <w:rPr>
          <w:rFonts w:ascii="Times New Roman" w:hAnsi="Times New Roman" w:cs="Times New Roman"/>
          <w:sz w:val="28"/>
          <w:szCs w:val="28"/>
        </w:rPr>
        <w:t>ợ</w:t>
      </w:r>
      <w:r w:rsidRPr="00EB732D">
        <w:rPr>
          <w:rFonts w:ascii="Times New Roman" w:hAnsi="Times New Roman" w:cs="Times New Roman"/>
          <w:sz w:val="28"/>
          <w:szCs w:val="28"/>
        </w:rPr>
        <w:t>p đ</w:t>
      </w:r>
      <w:r w:rsidRPr="00EB732D">
        <w:rPr>
          <w:rFonts w:ascii="Times New Roman" w:hAnsi="Times New Roman" w:cs="Times New Roman"/>
          <w:sz w:val="28"/>
          <w:szCs w:val="28"/>
        </w:rPr>
        <w:t>ồ</w:t>
      </w:r>
      <w:r w:rsidRPr="00EB732D">
        <w:rPr>
          <w:rFonts w:ascii="Times New Roman" w:hAnsi="Times New Roman" w:cs="Times New Roman"/>
          <w:sz w:val="28"/>
          <w:szCs w:val="28"/>
        </w:rPr>
        <w:t>ng có hi</w:t>
      </w:r>
      <w:r w:rsidRPr="00EB732D">
        <w:rPr>
          <w:rFonts w:ascii="Times New Roman" w:hAnsi="Times New Roman" w:cs="Times New Roman"/>
          <w:sz w:val="28"/>
          <w:szCs w:val="28"/>
        </w:rPr>
        <w:t>ệ</w:t>
      </w:r>
      <w:r w:rsidRPr="00EB732D">
        <w:rPr>
          <w:rFonts w:ascii="Times New Roman" w:hAnsi="Times New Roman" w:cs="Times New Roman"/>
          <w:sz w:val="28"/>
          <w:szCs w:val="28"/>
        </w:rPr>
        <w:t>u l</w:t>
      </w:r>
      <w:r w:rsidRPr="00EB732D">
        <w:rPr>
          <w:rFonts w:ascii="Times New Roman" w:hAnsi="Times New Roman" w:cs="Times New Roman"/>
          <w:sz w:val="28"/>
          <w:szCs w:val="28"/>
        </w:rPr>
        <w:t>ự</w:t>
      </w:r>
      <w:r w:rsidRPr="00EB732D">
        <w:rPr>
          <w:rFonts w:ascii="Times New Roman" w:hAnsi="Times New Roman" w:cs="Times New Roman"/>
          <w:sz w:val="28"/>
          <w:szCs w:val="28"/>
        </w:rPr>
        <w:t>c t</w:t>
      </w:r>
      <w:r w:rsidRPr="00EB732D">
        <w:rPr>
          <w:rFonts w:ascii="Times New Roman" w:hAnsi="Times New Roman" w:cs="Times New Roman"/>
          <w:sz w:val="28"/>
          <w:szCs w:val="28"/>
        </w:rPr>
        <w:t>ừ</w:t>
      </w:r>
      <w:r w:rsidRPr="00EB732D">
        <w:rPr>
          <w:rFonts w:ascii="Times New Roman" w:hAnsi="Times New Roman" w:cs="Times New Roman"/>
          <w:sz w:val="28"/>
          <w:szCs w:val="28"/>
        </w:rPr>
        <w:t xml:space="preserve"> ngày ký và đư</w:t>
      </w:r>
      <w:r w:rsidRPr="00EB732D">
        <w:rPr>
          <w:rFonts w:ascii="Times New Roman" w:hAnsi="Times New Roman" w:cs="Times New Roman"/>
          <w:sz w:val="28"/>
          <w:szCs w:val="28"/>
        </w:rPr>
        <w:t>ợ</w:t>
      </w:r>
      <w:r w:rsidRPr="00EB732D">
        <w:rPr>
          <w:rFonts w:ascii="Times New Roman" w:hAnsi="Times New Roman" w:cs="Times New Roman"/>
          <w:sz w:val="28"/>
          <w:szCs w:val="28"/>
        </w:rPr>
        <w:t>c l</w:t>
      </w:r>
      <w:r w:rsidRPr="00EB732D">
        <w:rPr>
          <w:rFonts w:ascii="Times New Roman" w:hAnsi="Times New Roman" w:cs="Times New Roman"/>
          <w:sz w:val="28"/>
          <w:szCs w:val="28"/>
        </w:rPr>
        <w:t>ậ</w:t>
      </w:r>
      <w:r w:rsidRPr="00EB732D">
        <w:rPr>
          <w:rFonts w:ascii="Times New Roman" w:hAnsi="Times New Roman" w:cs="Times New Roman"/>
          <w:sz w:val="28"/>
          <w:szCs w:val="28"/>
        </w:rPr>
        <w:t>p thành 02 b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n, m</w:t>
      </w:r>
      <w:r w:rsidRPr="00EB732D">
        <w:rPr>
          <w:rFonts w:ascii="Times New Roman" w:hAnsi="Times New Roman" w:cs="Times New Roman"/>
          <w:sz w:val="28"/>
          <w:szCs w:val="28"/>
        </w:rPr>
        <w:t>ỗ</w:t>
      </w:r>
      <w:r w:rsidRPr="00EB732D">
        <w:rPr>
          <w:rFonts w:ascii="Times New Roman" w:hAnsi="Times New Roman" w:cs="Times New Roman"/>
          <w:sz w:val="28"/>
          <w:szCs w:val="28"/>
        </w:rPr>
        <w:t>i bên gi</w:t>
      </w:r>
      <w:r w:rsidRPr="00EB732D">
        <w:rPr>
          <w:rFonts w:ascii="Times New Roman" w:hAnsi="Times New Roman" w:cs="Times New Roman"/>
          <w:sz w:val="28"/>
          <w:szCs w:val="28"/>
        </w:rPr>
        <w:t>ữ</w:t>
      </w:r>
      <w:r w:rsidRPr="00EB732D">
        <w:rPr>
          <w:rFonts w:ascii="Times New Roman" w:hAnsi="Times New Roman" w:cs="Times New Roman"/>
          <w:sz w:val="28"/>
          <w:szCs w:val="28"/>
        </w:rPr>
        <w:t xml:space="preserve"> 01 b</w:t>
      </w:r>
      <w:r w:rsidRPr="00EB732D">
        <w:rPr>
          <w:rFonts w:ascii="Times New Roman" w:hAnsi="Times New Roman" w:cs="Times New Roman"/>
          <w:sz w:val="28"/>
          <w:szCs w:val="28"/>
        </w:rPr>
        <w:t>ả</w:t>
      </w:r>
      <w:r w:rsidRPr="00EB732D">
        <w:rPr>
          <w:rFonts w:ascii="Times New Roman" w:hAnsi="Times New Roman" w:cs="Times New Roman"/>
          <w:sz w:val="28"/>
          <w:szCs w:val="28"/>
        </w:rPr>
        <w:t>n.</w:t>
      </w:r>
    </w:p>
    <w:p w:rsidR="00913903" w:rsidRPr="00EB732D" w:rsidRDefault="00EB732D">
      <w:pPr>
        <w:rPr>
          <w:rFonts w:ascii="Times New Roman" w:hAnsi="Times New Roman" w:cs="Times New Roman"/>
          <w:b/>
          <w:sz w:val="28"/>
          <w:szCs w:val="28"/>
        </w:rPr>
      </w:pPr>
      <w:r w:rsidRPr="00EB732D">
        <w:rPr>
          <w:rFonts w:ascii="Times New Roman" w:hAnsi="Times New Roman" w:cs="Times New Roman"/>
          <w:sz w:val="28"/>
          <w:szCs w:val="28"/>
        </w:rPr>
        <w:br/>
      </w:r>
      <w:r w:rsidRPr="00EB732D">
        <w:rPr>
          <w:rFonts w:ascii="Times New Roman" w:hAnsi="Times New Roman" w:cs="Times New Roman"/>
          <w:b/>
          <w:sz w:val="28"/>
          <w:szCs w:val="28"/>
        </w:rPr>
        <w:t>Đ</w:t>
      </w:r>
      <w:r w:rsidRPr="00EB732D">
        <w:rPr>
          <w:rFonts w:ascii="Times New Roman" w:hAnsi="Times New Roman" w:cs="Times New Roman"/>
          <w:b/>
          <w:sz w:val="28"/>
          <w:szCs w:val="28"/>
        </w:rPr>
        <w:t>Ạ</w:t>
      </w:r>
      <w:r w:rsidRPr="00EB732D">
        <w:rPr>
          <w:rFonts w:ascii="Times New Roman" w:hAnsi="Times New Roman" w:cs="Times New Roman"/>
          <w:b/>
          <w:sz w:val="28"/>
          <w:szCs w:val="28"/>
        </w:rPr>
        <w:t>I DI</w:t>
      </w:r>
      <w:r w:rsidRPr="00EB732D">
        <w:rPr>
          <w:rFonts w:ascii="Times New Roman" w:hAnsi="Times New Roman" w:cs="Times New Roman"/>
          <w:b/>
          <w:sz w:val="28"/>
          <w:szCs w:val="28"/>
        </w:rPr>
        <w:t>Ệ</w:t>
      </w:r>
      <w:r w:rsidRPr="00EB732D">
        <w:rPr>
          <w:rFonts w:ascii="Times New Roman" w:hAnsi="Times New Roman" w:cs="Times New Roman"/>
          <w:b/>
          <w:sz w:val="28"/>
          <w:szCs w:val="28"/>
        </w:rPr>
        <w:t>N BÊN A (CHO VAY)               Đ</w:t>
      </w:r>
      <w:r w:rsidRPr="00EB732D">
        <w:rPr>
          <w:rFonts w:ascii="Times New Roman" w:hAnsi="Times New Roman" w:cs="Times New Roman"/>
          <w:b/>
          <w:sz w:val="28"/>
          <w:szCs w:val="28"/>
        </w:rPr>
        <w:t>Ạ</w:t>
      </w:r>
      <w:r w:rsidRPr="00EB732D">
        <w:rPr>
          <w:rFonts w:ascii="Times New Roman" w:hAnsi="Times New Roman" w:cs="Times New Roman"/>
          <w:b/>
          <w:sz w:val="28"/>
          <w:szCs w:val="28"/>
        </w:rPr>
        <w:t>I DI</w:t>
      </w:r>
      <w:r w:rsidRPr="00EB732D">
        <w:rPr>
          <w:rFonts w:ascii="Times New Roman" w:hAnsi="Times New Roman" w:cs="Times New Roman"/>
          <w:b/>
          <w:sz w:val="28"/>
          <w:szCs w:val="28"/>
        </w:rPr>
        <w:t>Ệ</w:t>
      </w:r>
      <w:r w:rsidRPr="00EB732D">
        <w:rPr>
          <w:rFonts w:ascii="Times New Roman" w:hAnsi="Times New Roman" w:cs="Times New Roman"/>
          <w:b/>
          <w:sz w:val="28"/>
          <w:szCs w:val="28"/>
        </w:rPr>
        <w:t>N BÊN B (VAY)</w:t>
      </w:r>
    </w:p>
    <w:p w:rsidR="00913903" w:rsidRPr="00EB732D" w:rsidRDefault="00EB732D">
      <w:pPr>
        <w:rPr>
          <w:rFonts w:ascii="Times New Roman" w:hAnsi="Times New Roman" w:cs="Times New Roman"/>
          <w:b/>
          <w:sz w:val="28"/>
          <w:szCs w:val="28"/>
        </w:rPr>
      </w:pPr>
      <w:r w:rsidRPr="00EB732D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EB732D">
        <w:rPr>
          <w:rFonts w:ascii="Times New Roman" w:hAnsi="Times New Roman" w:cs="Times New Roman"/>
          <w:b/>
          <w:sz w:val="28"/>
          <w:szCs w:val="28"/>
        </w:rPr>
        <w:t>ọ</w:t>
      </w:r>
      <w:r w:rsidRPr="00EB732D">
        <w:rPr>
          <w:rFonts w:ascii="Times New Roman" w:hAnsi="Times New Roman" w:cs="Times New Roman"/>
          <w:b/>
          <w:sz w:val="28"/>
          <w:szCs w:val="28"/>
        </w:rPr>
        <w:t xml:space="preserve"> tên)               </w:t>
      </w:r>
      <w:r w:rsidRPr="00EB732D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EB732D">
        <w:rPr>
          <w:rFonts w:ascii="Times New Roman" w:hAnsi="Times New Roman" w:cs="Times New Roman"/>
          <w:b/>
          <w:sz w:val="28"/>
          <w:szCs w:val="28"/>
        </w:rPr>
        <w:t xml:space="preserve">  (Ký, ghi rõ h</w:t>
      </w:r>
      <w:r w:rsidRPr="00EB732D">
        <w:rPr>
          <w:rFonts w:ascii="Times New Roman" w:hAnsi="Times New Roman" w:cs="Times New Roman"/>
          <w:b/>
          <w:sz w:val="28"/>
          <w:szCs w:val="28"/>
        </w:rPr>
        <w:t>ọ</w:t>
      </w:r>
      <w:r w:rsidRPr="00EB732D">
        <w:rPr>
          <w:rFonts w:ascii="Times New Roman" w:hAnsi="Times New Roman" w:cs="Times New Roman"/>
          <w:b/>
          <w:sz w:val="28"/>
          <w:szCs w:val="28"/>
        </w:rPr>
        <w:t xml:space="preserve"> tên)</w:t>
      </w:r>
    </w:p>
    <w:sectPr w:rsidR="00913903" w:rsidRPr="00EB732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13903"/>
    <w:rsid w:val="00AA1D8D"/>
    <w:rsid w:val="00B47730"/>
    <w:rsid w:val="00CB0664"/>
    <w:rsid w:val="00EB73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9418E6D6-0864-4184-A792-79C1A9B6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8275E5-C017-467F-A62F-445F41F60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CỘNG HÒA XÃ HỘI CHỦ NGHĨA VIỆT NAM</vt:lpstr>
      <vt:lpstr>HỢP ĐỒNG VAY TIỀN CÓ THẾ CHẤP</vt:lpstr>
      <vt:lpstr>    BÊN CHO VAY (BÊN A):</vt:lpstr>
      <vt:lpstr>    BÊN VAY (BÊN B):</vt:lpstr>
      <vt:lpstr>    Điều 1. Số tiền vay và mục đích vay</vt:lpstr>
      <vt:lpstr>    Điều 2. Thời hạn vay và phương thức trả nợ</vt:lpstr>
      <vt:lpstr>    Điều 3. Lãi suất vay</vt:lpstr>
      <vt:lpstr>    Điều 4. Tài sản thế chấp</vt:lpstr>
      <vt:lpstr>    Điều 5. Quyền và nghĩa vụ các bên</vt:lpstr>
      <vt:lpstr>    Điều 6. Xử lý tài sản thế chấp</vt:lpstr>
      <vt:lpstr>    Điều 7. Giải quyết tranh chấp</vt:lpstr>
      <vt:lpstr>    Điều 8. Cam kết chung</vt:lpstr>
    </vt:vector>
  </TitlesOfParts>
  <Manager/>
  <Company/>
  <LinksUpToDate>false</LinksUpToDate>
  <CharactersWithSpaces>2156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2025-06-16T09:32:00Z</dcterms:created>
  <dcterms:modified xsi:type="dcterms:W3CDTF">2025-06-16T09:32:00Z</dcterms:modified>
  <cp:category/>
</cp:coreProperties>
</file>