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7"/>
        <w:gridCol w:w="6443"/>
      </w:tblGrid>
      <w:tr w:rsidR="004C6A59" w:rsidRPr="004C6A59" w:rsidTr="004C6A59">
        <w:tc>
          <w:tcPr>
            <w:tcW w:w="2235" w:type="dxa"/>
          </w:tcPr>
          <w:p w:rsidR="004C6A59" w:rsidRPr="004C6A59" w:rsidRDefault="004C6A59" w:rsidP="004C6A59">
            <w:pPr>
              <w:pStyle w:val="Heading1"/>
              <w:rPr>
                <w:rFonts w:ascii="Times New Roman" w:hAnsi="Times New Roman" w:cs="Times New Roman"/>
                <w:color w:val="auto"/>
              </w:rPr>
            </w:pPr>
            <w:r w:rsidRPr="004C6A59">
              <w:rPr>
                <w:rFonts w:ascii="Times New Roman" w:hAnsi="Times New Roman" w:cs="Times New Roman"/>
                <w:color w:val="auto"/>
              </w:rPr>
              <w:t>CÔNG TY …</w:t>
            </w:r>
          </w:p>
          <w:p w:rsidR="004C6A59" w:rsidRPr="004C6A59" w:rsidRDefault="004C6A59" w:rsidP="004C6A59">
            <w:pPr>
              <w:pStyle w:val="Heading1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4C6A59">
              <w:rPr>
                <w:rFonts w:ascii="Times New Roman" w:hAnsi="Times New Roman" w:cs="Times New Roman"/>
                <w:color w:val="auto"/>
              </w:rPr>
              <w:t>Số</w:t>
            </w:r>
            <w:r w:rsidRPr="004C6A59">
              <w:rPr>
                <w:rFonts w:ascii="Times New Roman" w:hAnsi="Times New Roman" w:cs="Times New Roman"/>
                <w:color w:val="auto"/>
              </w:rPr>
              <w:t>: …/TB-GHBH</w:t>
            </w:r>
          </w:p>
        </w:tc>
        <w:tc>
          <w:tcPr>
            <w:tcW w:w="6621" w:type="dxa"/>
          </w:tcPr>
          <w:p w:rsidR="004C6A59" w:rsidRPr="004C6A59" w:rsidRDefault="004C6A59" w:rsidP="004C6A59">
            <w:pPr>
              <w:pStyle w:val="Heading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C6A59">
              <w:rPr>
                <w:rFonts w:ascii="Times New Roman" w:hAnsi="Times New Roman" w:cs="Times New Roman"/>
                <w:color w:val="auto"/>
              </w:rPr>
              <w:t>CỘNG HÒA XÃ HỘI CHỦ NGHĨA VIỆT NAM</w:t>
            </w:r>
          </w:p>
          <w:p w:rsidR="004C6A59" w:rsidRPr="004C6A59" w:rsidRDefault="004C6A59" w:rsidP="004C6A59">
            <w:pPr>
              <w:pStyle w:val="Heading1"/>
              <w:jc w:val="center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4C6A59">
              <w:rPr>
                <w:rFonts w:ascii="Times New Roman" w:hAnsi="Times New Roman" w:cs="Times New Roman"/>
                <w:color w:val="auto"/>
              </w:rPr>
              <w:t>Độc lập – Tự do – Hạnh phúc</w:t>
            </w:r>
          </w:p>
        </w:tc>
      </w:tr>
    </w:tbl>
    <w:p w:rsidR="004C6A59" w:rsidRPr="004C6A59" w:rsidRDefault="004C6A59" w:rsidP="004C6A59">
      <w:pPr>
        <w:pStyle w:val="Heading1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p w:rsidR="004C6A59" w:rsidRPr="004C6A59" w:rsidRDefault="004C6A59" w:rsidP="004C6A59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 w:rsidRPr="004C6A59">
        <w:rPr>
          <w:rFonts w:ascii="Times New Roman" w:hAnsi="Times New Roman" w:cs="Times New Roman"/>
          <w:color w:val="auto"/>
        </w:rPr>
        <w:t>MẪU THÔNG BÁO GIAO HÀNG BỔ SUNG</w:t>
      </w:r>
    </w:p>
    <w:p w:rsidR="008413E8" w:rsidRPr="004C6A59" w:rsidRDefault="004C6A59" w:rsidP="004C6A59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 w:rsidRPr="004C6A59">
        <w:rPr>
          <w:rFonts w:ascii="Times New Roman" w:hAnsi="Times New Roman" w:cs="Times New Roman"/>
          <w:color w:val="auto"/>
        </w:rPr>
        <w:t>THEO HỢP ĐỒNG MUA BÁN HÀNG HÓA</w:t>
      </w:r>
    </w:p>
    <w:p w:rsidR="004C6A59" w:rsidRPr="004C6A59" w:rsidRDefault="004C6A59" w:rsidP="004C6A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413E8" w:rsidRPr="004C6A59" w:rsidRDefault="004C6A59" w:rsidP="004C6A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C6A59">
        <w:rPr>
          <w:rFonts w:ascii="Times New Roman" w:hAnsi="Times New Roman" w:cs="Times New Roman"/>
          <w:sz w:val="28"/>
          <w:szCs w:val="28"/>
        </w:rPr>
        <w:t>Kính g</w:t>
      </w:r>
      <w:r w:rsidRPr="004C6A59">
        <w:rPr>
          <w:rFonts w:ascii="Times New Roman" w:hAnsi="Times New Roman" w:cs="Times New Roman"/>
          <w:sz w:val="28"/>
          <w:szCs w:val="28"/>
        </w:rPr>
        <w:t>ử</w:t>
      </w:r>
      <w:r w:rsidRPr="004C6A59">
        <w:rPr>
          <w:rFonts w:ascii="Times New Roman" w:hAnsi="Times New Roman" w:cs="Times New Roman"/>
          <w:sz w:val="28"/>
          <w:szCs w:val="28"/>
        </w:rPr>
        <w:t>i:</w:t>
      </w:r>
    </w:p>
    <w:p w:rsidR="008413E8" w:rsidRPr="004C6A59" w:rsidRDefault="004C6A59" w:rsidP="004C6A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C6A59">
        <w:rPr>
          <w:rFonts w:ascii="Times New Roman" w:hAnsi="Times New Roman" w:cs="Times New Roman"/>
          <w:sz w:val="28"/>
          <w:szCs w:val="28"/>
        </w:rPr>
        <w:t>CÔNG TY/ĐƠN V</w:t>
      </w:r>
      <w:r w:rsidRPr="004C6A59">
        <w:rPr>
          <w:rFonts w:ascii="Times New Roman" w:hAnsi="Times New Roman" w:cs="Times New Roman"/>
          <w:sz w:val="28"/>
          <w:szCs w:val="28"/>
        </w:rPr>
        <w:t>Ị</w:t>
      </w:r>
      <w:r w:rsidRPr="004C6A59">
        <w:rPr>
          <w:rFonts w:ascii="Times New Roman" w:hAnsi="Times New Roman" w:cs="Times New Roman"/>
          <w:sz w:val="28"/>
          <w:szCs w:val="28"/>
        </w:rPr>
        <w:t>: …………………………………………………….</w:t>
      </w:r>
    </w:p>
    <w:p w:rsidR="008413E8" w:rsidRPr="004C6A59" w:rsidRDefault="004C6A59" w:rsidP="004C6A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C6A59">
        <w:rPr>
          <w:rFonts w:ascii="Times New Roman" w:hAnsi="Times New Roman" w:cs="Times New Roman"/>
          <w:sz w:val="28"/>
          <w:szCs w:val="28"/>
        </w:rPr>
        <w:t>Đ</w:t>
      </w:r>
      <w:r w:rsidRPr="004C6A59">
        <w:rPr>
          <w:rFonts w:ascii="Times New Roman" w:hAnsi="Times New Roman" w:cs="Times New Roman"/>
          <w:sz w:val="28"/>
          <w:szCs w:val="28"/>
        </w:rPr>
        <w:t>ị</w:t>
      </w:r>
      <w:r w:rsidRPr="004C6A59">
        <w:rPr>
          <w:rFonts w:ascii="Times New Roman" w:hAnsi="Times New Roman" w:cs="Times New Roman"/>
          <w:sz w:val="28"/>
          <w:szCs w:val="28"/>
        </w:rPr>
        <w:t>a ch</w:t>
      </w:r>
      <w:r w:rsidRPr="004C6A59">
        <w:rPr>
          <w:rFonts w:ascii="Times New Roman" w:hAnsi="Times New Roman" w:cs="Times New Roman"/>
          <w:sz w:val="28"/>
          <w:szCs w:val="28"/>
        </w:rPr>
        <w:t>ỉ</w:t>
      </w:r>
      <w:r w:rsidRPr="004C6A59">
        <w:rPr>
          <w:rFonts w:ascii="Times New Roman" w:hAnsi="Times New Roman" w:cs="Times New Roman"/>
          <w:sz w:val="28"/>
          <w:szCs w:val="28"/>
        </w:rPr>
        <w:t xml:space="preserve">: </w:t>
      </w:r>
      <w:r w:rsidRPr="004C6A59">
        <w:rPr>
          <w:rFonts w:ascii="Times New Roman" w:hAnsi="Times New Roman" w:cs="Times New Roman"/>
          <w:sz w:val="28"/>
          <w:szCs w:val="28"/>
        </w:rPr>
        <w:t>………………………………………………………………</w:t>
      </w:r>
    </w:p>
    <w:p w:rsidR="008413E8" w:rsidRPr="004C6A59" w:rsidRDefault="004C6A59" w:rsidP="004C6A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C6A59">
        <w:rPr>
          <w:rFonts w:ascii="Times New Roman" w:hAnsi="Times New Roman" w:cs="Times New Roman"/>
          <w:sz w:val="28"/>
          <w:szCs w:val="28"/>
        </w:rPr>
        <w:t>Mã s</w:t>
      </w:r>
      <w:r w:rsidRPr="004C6A59">
        <w:rPr>
          <w:rFonts w:ascii="Times New Roman" w:hAnsi="Times New Roman" w:cs="Times New Roman"/>
          <w:sz w:val="28"/>
          <w:szCs w:val="28"/>
        </w:rPr>
        <w:t>ố</w:t>
      </w:r>
      <w:r w:rsidRPr="004C6A59">
        <w:rPr>
          <w:rFonts w:ascii="Times New Roman" w:hAnsi="Times New Roman" w:cs="Times New Roman"/>
          <w:sz w:val="28"/>
          <w:szCs w:val="28"/>
        </w:rPr>
        <w:t xml:space="preserve"> thu</w:t>
      </w:r>
      <w:r w:rsidRPr="004C6A59">
        <w:rPr>
          <w:rFonts w:ascii="Times New Roman" w:hAnsi="Times New Roman" w:cs="Times New Roman"/>
          <w:sz w:val="28"/>
          <w:szCs w:val="28"/>
        </w:rPr>
        <w:t>ế</w:t>
      </w:r>
      <w:r w:rsidRPr="004C6A59">
        <w:rPr>
          <w:rFonts w:ascii="Times New Roman" w:hAnsi="Times New Roman" w:cs="Times New Roman"/>
          <w:sz w:val="28"/>
          <w:szCs w:val="28"/>
        </w:rPr>
        <w:t>: …………………………………………………………</w:t>
      </w:r>
    </w:p>
    <w:p w:rsidR="008413E8" w:rsidRPr="004C6A59" w:rsidRDefault="004C6A59" w:rsidP="004C6A59">
      <w:pPr>
        <w:pStyle w:val="Heading2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C6A59">
        <w:rPr>
          <w:rFonts w:ascii="Times New Roman" w:hAnsi="Times New Roman" w:cs="Times New Roman"/>
          <w:color w:val="auto"/>
          <w:sz w:val="28"/>
          <w:szCs w:val="28"/>
        </w:rPr>
        <w:t>1. Căn c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>ứ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 xml:space="preserve"> pháp lý:</w:t>
      </w:r>
    </w:p>
    <w:p w:rsidR="008413E8" w:rsidRPr="004C6A59" w:rsidRDefault="004C6A59" w:rsidP="004C6A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C6A59">
        <w:rPr>
          <w:rFonts w:ascii="Times New Roman" w:hAnsi="Times New Roman" w:cs="Times New Roman"/>
          <w:sz w:val="28"/>
          <w:szCs w:val="28"/>
        </w:rPr>
        <w:t>– H</w:t>
      </w:r>
      <w:r w:rsidRPr="004C6A59">
        <w:rPr>
          <w:rFonts w:ascii="Times New Roman" w:hAnsi="Times New Roman" w:cs="Times New Roman"/>
          <w:sz w:val="28"/>
          <w:szCs w:val="28"/>
        </w:rPr>
        <w:t>ợ</w:t>
      </w:r>
      <w:r w:rsidRPr="004C6A59">
        <w:rPr>
          <w:rFonts w:ascii="Times New Roman" w:hAnsi="Times New Roman" w:cs="Times New Roman"/>
          <w:sz w:val="28"/>
          <w:szCs w:val="28"/>
        </w:rPr>
        <w:t>p đ</w:t>
      </w:r>
      <w:r w:rsidRPr="004C6A59">
        <w:rPr>
          <w:rFonts w:ascii="Times New Roman" w:hAnsi="Times New Roman" w:cs="Times New Roman"/>
          <w:sz w:val="28"/>
          <w:szCs w:val="28"/>
        </w:rPr>
        <w:t>ồ</w:t>
      </w:r>
      <w:r w:rsidRPr="004C6A59">
        <w:rPr>
          <w:rFonts w:ascii="Times New Roman" w:hAnsi="Times New Roman" w:cs="Times New Roman"/>
          <w:sz w:val="28"/>
          <w:szCs w:val="28"/>
        </w:rPr>
        <w:t>ng mua bán hàng hóa s</w:t>
      </w:r>
      <w:r w:rsidRPr="004C6A59">
        <w:rPr>
          <w:rFonts w:ascii="Times New Roman" w:hAnsi="Times New Roman" w:cs="Times New Roman"/>
          <w:sz w:val="28"/>
          <w:szCs w:val="28"/>
        </w:rPr>
        <w:t>ố</w:t>
      </w:r>
      <w:r w:rsidRPr="004C6A59">
        <w:rPr>
          <w:rFonts w:ascii="Times New Roman" w:hAnsi="Times New Roman" w:cs="Times New Roman"/>
          <w:sz w:val="28"/>
          <w:szCs w:val="28"/>
        </w:rPr>
        <w:t>: ……… ký ngày ………</w:t>
      </w:r>
    </w:p>
    <w:p w:rsidR="008413E8" w:rsidRPr="004C6A59" w:rsidRDefault="004C6A59" w:rsidP="004C6A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C6A59">
        <w:rPr>
          <w:rFonts w:ascii="Times New Roman" w:hAnsi="Times New Roman" w:cs="Times New Roman"/>
          <w:sz w:val="28"/>
          <w:szCs w:val="28"/>
        </w:rPr>
        <w:t>– Phi</w:t>
      </w:r>
      <w:r w:rsidRPr="004C6A59">
        <w:rPr>
          <w:rFonts w:ascii="Times New Roman" w:hAnsi="Times New Roman" w:cs="Times New Roman"/>
          <w:sz w:val="28"/>
          <w:szCs w:val="28"/>
        </w:rPr>
        <w:t>ế</w:t>
      </w:r>
      <w:r w:rsidRPr="004C6A59">
        <w:rPr>
          <w:rFonts w:ascii="Times New Roman" w:hAnsi="Times New Roman" w:cs="Times New Roman"/>
          <w:sz w:val="28"/>
          <w:szCs w:val="28"/>
        </w:rPr>
        <w:t>u giao hàng s</w:t>
      </w:r>
      <w:r w:rsidRPr="004C6A59">
        <w:rPr>
          <w:rFonts w:ascii="Times New Roman" w:hAnsi="Times New Roman" w:cs="Times New Roman"/>
          <w:sz w:val="28"/>
          <w:szCs w:val="28"/>
        </w:rPr>
        <w:t>ố</w:t>
      </w:r>
      <w:r w:rsidRPr="004C6A59">
        <w:rPr>
          <w:rFonts w:ascii="Times New Roman" w:hAnsi="Times New Roman" w:cs="Times New Roman"/>
          <w:sz w:val="28"/>
          <w:szCs w:val="28"/>
        </w:rPr>
        <w:t>: ……… ngày ………</w:t>
      </w:r>
    </w:p>
    <w:p w:rsidR="008413E8" w:rsidRPr="004C6A59" w:rsidRDefault="004C6A59" w:rsidP="004C6A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C6A59">
        <w:rPr>
          <w:rFonts w:ascii="Times New Roman" w:hAnsi="Times New Roman" w:cs="Times New Roman"/>
          <w:sz w:val="28"/>
          <w:szCs w:val="28"/>
        </w:rPr>
        <w:t>– Biên b</w:t>
      </w:r>
      <w:r w:rsidRPr="004C6A59">
        <w:rPr>
          <w:rFonts w:ascii="Times New Roman" w:hAnsi="Times New Roman" w:cs="Times New Roman"/>
          <w:sz w:val="28"/>
          <w:szCs w:val="28"/>
        </w:rPr>
        <w:t>ả</w:t>
      </w:r>
      <w:r w:rsidRPr="004C6A59">
        <w:rPr>
          <w:rFonts w:ascii="Times New Roman" w:hAnsi="Times New Roman" w:cs="Times New Roman"/>
          <w:sz w:val="28"/>
          <w:szCs w:val="28"/>
        </w:rPr>
        <w:t>n đ</w:t>
      </w:r>
      <w:r w:rsidRPr="004C6A59">
        <w:rPr>
          <w:rFonts w:ascii="Times New Roman" w:hAnsi="Times New Roman" w:cs="Times New Roman"/>
          <w:sz w:val="28"/>
          <w:szCs w:val="28"/>
        </w:rPr>
        <w:t>ố</w:t>
      </w:r>
      <w:r w:rsidRPr="004C6A59">
        <w:rPr>
          <w:rFonts w:ascii="Times New Roman" w:hAnsi="Times New Roman" w:cs="Times New Roman"/>
          <w:sz w:val="28"/>
          <w:szCs w:val="28"/>
        </w:rPr>
        <w:t>i chi</w:t>
      </w:r>
      <w:r w:rsidRPr="004C6A59">
        <w:rPr>
          <w:rFonts w:ascii="Times New Roman" w:hAnsi="Times New Roman" w:cs="Times New Roman"/>
          <w:sz w:val="28"/>
          <w:szCs w:val="28"/>
        </w:rPr>
        <w:t>ế</w:t>
      </w:r>
      <w:r w:rsidRPr="004C6A59">
        <w:rPr>
          <w:rFonts w:ascii="Times New Roman" w:hAnsi="Times New Roman" w:cs="Times New Roman"/>
          <w:sz w:val="28"/>
          <w:szCs w:val="28"/>
        </w:rPr>
        <w:t>u/xác nh</w:t>
      </w:r>
      <w:r w:rsidRPr="004C6A59">
        <w:rPr>
          <w:rFonts w:ascii="Times New Roman" w:hAnsi="Times New Roman" w:cs="Times New Roman"/>
          <w:sz w:val="28"/>
          <w:szCs w:val="28"/>
        </w:rPr>
        <w:t>ậ</w:t>
      </w:r>
      <w:r w:rsidRPr="004C6A59">
        <w:rPr>
          <w:rFonts w:ascii="Times New Roman" w:hAnsi="Times New Roman" w:cs="Times New Roman"/>
          <w:sz w:val="28"/>
          <w:szCs w:val="28"/>
        </w:rPr>
        <w:t>n hàng giao thi</w:t>
      </w:r>
      <w:r w:rsidRPr="004C6A59">
        <w:rPr>
          <w:rFonts w:ascii="Times New Roman" w:hAnsi="Times New Roman" w:cs="Times New Roman"/>
          <w:sz w:val="28"/>
          <w:szCs w:val="28"/>
        </w:rPr>
        <w:t>ế</w:t>
      </w:r>
      <w:r w:rsidRPr="004C6A59">
        <w:rPr>
          <w:rFonts w:ascii="Times New Roman" w:hAnsi="Times New Roman" w:cs="Times New Roman"/>
          <w:sz w:val="28"/>
          <w:szCs w:val="28"/>
        </w:rPr>
        <w:t>u (n</w:t>
      </w:r>
      <w:r w:rsidRPr="004C6A59">
        <w:rPr>
          <w:rFonts w:ascii="Times New Roman" w:hAnsi="Times New Roman" w:cs="Times New Roman"/>
          <w:sz w:val="28"/>
          <w:szCs w:val="28"/>
        </w:rPr>
        <w:t>ế</w:t>
      </w:r>
      <w:r w:rsidRPr="004C6A59">
        <w:rPr>
          <w:rFonts w:ascii="Times New Roman" w:hAnsi="Times New Roman" w:cs="Times New Roman"/>
          <w:sz w:val="28"/>
          <w:szCs w:val="28"/>
        </w:rPr>
        <w:t>u có): ngày ………</w:t>
      </w:r>
    </w:p>
    <w:p w:rsidR="008413E8" w:rsidRPr="004C6A59" w:rsidRDefault="004C6A59" w:rsidP="004C6A59">
      <w:pPr>
        <w:pStyle w:val="Heading2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C6A59">
        <w:rPr>
          <w:rFonts w:ascii="Times New Roman" w:hAnsi="Times New Roman" w:cs="Times New Roman"/>
          <w:color w:val="auto"/>
          <w:sz w:val="28"/>
          <w:szCs w:val="28"/>
        </w:rPr>
        <w:t>2. Lý do giao b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>ổ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 xml:space="preserve"> sung:</w:t>
      </w:r>
    </w:p>
    <w:p w:rsidR="008413E8" w:rsidRPr="004C6A59" w:rsidRDefault="004C6A59" w:rsidP="004C6A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C6A59">
        <w:rPr>
          <w:rFonts w:ascii="Times New Roman" w:hAnsi="Times New Roman" w:cs="Times New Roman"/>
          <w:sz w:val="28"/>
          <w:szCs w:val="28"/>
        </w:rPr>
        <w:t xml:space="preserve">Trong </w:t>
      </w:r>
      <w:r w:rsidRPr="004C6A59">
        <w:rPr>
          <w:rFonts w:ascii="Times New Roman" w:hAnsi="Times New Roman" w:cs="Times New Roman"/>
          <w:sz w:val="28"/>
          <w:szCs w:val="28"/>
        </w:rPr>
        <w:t>quá trình th</w:t>
      </w:r>
      <w:r w:rsidRPr="004C6A59">
        <w:rPr>
          <w:rFonts w:ascii="Times New Roman" w:hAnsi="Times New Roman" w:cs="Times New Roman"/>
          <w:sz w:val="28"/>
          <w:szCs w:val="28"/>
        </w:rPr>
        <w:t>ự</w:t>
      </w:r>
      <w:r w:rsidRPr="004C6A59">
        <w:rPr>
          <w:rFonts w:ascii="Times New Roman" w:hAnsi="Times New Roman" w:cs="Times New Roman"/>
          <w:sz w:val="28"/>
          <w:szCs w:val="28"/>
        </w:rPr>
        <w:t>c hi</w:t>
      </w:r>
      <w:r w:rsidRPr="004C6A59">
        <w:rPr>
          <w:rFonts w:ascii="Times New Roman" w:hAnsi="Times New Roman" w:cs="Times New Roman"/>
          <w:sz w:val="28"/>
          <w:szCs w:val="28"/>
        </w:rPr>
        <w:t>ệ</w:t>
      </w:r>
      <w:r w:rsidRPr="004C6A59">
        <w:rPr>
          <w:rFonts w:ascii="Times New Roman" w:hAnsi="Times New Roman" w:cs="Times New Roman"/>
          <w:sz w:val="28"/>
          <w:szCs w:val="28"/>
        </w:rPr>
        <w:t>n giao hàng theo h</w:t>
      </w:r>
      <w:r w:rsidRPr="004C6A59">
        <w:rPr>
          <w:rFonts w:ascii="Times New Roman" w:hAnsi="Times New Roman" w:cs="Times New Roman"/>
          <w:sz w:val="28"/>
          <w:szCs w:val="28"/>
        </w:rPr>
        <w:t>ợ</w:t>
      </w:r>
      <w:r w:rsidRPr="004C6A59">
        <w:rPr>
          <w:rFonts w:ascii="Times New Roman" w:hAnsi="Times New Roman" w:cs="Times New Roman"/>
          <w:sz w:val="28"/>
          <w:szCs w:val="28"/>
        </w:rPr>
        <w:t>p đ</w:t>
      </w:r>
      <w:r w:rsidRPr="004C6A59">
        <w:rPr>
          <w:rFonts w:ascii="Times New Roman" w:hAnsi="Times New Roman" w:cs="Times New Roman"/>
          <w:sz w:val="28"/>
          <w:szCs w:val="28"/>
        </w:rPr>
        <w:t>ồ</w:t>
      </w:r>
      <w:r w:rsidRPr="004C6A59">
        <w:rPr>
          <w:rFonts w:ascii="Times New Roman" w:hAnsi="Times New Roman" w:cs="Times New Roman"/>
          <w:sz w:val="28"/>
          <w:szCs w:val="28"/>
        </w:rPr>
        <w:t>ng nêu trên, do ………… (ví d</w:t>
      </w:r>
      <w:r w:rsidRPr="004C6A59">
        <w:rPr>
          <w:rFonts w:ascii="Times New Roman" w:hAnsi="Times New Roman" w:cs="Times New Roman"/>
          <w:sz w:val="28"/>
          <w:szCs w:val="28"/>
        </w:rPr>
        <w:t>ụ</w:t>
      </w:r>
      <w:r w:rsidRPr="004C6A59">
        <w:rPr>
          <w:rFonts w:ascii="Times New Roman" w:hAnsi="Times New Roman" w:cs="Times New Roman"/>
          <w:sz w:val="28"/>
          <w:szCs w:val="28"/>
        </w:rPr>
        <w:t>: nh</w:t>
      </w:r>
      <w:r w:rsidRPr="004C6A59">
        <w:rPr>
          <w:rFonts w:ascii="Times New Roman" w:hAnsi="Times New Roman" w:cs="Times New Roman"/>
          <w:sz w:val="28"/>
          <w:szCs w:val="28"/>
        </w:rPr>
        <w:t>ầ</w:t>
      </w:r>
      <w:r w:rsidRPr="004C6A59">
        <w:rPr>
          <w:rFonts w:ascii="Times New Roman" w:hAnsi="Times New Roman" w:cs="Times New Roman"/>
          <w:sz w:val="28"/>
          <w:szCs w:val="28"/>
        </w:rPr>
        <w:t>m l</w:t>
      </w:r>
      <w:r w:rsidRPr="004C6A59">
        <w:rPr>
          <w:rFonts w:ascii="Times New Roman" w:hAnsi="Times New Roman" w:cs="Times New Roman"/>
          <w:sz w:val="28"/>
          <w:szCs w:val="28"/>
        </w:rPr>
        <w:t>ẫ</w:t>
      </w:r>
      <w:r w:rsidRPr="004C6A59">
        <w:rPr>
          <w:rFonts w:ascii="Times New Roman" w:hAnsi="Times New Roman" w:cs="Times New Roman"/>
          <w:sz w:val="28"/>
          <w:szCs w:val="28"/>
        </w:rPr>
        <w:t>n khi đóng gói, thi</w:t>
      </w:r>
      <w:r w:rsidRPr="004C6A59">
        <w:rPr>
          <w:rFonts w:ascii="Times New Roman" w:hAnsi="Times New Roman" w:cs="Times New Roman"/>
          <w:sz w:val="28"/>
          <w:szCs w:val="28"/>
        </w:rPr>
        <w:t>ế</w:t>
      </w:r>
      <w:r w:rsidRPr="004C6A59">
        <w:rPr>
          <w:rFonts w:ascii="Times New Roman" w:hAnsi="Times New Roman" w:cs="Times New Roman"/>
          <w:sz w:val="28"/>
          <w:szCs w:val="28"/>
        </w:rPr>
        <w:t>u hàng t</w:t>
      </w:r>
      <w:r w:rsidRPr="004C6A59">
        <w:rPr>
          <w:rFonts w:ascii="Times New Roman" w:hAnsi="Times New Roman" w:cs="Times New Roman"/>
          <w:sz w:val="28"/>
          <w:szCs w:val="28"/>
        </w:rPr>
        <w:t>ạ</w:t>
      </w:r>
      <w:r w:rsidRPr="004C6A59">
        <w:rPr>
          <w:rFonts w:ascii="Times New Roman" w:hAnsi="Times New Roman" w:cs="Times New Roman"/>
          <w:sz w:val="28"/>
          <w:szCs w:val="28"/>
        </w:rPr>
        <w:t>i kho, sai s</w:t>
      </w:r>
      <w:r w:rsidRPr="004C6A59">
        <w:rPr>
          <w:rFonts w:ascii="Times New Roman" w:hAnsi="Times New Roman" w:cs="Times New Roman"/>
          <w:sz w:val="28"/>
          <w:szCs w:val="28"/>
        </w:rPr>
        <w:t>ố</w:t>
      </w:r>
      <w:r w:rsidRPr="004C6A59">
        <w:rPr>
          <w:rFonts w:ascii="Times New Roman" w:hAnsi="Times New Roman" w:cs="Times New Roman"/>
          <w:sz w:val="28"/>
          <w:szCs w:val="28"/>
        </w:rPr>
        <w:t xml:space="preserve"> k</w:t>
      </w:r>
      <w:r w:rsidRPr="004C6A59">
        <w:rPr>
          <w:rFonts w:ascii="Times New Roman" w:hAnsi="Times New Roman" w:cs="Times New Roman"/>
          <w:sz w:val="28"/>
          <w:szCs w:val="28"/>
        </w:rPr>
        <w:t>ỹ</w:t>
      </w:r>
      <w:r w:rsidRPr="004C6A59">
        <w:rPr>
          <w:rFonts w:ascii="Times New Roman" w:hAnsi="Times New Roman" w:cs="Times New Roman"/>
          <w:sz w:val="28"/>
          <w:szCs w:val="28"/>
        </w:rPr>
        <w:t xml:space="preserve"> thu</w:t>
      </w:r>
      <w:r w:rsidRPr="004C6A59">
        <w:rPr>
          <w:rFonts w:ascii="Times New Roman" w:hAnsi="Times New Roman" w:cs="Times New Roman"/>
          <w:sz w:val="28"/>
          <w:szCs w:val="28"/>
        </w:rPr>
        <w:t>ậ</w:t>
      </w:r>
      <w:r w:rsidRPr="004C6A59">
        <w:rPr>
          <w:rFonts w:ascii="Times New Roman" w:hAnsi="Times New Roman" w:cs="Times New Roman"/>
          <w:sz w:val="28"/>
          <w:szCs w:val="28"/>
        </w:rPr>
        <w:t>t…) nên chúng tôi đã giao thi</w:t>
      </w:r>
      <w:r w:rsidRPr="004C6A59">
        <w:rPr>
          <w:rFonts w:ascii="Times New Roman" w:hAnsi="Times New Roman" w:cs="Times New Roman"/>
          <w:sz w:val="28"/>
          <w:szCs w:val="28"/>
        </w:rPr>
        <w:t>ế</w:t>
      </w:r>
      <w:r w:rsidRPr="004C6A59">
        <w:rPr>
          <w:rFonts w:ascii="Times New Roman" w:hAnsi="Times New Roman" w:cs="Times New Roman"/>
          <w:sz w:val="28"/>
          <w:szCs w:val="28"/>
        </w:rPr>
        <w:t>u m</w:t>
      </w:r>
      <w:r w:rsidRPr="004C6A59">
        <w:rPr>
          <w:rFonts w:ascii="Times New Roman" w:hAnsi="Times New Roman" w:cs="Times New Roman"/>
          <w:sz w:val="28"/>
          <w:szCs w:val="28"/>
        </w:rPr>
        <w:t>ộ</w:t>
      </w:r>
      <w:r w:rsidRPr="004C6A59">
        <w:rPr>
          <w:rFonts w:ascii="Times New Roman" w:hAnsi="Times New Roman" w:cs="Times New Roman"/>
          <w:sz w:val="28"/>
          <w:szCs w:val="28"/>
        </w:rPr>
        <w:t>t s</w:t>
      </w:r>
      <w:r w:rsidRPr="004C6A59">
        <w:rPr>
          <w:rFonts w:ascii="Times New Roman" w:hAnsi="Times New Roman" w:cs="Times New Roman"/>
          <w:sz w:val="28"/>
          <w:szCs w:val="28"/>
        </w:rPr>
        <w:t>ố</w:t>
      </w:r>
      <w:r w:rsidRPr="004C6A59">
        <w:rPr>
          <w:rFonts w:ascii="Times New Roman" w:hAnsi="Times New Roman" w:cs="Times New Roman"/>
          <w:sz w:val="28"/>
          <w:szCs w:val="28"/>
        </w:rPr>
        <w:t xml:space="preserve"> m</w:t>
      </w:r>
      <w:r w:rsidRPr="004C6A59">
        <w:rPr>
          <w:rFonts w:ascii="Times New Roman" w:hAnsi="Times New Roman" w:cs="Times New Roman"/>
          <w:sz w:val="28"/>
          <w:szCs w:val="28"/>
        </w:rPr>
        <w:t>ặ</w:t>
      </w:r>
      <w:r w:rsidRPr="004C6A59">
        <w:rPr>
          <w:rFonts w:ascii="Times New Roman" w:hAnsi="Times New Roman" w:cs="Times New Roman"/>
          <w:sz w:val="28"/>
          <w:szCs w:val="28"/>
        </w:rPr>
        <w:t>t hàng. Nay xin th</w:t>
      </w:r>
      <w:r w:rsidRPr="004C6A59">
        <w:rPr>
          <w:rFonts w:ascii="Times New Roman" w:hAnsi="Times New Roman" w:cs="Times New Roman"/>
          <w:sz w:val="28"/>
          <w:szCs w:val="28"/>
        </w:rPr>
        <w:t>ự</w:t>
      </w:r>
      <w:r w:rsidRPr="004C6A59">
        <w:rPr>
          <w:rFonts w:ascii="Times New Roman" w:hAnsi="Times New Roman" w:cs="Times New Roman"/>
          <w:sz w:val="28"/>
          <w:szCs w:val="28"/>
        </w:rPr>
        <w:t>c hi</w:t>
      </w:r>
      <w:r w:rsidRPr="004C6A59">
        <w:rPr>
          <w:rFonts w:ascii="Times New Roman" w:hAnsi="Times New Roman" w:cs="Times New Roman"/>
          <w:sz w:val="28"/>
          <w:szCs w:val="28"/>
        </w:rPr>
        <w:t>ệ</w:t>
      </w:r>
      <w:r w:rsidRPr="004C6A59">
        <w:rPr>
          <w:rFonts w:ascii="Times New Roman" w:hAnsi="Times New Roman" w:cs="Times New Roman"/>
          <w:sz w:val="28"/>
          <w:szCs w:val="28"/>
        </w:rPr>
        <w:t>n đ</w:t>
      </w:r>
      <w:r w:rsidRPr="004C6A59">
        <w:rPr>
          <w:rFonts w:ascii="Times New Roman" w:hAnsi="Times New Roman" w:cs="Times New Roman"/>
          <w:sz w:val="28"/>
          <w:szCs w:val="28"/>
        </w:rPr>
        <w:t>ợ</w:t>
      </w:r>
      <w:r w:rsidRPr="004C6A59">
        <w:rPr>
          <w:rFonts w:ascii="Times New Roman" w:hAnsi="Times New Roman" w:cs="Times New Roman"/>
          <w:sz w:val="28"/>
          <w:szCs w:val="28"/>
        </w:rPr>
        <w:t>t giao b</w:t>
      </w:r>
      <w:r w:rsidRPr="004C6A59">
        <w:rPr>
          <w:rFonts w:ascii="Times New Roman" w:hAnsi="Times New Roman" w:cs="Times New Roman"/>
          <w:sz w:val="28"/>
          <w:szCs w:val="28"/>
        </w:rPr>
        <w:t>ổ</w:t>
      </w:r>
      <w:r w:rsidRPr="004C6A59">
        <w:rPr>
          <w:rFonts w:ascii="Times New Roman" w:hAnsi="Times New Roman" w:cs="Times New Roman"/>
          <w:sz w:val="28"/>
          <w:szCs w:val="28"/>
        </w:rPr>
        <w:t xml:space="preserve"> sung như sau:</w:t>
      </w:r>
    </w:p>
    <w:p w:rsidR="008413E8" w:rsidRPr="004C6A59" w:rsidRDefault="004C6A59" w:rsidP="004C6A59">
      <w:pPr>
        <w:pStyle w:val="Heading2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C6A59">
        <w:rPr>
          <w:rFonts w:ascii="Times New Roman" w:hAnsi="Times New Roman" w:cs="Times New Roman"/>
          <w:color w:val="auto"/>
          <w:sz w:val="28"/>
          <w:szCs w:val="28"/>
        </w:rPr>
        <w:t>3. Danh m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>ụ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>c hàng hóa b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>ổ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 xml:space="preserve"> sung: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"/>
        <w:gridCol w:w="1079"/>
        <w:gridCol w:w="1079"/>
        <w:gridCol w:w="1079"/>
        <w:gridCol w:w="1079"/>
        <w:gridCol w:w="1078"/>
        <w:gridCol w:w="1079"/>
        <w:gridCol w:w="1078"/>
      </w:tblGrid>
      <w:tr w:rsidR="004C6A59" w:rsidRPr="004C6A59" w:rsidTr="004C6A59">
        <w:tc>
          <w:tcPr>
            <w:tcW w:w="1080" w:type="dxa"/>
          </w:tcPr>
          <w:p w:rsidR="008413E8" w:rsidRPr="004C6A59" w:rsidRDefault="004C6A59" w:rsidP="004C6A59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1080" w:type="dxa"/>
          </w:tcPr>
          <w:p w:rsidR="008413E8" w:rsidRPr="004C6A59" w:rsidRDefault="004C6A59" w:rsidP="004C6A59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Tê</w:t>
            </w: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n hàng hóa</w:t>
            </w:r>
          </w:p>
        </w:tc>
        <w:tc>
          <w:tcPr>
            <w:tcW w:w="1080" w:type="dxa"/>
          </w:tcPr>
          <w:p w:rsidR="008413E8" w:rsidRPr="004C6A59" w:rsidRDefault="004C6A59" w:rsidP="004C6A59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Mã hàng</w:t>
            </w:r>
          </w:p>
        </w:tc>
        <w:tc>
          <w:tcPr>
            <w:tcW w:w="1080" w:type="dxa"/>
          </w:tcPr>
          <w:p w:rsidR="008413E8" w:rsidRPr="004C6A59" w:rsidRDefault="004C6A59" w:rsidP="004C6A59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ĐVT</w:t>
            </w:r>
          </w:p>
        </w:tc>
        <w:tc>
          <w:tcPr>
            <w:tcW w:w="1080" w:type="dxa"/>
          </w:tcPr>
          <w:p w:rsidR="008413E8" w:rsidRPr="004C6A59" w:rsidRDefault="004C6A59" w:rsidP="004C6A59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ố</w:t>
            </w: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lư</w:t>
            </w: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ợ</w:t>
            </w: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ng h</w:t>
            </w: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ợ</w:t>
            </w: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p đ</w:t>
            </w: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ồ</w:t>
            </w: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ng</w:t>
            </w:r>
          </w:p>
        </w:tc>
        <w:tc>
          <w:tcPr>
            <w:tcW w:w="1080" w:type="dxa"/>
          </w:tcPr>
          <w:p w:rsidR="008413E8" w:rsidRPr="004C6A59" w:rsidRDefault="004C6A59" w:rsidP="004C6A59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Đã giao</w:t>
            </w:r>
          </w:p>
        </w:tc>
        <w:tc>
          <w:tcPr>
            <w:tcW w:w="1080" w:type="dxa"/>
          </w:tcPr>
          <w:p w:rsidR="008413E8" w:rsidRPr="004C6A59" w:rsidRDefault="004C6A59" w:rsidP="004C6A59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Còn thi</w:t>
            </w: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ế</w:t>
            </w: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u</w:t>
            </w:r>
          </w:p>
        </w:tc>
        <w:tc>
          <w:tcPr>
            <w:tcW w:w="1080" w:type="dxa"/>
          </w:tcPr>
          <w:p w:rsidR="008413E8" w:rsidRPr="004C6A59" w:rsidRDefault="004C6A59" w:rsidP="004C6A59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A59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4C6A59" w:rsidRPr="004C6A59" w:rsidTr="004C6A59"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6A59" w:rsidRPr="004C6A59" w:rsidTr="004C6A59"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6A59" w:rsidRPr="004C6A59" w:rsidTr="004C6A59"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</w:tcPr>
          <w:p w:rsidR="008413E8" w:rsidRPr="004C6A59" w:rsidRDefault="008413E8" w:rsidP="004C6A5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413E8" w:rsidRPr="004C6A59" w:rsidRDefault="004C6A59" w:rsidP="004C6A59">
      <w:pPr>
        <w:pStyle w:val="Heading2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C6A59">
        <w:rPr>
          <w:rFonts w:ascii="Times New Roman" w:hAnsi="Times New Roman" w:cs="Times New Roman"/>
          <w:color w:val="auto"/>
          <w:sz w:val="28"/>
          <w:szCs w:val="28"/>
        </w:rPr>
        <w:t>4. Th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>ờ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>i gian và đ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>ị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>a đi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>ể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>m giao b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>ổ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 xml:space="preserve"> sung:</w:t>
      </w:r>
    </w:p>
    <w:p w:rsidR="008413E8" w:rsidRPr="004C6A59" w:rsidRDefault="004C6A59" w:rsidP="004C6A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C6A59">
        <w:rPr>
          <w:rFonts w:ascii="Times New Roman" w:hAnsi="Times New Roman" w:cs="Times New Roman"/>
          <w:sz w:val="28"/>
          <w:szCs w:val="28"/>
        </w:rPr>
        <w:t>- Th</w:t>
      </w:r>
      <w:r w:rsidRPr="004C6A59">
        <w:rPr>
          <w:rFonts w:ascii="Times New Roman" w:hAnsi="Times New Roman" w:cs="Times New Roman"/>
          <w:sz w:val="28"/>
          <w:szCs w:val="28"/>
        </w:rPr>
        <w:t>ờ</w:t>
      </w:r>
      <w:r w:rsidRPr="004C6A59">
        <w:rPr>
          <w:rFonts w:ascii="Times New Roman" w:hAnsi="Times New Roman" w:cs="Times New Roman"/>
          <w:sz w:val="28"/>
          <w:szCs w:val="28"/>
        </w:rPr>
        <w:t>i gian d</w:t>
      </w:r>
      <w:r w:rsidRPr="004C6A59">
        <w:rPr>
          <w:rFonts w:ascii="Times New Roman" w:hAnsi="Times New Roman" w:cs="Times New Roman"/>
          <w:sz w:val="28"/>
          <w:szCs w:val="28"/>
        </w:rPr>
        <w:t>ự</w:t>
      </w:r>
      <w:r w:rsidRPr="004C6A59">
        <w:rPr>
          <w:rFonts w:ascii="Times New Roman" w:hAnsi="Times New Roman" w:cs="Times New Roman"/>
          <w:sz w:val="28"/>
          <w:szCs w:val="28"/>
        </w:rPr>
        <w:t xml:space="preserve"> ki</w:t>
      </w:r>
      <w:r w:rsidRPr="004C6A59">
        <w:rPr>
          <w:rFonts w:ascii="Times New Roman" w:hAnsi="Times New Roman" w:cs="Times New Roman"/>
          <w:sz w:val="28"/>
          <w:szCs w:val="28"/>
        </w:rPr>
        <w:t>ế</w:t>
      </w:r>
      <w:r w:rsidRPr="004C6A59">
        <w:rPr>
          <w:rFonts w:ascii="Times New Roman" w:hAnsi="Times New Roman" w:cs="Times New Roman"/>
          <w:sz w:val="28"/>
          <w:szCs w:val="28"/>
        </w:rPr>
        <w:t>n: … gi</w:t>
      </w:r>
      <w:r w:rsidRPr="004C6A59">
        <w:rPr>
          <w:rFonts w:ascii="Times New Roman" w:hAnsi="Times New Roman" w:cs="Times New Roman"/>
          <w:sz w:val="28"/>
          <w:szCs w:val="28"/>
        </w:rPr>
        <w:t>ờ</w:t>
      </w:r>
      <w:r w:rsidRPr="004C6A59">
        <w:rPr>
          <w:rFonts w:ascii="Times New Roman" w:hAnsi="Times New Roman" w:cs="Times New Roman"/>
          <w:sz w:val="28"/>
          <w:szCs w:val="28"/>
        </w:rPr>
        <w:t xml:space="preserve"> … phút, ngày … tháng … năm 2025</w:t>
      </w:r>
    </w:p>
    <w:p w:rsidR="008413E8" w:rsidRPr="004C6A59" w:rsidRDefault="004C6A59" w:rsidP="004C6A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C6A59">
        <w:rPr>
          <w:rFonts w:ascii="Times New Roman" w:hAnsi="Times New Roman" w:cs="Times New Roman"/>
          <w:sz w:val="28"/>
          <w:szCs w:val="28"/>
        </w:rPr>
        <w:t>- Đ</w:t>
      </w:r>
      <w:r w:rsidRPr="004C6A59">
        <w:rPr>
          <w:rFonts w:ascii="Times New Roman" w:hAnsi="Times New Roman" w:cs="Times New Roman"/>
          <w:sz w:val="28"/>
          <w:szCs w:val="28"/>
        </w:rPr>
        <w:t>ị</w:t>
      </w:r>
      <w:r w:rsidRPr="004C6A59">
        <w:rPr>
          <w:rFonts w:ascii="Times New Roman" w:hAnsi="Times New Roman" w:cs="Times New Roman"/>
          <w:sz w:val="28"/>
          <w:szCs w:val="28"/>
        </w:rPr>
        <w:t>a đi</w:t>
      </w:r>
      <w:r w:rsidRPr="004C6A59">
        <w:rPr>
          <w:rFonts w:ascii="Times New Roman" w:hAnsi="Times New Roman" w:cs="Times New Roman"/>
          <w:sz w:val="28"/>
          <w:szCs w:val="28"/>
        </w:rPr>
        <w:t>ể</w:t>
      </w:r>
      <w:r w:rsidRPr="004C6A59">
        <w:rPr>
          <w:rFonts w:ascii="Times New Roman" w:hAnsi="Times New Roman" w:cs="Times New Roman"/>
          <w:sz w:val="28"/>
          <w:szCs w:val="28"/>
        </w:rPr>
        <w:t>m: ………………………………………………………………………</w:t>
      </w:r>
    </w:p>
    <w:p w:rsidR="008413E8" w:rsidRPr="004C6A59" w:rsidRDefault="004C6A59" w:rsidP="004C6A59">
      <w:pPr>
        <w:pStyle w:val="Heading2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C6A59">
        <w:rPr>
          <w:rFonts w:ascii="Times New Roman" w:hAnsi="Times New Roman" w:cs="Times New Roman"/>
          <w:color w:val="auto"/>
          <w:sz w:val="28"/>
          <w:szCs w:val="28"/>
        </w:rPr>
        <w:t>5. Đ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>ề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 xml:space="preserve"> ngh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>ị</w:t>
      </w:r>
      <w:r w:rsidRPr="004C6A59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8413E8" w:rsidRPr="004C6A59" w:rsidRDefault="004C6A59" w:rsidP="004C6A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C6A59">
        <w:rPr>
          <w:rFonts w:ascii="Times New Roman" w:hAnsi="Times New Roman" w:cs="Times New Roman"/>
          <w:sz w:val="28"/>
          <w:szCs w:val="28"/>
        </w:rPr>
        <w:t>Đ</w:t>
      </w:r>
      <w:r w:rsidRPr="004C6A59">
        <w:rPr>
          <w:rFonts w:ascii="Times New Roman" w:hAnsi="Times New Roman" w:cs="Times New Roman"/>
          <w:sz w:val="28"/>
          <w:szCs w:val="28"/>
        </w:rPr>
        <w:t>ề</w:t>
      </w:r>
      <w:r w:rsidRPr="004C6A59">
        <w:rPr>
          <w:rFonts w:ascii="Times New Roman" w:hAnsi="Times New Roman" w:cs="Times New Roman"/>
          <w:sz w:val="28"/>
          <w:szCs w:val="28"/>
        </w:rPr>
        <w:t xml:space="preserve"> ngh</w:t>
      </w:r>
      <w:r w:rsidRPr="004C6A59">
        <w:rPr>
          <w:rFonts w:ascii="Times New Roman" w:hAnsi="Times New Roman" w:cs="Times New Roman"/>
          <w:sz w:val="28"/>
          <w:szCs w:val="28"/>
        </w:rPr>
        <w:t>ị</w:t>
      </w:r>
      <w:r w:rsidRPr="004C6A59">
        <w:rPr>
          <w:rFonts w:ascii="Times New Roman" w:hAnsi="Times New Roman" w:cs="Times New Roman"/>
          <w:sz w:val="28"/>
          <w:szCs w:val="28"/>
        </w:rPr>
        <w:t xml:space="preserve"> Quý</w:t>
      </w:r>
      <w:r w:rsidRPr="004C6A59">
        <w:rPr>
          <w:rFonts w:ascii="Times New Roman" w:hAnsi="Times New Roman" w:cs="Times New Roman"/>
          <w:sz w:val="28"/>
          <w:szCs w:val="28"/>
        </w:rPr>
        <w:t xml:space="preserve"> công ty ph</w:t>
      </w:r>
      <w:r w:rsidRPr="004C6A59">
        <w:rPr>
          <w:rFonts w:ascii="Times New Roman" w:hAnsi="Times New Roman" w:cs="Times New Roman"/>
          <w:sz w:val="28"/>
          <w:szCs w:val="28"/>
        </w:rPr>
        <w:t>ố</w:t>
      </w:r>
      <w:r w:rsidRPr="004C6A59">
        <w:rPr>
          <w:rFonts w:ascii="Times New Roman" w:hAnsi="Times New Roman" w:cs="Times New Roman"/>
          <w:sz w:val="28"/>
          <w:szCs w:val="28"/>
        </w:rPr>
        <w:t>i h</w:t>
      </w:r>
      <w:r w:rsidRPr="004C6A59">
        <w:rPr>
          <w:rFonts w:ascii="Times New Roman" w:hAnsi="Times New Roman" w:cs="Times New Roman"/>
          <w:sz w:val="28"/>
          <w:szCs w:val="28"/>
        </w:rPr>
        <w:t>ợ</w:t>
      </w:r>
      <w:r w:rsidRPr="004C6A59">
        <w:rPr>
          <w:rFonts w:ascii="Times New Roman" w:hAnsi="Times New Roman" w:cs="Times New Roman"/>
          <w:sz w:val="28"/>
          <w:szCs w:val="28"/>
        </w:rPr>
        <w:t>p ti</w:t>
      </w:r>
      <w:r w:rsidRPr="004C6A59">
        <w:rPr>
          <w:rFonts w:ascii="Times New Roman" w:hAnsi="Times New Roman" w:cs="Times New Roman"/>
          <w:sz w:val="28"/>
          <w:szCs w:val="28"/>
        </w:rPr>
        <w:t>ế</w:t>
      </w:r>
      <w:r w:rsidRPr="004C6A59">
        <w:rPr>
          <w:rFonts w:ascii="Times New Roman" w:hAnsi="Times New Roman" w:cs="Times New Roman"/>
          <w:sz w:val="28"/>
          <w:szCs w:val="28"/>
        </w:rPr>
        <w:t>p nh</w:t>
      </w:r>
      <w:r w:rsidRPr="004C6A59">
        <w:rPr>
          <w:rFonts w:ascii="Times New Roman" w:hAnsi="Times New Roman" w:cs="Times New Roman"/>
          <w:sz w:val="28"/>
          <w:szCs w:val="28"/>
        </w:rPr>
        <w:t>ậ</w:t>
      </w:r>
      <w:r w:rsidRPr="004C6A59">
        <w:rPr>
          <w:rFonts w:ascii="Times New Roman" w:hAnsi="Times New Roman" w:cs="Times New Roman"/>
          <w:sz w:val="28"/>
          <w:szCs w:val="28"/>
        </w:rPr>
        <w:t>n hàng và ký xác nh</w:t>
      </w:r>
      <w:r w:rsidRPr="004C6A59">
        <w:rPr>
          <w:rFonts w:ascii="Times New Roman" w:hAnsi="Times New Roman" w:cs="Times New Roman"/>
          <w:sz w:val="28"/>
          <w:szCs w:val="28"/>
        </w:rPr>
        <w:t>ậ</w:t>
      </w:r>
      <w:r w:rsidRPr="004C6A59">
        <w:rPr>
          <w:rFonts w:ascii="Times New Roman" w:hAnsi="Times New Roman" w:cs="Times New Roman"/>
          <w:sz w:val="28"/>
          <w:szCs w:val="28"/>
        </w:rPr>
        <w:t>n đã nh</w:t>
      </w:r>
      <w:r w:rsidRPr="004C6A59">
        <w:rPr>
          <w:rFonts w:ascii="Times New Roman" w:hAnsi="Times New Roman" w:cs="Times New Roman"/>
          <w:sz w:val="28"/>
          <w:szCs w:val="28"/>
        </w:rPr>
        <w:t>ậ</w:t>
      </w:r>
      <w:r w:rsidRPr="004C6A59">
        <w:rPr>
          <w:rFonts w:ascii="Times New Roman" w:hAnsi="Times New Roman" w:cs="Times New Roman"/>
          <w:sz w:val="28"/>
          <w:szCs w:val="28"/>
        </w:rPr>
        <w:t>n đ</w:t>
      </w:r>
      <w:r w:rsidRPr="004C6A59">
        <w:rPr>
          <w:rFonts w:ascii="Times New Roman" w:hAnsi="Times New Roman" w:cs="Times New Roman"/>
          <w:sz w:val="28"/>
          <w:szCs w:val="28"/>
        </w:rPr>
        <w:t>ủ</w:t>
      </w:r>
      <w:r w:rsidRPr="004C6A59">
        <w:rPr>
          <w:rFonts w:ascii="Times New Roman" w:hAnsi="Times New Roman" w:cs="Times New Roman"/>
          <w:sz w:val="28"/>
          <w:szCs w:val="28"/>
        </w:rPr>
        <w:t xml:space="preserve"> ph</w:t>
      </w:r>
      <w:r w:rsidRPr="004C6A59">
        <w:rPr>
          <w:rFonts w:ascii="Times New Roman" w:hAnsi="Times New Roman" w:cs="Times New Roman"/>
          <w:sz w:val="28"/>
          <w:szCs w:val="28"/>
        </w:rPr>
        <w:t>ầ</w:t>
      </w:r>
      <w:r w:rsidRPr="004C6A59">
        <w:rPr>
          <w:rFonts w:ascii="Times New Roman" w:hAnsi="Times New Roman" w:cs="Times New Roman"/>
          <w:sz w:val="28"/>
          <w:szCs w:val="28"/>
        </w:rPr>
        <w:t>n còn thi</w:t>
      </w:r>
      <w:r w:rsidRPr="004C6A59">
        <w:rPr>
          <w:rFonts w:ascii="Times New Roman" w:hAnsi="Times New Roman" w:cs="Times New Roman"/>
          <w:sz w:val="28"/>
          <w:szCs w:val="28"/>
        </w:rPr>
        <w:t>ế</w:t>
      </w:r>
      <w:r w:rsidRPr="004C6A59">
        <w:rPr>
          <w:rFonts w:ascii="Times New Roman" w:hAnsi="Times New Roman" w:cs="Times New Roman"/>
          <w:sz w:val="28"/>
          <w:szCs w:val="28"/>
        </w:rPr>
        <w:t>u c</w:t>
      </w:r>
      <w:r w:rsidRPr="004C6A59">
        <w:rPr>
          <w:rFonts w:ascii="Times New Roman" w:hAnsi="Times New Roman" w:cs="Times New Roman"/>
          <w:sz w:val="28"/>
          <w:szCs w:val="28"/>
        </w:rPr>
        <w:t>ủ</w:t>
      </w:r>
      <w:r w:rsidRPr="004C6A59">
        <w:rPr>
          <w:rFonts w:ascii="Times New Roman" w:hAnsi="Times New Roman" w:cs="Times New Roman"/>
          <w:sz w:val="28"/>
          <w:szCs w:val="28"/>
        </w:rPr>
        <w:t>a h</w:t>
      </w:r>
      <w:r w:rsidRPr="004C6A59">
        <w:rPr>
          <w:rFonts w:ascii="Times New Roman" w:hAnsi="Times New Roman" w:cs="Times New Roman"/>
          <w:sz w:val="28"/>
          <w:szCs w:val="28"/>
        </w:rPr>
        <w:t>ợ</w:t>
      </w:r>
      <w:r w:rsidRPr="004C6A59">
        <w:rPr>
          <w:rFonts w:ascii="Times New Roman" w:hAnsi="Times New Roman" w:cs="Times New Roman"/>
          <w:sz w:val="28"/>
          <w:szCs w:val="28"/>
        </w:rPr>
        <w:t>p đ</w:t>
      </w:r>
      <w:r w:rsidRPr="004C6A59">
        <w:rPr>
          <w:rFonts w:ascii="Times New Roman" w:hAnsi="Times New Roman" w:cs="Times New Roman"/>
          <w:sz w:val="28"/>
          <w:szCs w:val="28"/>
        </w:rPr>
        <w:t>ồ</w:t>
      </w:r>
      <w:r w:rsidRPr="004C6A59">
        <w:rPr>
          <w:rFonts w:ascii="Times New Roman" w:hAnsi="Times New Roman" w:cs="Times New Roman"/>
          <w:sz w:val="28"/>
          <w:szCs w:val="28"/>
        </w:rPr>
        <w:t>ng nêu trên. N</w:t>
      </w:r>
      <w:r w:rsidRPr="004C6A59">
        <w:rPr>
          <w:rFonts w:ascii="Times New Roman" w:hAnsi="Times New Roman" w:cs="Times New Roman"/>
          <w:sz w:val="28"/>
          <w:szCs w:val="28"/>
        </w:rPr>
        <w:t>ế</w:t>
      </w:r>
      <w:r w:rsidRPr="004C6A59">
        <w:rPr>
          <w:rFonts w:ascii="Times New Roman" w:hAnsi="Times New Roman" w:cs="Times New Roman"/>
          <w:sz w:val="28"/>
          <w:szCs w:val="28"/>
        </w:rPr>
        <w:t>u có vư</w:t>
      </w:r>
      <w:r w:rsidRPr="004C6A59">
        <w:rPr>
          <w:rFonts w:ascii="Times New Roman" w:hAnsi="Times New Roman" w:cs="Times New Roman"/>
          <w:sz w:val="28"/>
          <w:szCs w:val="28"/>
        </w:rPr>
        <w:t>ớ</w:t>
      </w:r>
      <w:r w:rsidRPr="004C6A59">
        <w:rPr>
          <w:rFonts w:ascii="Times New Roman" w:hAnsi="Times New Roman" w:cs="Times New Roman"/>
          <w:sz w:val="28"/>
          <w:szCs w:val="28"/>
        </w:rPr>
        <w:t>ng m</w:t>
      </w:r>
      <w:r w:rsidRPr="004C6A59">
        <w:rPr>
          <w:rFonts w:ascii="Times New Roman" w:hAnsi="Times New Roman" w:cs="Times New Roman"/>
          <w:sz w:val="28"/>
          <w:szCs w:val="28"/>
        </w:rPr>
        <w:t>ắ</w:t>
      </w:r>
      <w:r w:rsidRPr="004C6A59">
        <w:rPr>
          <w:rFonts w:ascii="Times New Roman" w:hAnsi="Times New Roman" w:cs="Times New Roman"/>
          <w:sz w:val="28"/>
          <w:szCs w:val="28"/>
        </w:rPr>
        <w:t>c, vui lòng liên h</w:t>
      </w:r>
      <w:r w:rsidRPr="004C6A59">
        <w:rPr>
          <w:rFonts w:ascii="Times New Roman" w:hAnsi="Times New Roman" w:cs="Times New Roman"/>
          <w:sz w:val="28"/>
          <w:szCs w:val="28"/>
        </w:rPr>
        <w:t>ệ</w:t>
      </w:r>
      <w:r w:rsidRPr="004C6A59">
        <w:rPr>
          <w:rFonts w:ascii="Times New Roman" w:hAnsi="Times New Roman" w:cs="Times New Roman"/>
          <w:sz w:val="28"/>
          <w:szCs w:val="28"/>
        </w:rPr>
        <w:t xml:space="preserve"> v</w:t>
      </w:r>
      <w:r w:rsidRPr="004C6A59">
        <w:rPr>
          <w:rFonts w:ascii="Times New Roman" w:hAnsi="Times New Roman" w:cs="Times New Roman"/>
          <w:sz w:val="28"/>
          <w:szCs w:val="28"/>
        </w:rPr>
        <w:t>ớ</w:t>
      </w:r>
      <w:r w:rsidRPr="004C6A59">
        <w:rPr>
          <w:rFonts w:ascii="Times New Roman" w:hAnsi="Times New Roman" w:cs="Times New Roman"/>
          <w:sz w:val="28"/>
          <w:szCs w:val="28"/>
        </w:rPr>
        <w:t>i chúng tôi qua:</w:t>
      </w:r>
    </w:p>
    <w:p w:rsidR="008413E8" w:rsidRPr="004C6A59" w:rsidRDefault="004C6A59" w:rsidP="004C6A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C6A59">
        <w:rPr>
          <w:rFonts w:ascii="Times New Roman" w:hAnsi="Times New Roman" w:cs="Times New Roman"/>
          <w:sz w:val="28"/>
          <w:szCs w:val="28"/>
        </w:rPr>
        <w:t>- Đi</w:t>
      </w:r>
      <w:r w:rsidRPr="004C6A59">
        <w:rPr>
          <w:rFonts w:ascii="Times New Roman" w:hAnsi="Times New Roman" w:cs="Times New Roman"/>
          <w:sz w:val="28"/>
          <w:szCs w:val="28"/>
        </w:rPr>
        <w:t>ệ</w:t>
      </w:r>
      <w:r w:rsidRPr="004C6A59">
        <w:rPr>
          <w:rFonts w:ascii="Times New Roman" w:hAnsi="Times New Roman" w:cs="Times New Roman"/>
          <w:sz w:val="28"/>
          <w:szCs w:val="28"/>
        </w:rPr>
        <w:t>n tho</w:t>
      </w:r>
      <w:r w:rsidRPr="004C6A59">
        <w:rPr>
          <w:rFonts w:ascii="Times New Roman" w:hAnsi="Times New Roman" w:cs="Times New Roman"/>
          <w:sz w:val="28"/>
          <w:szCs w:val="28"/>
        </w:rPr>
        <w:t>ạ</w:t>
      </w:r>
      <w:r w:rsidRPr="004C6A59">
        <w:rPr>
          <w:rFonts w:ascii="Times New Roman" w:hAnsi="Times New Roman" w:cs="Times New Roman"/>
          <w:sz w:val="28"/>
          <w:szCs w:val="28"/>
        </w:rPr>
        <w:t>i: ……………</w:t>
      </w:r>
    </w:p>
    <w:p w:rsidR="008413E8" w:rsidRPr="004C6A59" w:rsidRDefault="004C6A59" w:rsidP="004C6A5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C6A59">
        <w:rPr>
          <w:rFonts w:ascii="Times New Roman" w:hAnsi="Times New Roman" w:cs="Times New Roman"/>
          <w:sz w:val="28"/>
          <w:szCs w:val="28"/>
        </w:rPr>
        <w:t>- Email: ……………………</w:t>
      </w:r>
    </w:p>
    <w:p w:rsidR="008413E8" w:rsidRPr="004C6A59" w:rsidRDefault="004C6A59">
      <w:pPr>
        <w:rPr>
          <w:rFonts w:ascii="Times New Roman" w:hAnsi="Times New Roman" w:cs="Times New Roman"/>
          <w:sz w:val="28"/>
          <w:szCs w:val="28"/>
        </w:rPr>
      </w:pPr>
      <w:r w:rsidRPr="004C6A59">
        <w:rPr>
          <w:rFonts w:ascii="Times New Roman" w:hAnsi="Times New Roman" w:cs="Times New Roman"/>
          <w:sz w:val="28"/>
          <w:szCs w:val="28"/>
        </w:rPr>
        <w:t>Trân tr</w:t>
      </w:r>
      <w:r w:rsidRPr="004C6A59">
        <w:rPr>
          <w:rFonts w:ascii="Times New Roman" w:hAnsi="Times New Roman" w:cs="Times New Roman"/>
          <w:sz w:val="28"/>
          <w:szCs w:val="28"/>
        </w:rPr>
        <w:t>ọ</w:t>
      </w:r>
      <w:r w:rsidRPr="004C6A59">
        <w:rPr>
          <w:rFonts w:ascii="Times New Roman" w:hAnsi="Times New Roman" w:cs="Times New Roman"/>
          <w:sz w:val="28"/>
          <w:szCs w:val="28"/>
        </w:rPr>
        <w:t>ng!</w:t>
      </w:r>
    </w:p>
    <w:p w:rsidR="008413E8" w:rsidRPr="004C6A59" w:rsidRDefault="004C6A59" w:rsidP="004C6A59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4C6A59">
        <w:rPr>
          <w:rFonts w:ascii="Times New Roman" w:hAnsi="Times New Roman" w:cs="Times New Roman"/>
          <w:i/>
          <w:sz w:val="28"/>
          <w:szCs w:val="28"/>
        </w:rPr>
        <w:t>………, ngày … tháng … năm 2025</w:t>
      </w:r>
    </w:p>
    <w:p w:rsidR="008413E8" w:rsidRPr="004C6A59" w:rsidRDefault="004C6A59" w:rsidP="004C6A5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C6A59">
        <w:rPr>
          <w:rFonts w:ascii="Times New Roman" w:hAnsi="Times New Roman" w:cs="Times New Roman"/>
          <w:b/>
          <w:sz w:val="28"/>
          <w:szCs w:val="28"/>
        </w:rPr>
        <w:t>Đ</w:t>
      </w:r>
      <w:r w:rsidRPr="004C6A59">
        <w:rPr>
          <w:rFonts w:ascii="Times New Roman" w:hAnsi="Times New Roman" w:cs="Times New Roman"/>
          <w:b/>
          <w:sz w:val="28"/>
          <w:szCs w:val="28"/>
        </w:rPr>
        <w:t>Ạ</w:t>
      </w:r>
      <w:r w:rsidRPr="004C6A59">
        <w:rPr>
          <w:rFonts w:ascii="Times New Roman" w:hAnsi="Times New Roman" w:cs="Times New Roman"/>
          <w:b/>
          <w:sz w:val="28"/>
          <w:szCs w:val="28"/>
        </w:rPr>
        <w:t>I DI</w:t>
      </w:r>
      <w:r w:rsidRPr="004C6A59">
        <w:rPr>
          <w:rFonts w:ascii="Times New Roman" w:hAnsi="Times New Roman" w:cs="Times New Roman"/>
          <w:b/>
          <w:sz w:val="28"/>
          <w:szCs w:val="28"/>
        </w:rPr>
        <w:t>Ệ</w:t>
      </w:r>
      <w:r w:rsidRPr="004C6A59">
        <w:rPr>
          <w:rFonts w:ascii="Times New Roman" w:hAnsi="Times New Roman" w:cs="Times New Roman"/>
          <w:b/>
          <w:sz w:val="28"/>
          <w:szCs w:val="28"/>
        </w:rPr>
        <w:t>N CÔNG TY</w:t>
      </w:r>
    </w:p>
    <w:p w:rsidR="008413E8" w:rsidRPr="004C6A59" w:rsidRDefault="004C6A59" w:rsidP="004C6A5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C6A59">
        <w:rPr>
          <w:rFonts w:ascii="Times New Roman" w:hAnsi="Times New Roman" w:cs="Times New Roman"/>
          <w:b/>
          <w:sz w:val="28"/>
          <w:szCs w:val="28"/>
        </w:rPr>
        <w:t xml:space="preserve">(Ký tên, </w:t>
      </w:r>
      <w:r w:rsidRPr="004C6A59">
        <w:rPr>
          <w:rFonts w:ascii="Times New Roman" w:hAnsi="Times New Roman" w:cs="Times New Roman"/>
          <w:b/>
          <w:sz w:val="28"/>
          <w:szCs w:val="28"/>
        </w:rPr>
        <w:t>đóng d</w:t>
      </w:r>
      <w:r w:rsidRPr="004C6A59">
        <w:rPr>
          <w:rFonts w:ascii="Times New Roman" w:hAnsi="Times New Roman" w:cs="Times New Roman"/>
          <w:b/>
          <w:sz w:val="28"/>
          <w:szCs w:val="28"/>
        </w:rPr>
        <w:t>ấ</w:t>
      </w:r>
      <w:r w:rsidRPr="004C6A59">
        <w:rPr>
          <w:rFonts w:ascii="Times New Roman" w:hAnsi="Times New Roman" w:cs="Times New Roman"/>
          <w:b/>
          <w:sz w:val="28"/>
          <w:szCs w:val="28"/>
        </w:rPr>
        <w:t>u, ghi rõ h</w:t>
      </w:r>
      <w:r w:rsidRPr="004C6A59">
        <w:rPr>
          <w:rFonts w:ascii="Times New Roman" w:hAnsi="Times New Roman" w:cs="Times New Roman"/>
          <w:b/>
          <w:sz w:val="28"/>
          <w:szCs w:val="28"/>
        </w:rPr>
        <w:t>ọ</w:t>
      </w:r>
      <w:r w:rsidRPr="004C6A59">
        <w:rPr>
          <w:rFonts w:ascii="Times New Roman" w:hAnsi="Times New Roman" w:cs="Times New Roman"/>
          <w:b/>
          <w:sz w:val="28"/>
          <w:szCs w:val="28"/>
        </w:rPr>
        <w:t xml:space="preserve"> tên và ch</w:t>
      </w:r>
      <w:r w:rsidRPr="004C6A59">
        <w:rPr>
          <w:rFonts w:ascii="Times New Roman" w:hAnsi="Times New Roman" w:cs="Times New Roman"/>
          <w:b/>
          <w:sz w:val="28"/>
          <w:szCs w:val="28"/>
        </w:rPr>
        <w:t>ứ</w:t>
      </w:r>
      <w:r w:rsidRPr="004C6A59">
        <w:rPr>
          <w:rFonts w:ascii="Times New Roman" w:hAnsi="Times New Roman" w:cs="Times New Roman"/>
          <w:b/>
          <w:sz w:val="28"/>
          <w:szCs w:val="28"/>
        </w:rPr>
        <w:t>c v</w:t>
      </w:r>
      <w:r w:rsidRPr="004C6A59">
        <w:rPr>
          <w:rFonts w:ascii="Times New Roman" w:hAnsi="Times New Roman" w:cs="Times New Roman"/>
          <w:b/>
          <w:sz w:val="28"/>
          <w:szCs w:val="28"/>
        </w:rPr>
        <w:t>ụ</w:t>
      </w:r>
      <w:r w:rsidRPr="004C6A59">
        <w:rPr>
          <w:rFonts w:ascii="Times New Roman" w:hAnsi="Times New Roman" w:cs="Times New Roman"/>
          <w:b/>
          <w:sz w:val="28"/>
          <w:szCs w:val="28"/>
        </w:rPr>
        <w:t>)</w:t>
      </w:r>
    </w:p>
    <w:sectPr w:rsidR="008413E8" w:rsidRPr="004C6A5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6A59"/>
    <w:rsid w:val="008413E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7C991DB4-6147-49A6-A553-A9815C0E6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63E1CC-EAC8-4E20-BB03-A857A9C96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/>
      <vt:lpstr>MẪU THÔNG BÁO GIAO HÀNG BỔ SUNG</vt:lpstr>
      <vt:lpstr>THEO HỢP ĐỒNG MUA BÁN HÀNG HÓA</vt:lpstr>
      <vt:lpstr>    1. Căn cứ pháp lý:</vt:lpstr>
      <vt:lpstr>    2. Lý do giao bổ sung:</vt:lpstr>
      <vt:lpstr>    3. Danh mục hàng hóa bổ sung:</vt:lpstr>
      <vt:lpstr>    4. Thời gian và địa điểm giao bổ sung:</vt:lpstr>
      <vt:lpstr>    5. Đề nghị:</vt:lpstr>
    </vt:vector>
  </TitlesOfParts>
  <Manager/>
  <Company/>
  <LinksUpToDate>false</LinksUpToDate>
  <CharactersWithSpaces>1268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2025-06-16T02:01:00Z</dcterms:created>
  <dcterms:modified xsi:type="dcterms:W3CDTF">2025-06-16T02:01:00Z</dcterms:modified>
  <cp:category/>
</cp:coreProperties>
</file>