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30B2" w:rsidRPr="005A0BF3" w:rsidRDefault="005A0BF3">
      <w:pPr>
        <w:pStyle w:val="Titl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0BF3">
        <w:rPr>
          <w:rFonts w:ascii="Times New Roman" w:hAnsi="Times New Roman" w:cs="Times New Roman"/>
          <w:b/>
          <w:sz w:val="28"/>
          <w:szCs w:val="28"/>
        </w:rPr>
        <w:t>S</w:t>
      </w:r>
      <w:r w:rsidRPr="005A0BF3">
        <w:rPr>
          <w:rFonts w:ascii="Times New Roman" w:hAnsi="Times New Roman" w:cs="Times New Roman"/>
          <w:b/>
          <w:sz w:val="28"/>
          <w:szCs w:val="28"/>
        </w:rPr>
        <w:t>Ổ</w:t>
      </w:r>
      <w:r w:rsidRPr="005A0BF3">
        <w:rPr>
          <w:rFonts w:ascii="Times New Roman" w:hAnsi="Times New Roman" w:cs="Times New Roman"/>
          <w:b/>
          <w:sz w:val="28"/>
          <w:szCs w:val="28"/>
        </w:rPr>
        <w:t xml:space="preserve"> ĐI</w:t>
      </w:r>
      <w:r w:rsidRPr="005A0BF3">
        <w:rPr>
          <w:rFonts w:ascii="Times New Roman" w:hAnsi="Times New Roman" w:cs="Times New Roman"/>
          <w:b/>
          <w:sz w:val="28"/>
          <w:szCs w:val="28"/>
        </w:rPr>
        <w:t>Ể</w:t>
      </w:r>
      <w:r w:rsidRPr="005A0BF3">
        <w:rPr>
          <w:rFonts w:ascii="Times New Roman" w:hAnsi="Times New Roman" w:cs="Times New Roman"/>
          <w:b/>
          <w:sz w:val="28"/>
          <w:szCs w:val="28"/>
        </w:rPr>
        <w:t>M DANH CHUYÊN C</w:t>
      </w:r>
      <w:r w:rsidRPr="005A0BF3">
        <w:rPr>
          <w:rFonts w:ascii="Times New Roman" w:hAnsi="Times New Roman" w:cs="Times New Roman"/>
          <w:b/>
          <w:sz w:val="28"/>
          <w:szCs w:val="28"/>
        </w:rPr>
        <w:t>Ầ</w:t>
      </w:r>
      <w:r w:rsidRPr="005A0BF3">
        <w:rPr>
          <w:rFonts w:ascii="Times New Roman" w:hAnsi="Times New Roman" w:cs="Times New Roman"/>
          <w:b/>
          <w:sz w:val="28"/>
          <w:szCs w:val="28"/>
        </w:rPr>
        <w:t>N H</w:t>
      </w:r>
      <w:r w:rsidRPr="005A0BF3">
        <w:rPr>
          <w:rFonts w:ascii="Times New Roman" w:hAnsi="Times New Roman" w:cs="Times New Roman"/>
          <w:b/>
          <w:sz w:val="28"/>
          <w:szCs w:val="28"/>
        </w:rPr>
        <w:t>Ằ</w:t>
      </w:r>
      <w:r w:rsidRPr="005A0BF3">
        <w:rPr>
          <w:rFonts w:ascii="Times New Roman" w:hAnsi="Times New Roman" w:cs="Times New Roman"/>
          <w:b/>
          <w:sz w:val="28"/>
          <w:szCs w:val="28"/>
        </w:rPr>
        <w:t>NG NGÀY</w:t>
      </w:r>
    </w:p>
    <w:p w:rsidR="007330B2" w:rsidRPr="005A0BF3" w:rsidRDefault="005A0BF3">
      <w:pPr>
        <w:rPr>
          <w:rFonts w:ascii="Times New Roman" w:hAnsi="Times New Roman" w:cs="Times New Roman"/>
          <w:sz w:val="28"/>
          <w:szCs w:val="28"/>
        </w:rPr>
      </w:pPr>
      <w:r w:rsidRPr="005A0BF3">
        <w:rPr>
          <w:rFonts w:ascii="Times New Roman" w:hAnsi="Times New Roman" w:cs="Times New Roman"/>
          <w:sz w:val="28"/>
          <w:szCs w:val="28"/>
        </w:rPr>
        <w:t>Trư</w:t>
      </w:r>
      <w:r w:rsidRPr="005A0BF3">
        <w:rPr>
          <w:rFonts w:ascii="Times New Roman" w:hAnsi="Times New Roman" w:cs="Times New Roman"/>
          <w:sz w:val="28"/>
          <w:szCs w:val="28"/>
        </w:rPr>
        <w:t>ờ</w:t>
      </w:r>
      <w:r w:rsidRPr="005A0BF3">
        <w:rPr>
          <w:rFonts w:ascii="Times New Roman" w:hAnsi="Times New Roman" w:cs="Times New Roman"/>
          <w:sz w:val="28"/>
          <w:szCs w:val="28"/>
        </w:rPr>
        <w:t>ng m</w:t>
      </w:r>
      <w:r w:rsidRPr="005A0BF3">
        <w:rPr>
          <w:rFonts w:ascii="Times New Roman" w:hAnsi="Times New Roman" w:cs="Times New Roman"/>
          <w:sz w:val="28"/>
          <w:szCs w:val="28"/>
        </w:rPr>
        <w:t>ầ</w:t>
      </w:r>
      <w:r w:rsidRPr="005A0BF3">
        <w:rPr>
          <w:rFonts w:ascii="Times New Roman" w:hAnsi="Times New Roman" w:cs="Times New Roman"/>
          <w:sz w:val="28"/>
          <w:szCs w:val="28"/>
        </w:rPr>
        <w:t>m non: …………………………………</w:t>
      </w:r>
    </w:p>
    <w:p w:rsidR="007330B2" w:rsidRPr="005A0BF3" w:rsidRDefault="005A0BF3">
      <w:pPr>
        <w:rPr>
          <w:rFonts w:ascii="Times New Roman" w:hAnsi="Times New Roman" w:cs="Times New Roman"/>
          <w:sz w:val="28"/>
          <w:szCs w:val="28"/>
        </w:rPr>
      </w:pPr>
      <w:r w:rsidRPr="005A0BF3">
        <w:rPr>
          <w:rFonts w:ascii="Times New Roman" w:hAnsi="Times New Roman" w:cs="Times New Roman"/>
          <w:sz w:val="28"/>
          <w:szCs w:val="28"/>
        </w:rPr>
        <w:t>L</w:t>
      </w:r>
      <w:r w:rsidRPr="005A0BF3">
        <w:rPr>
          <w:rFonts w:ascii="Times New Roman" w:hAnsi="Times New Roman" w:cs="Times New Roman"/>
          <w:sz w:val="28"/>
          <w:szCs w:val="28"/>
        </w:rPr>
        <w:t>ớ</w:t>
      </w:r>
      <w:r w:rsidRPr="005A0BF3">
        <w:rPr>
          <w:rFonts w:ascii="Times New Roman" w:hAnsi="Times New Roman" w:cs="Times New Roman"/>
          <w:sz w:val="28"/>
          <w:szCs w:val="28"/>
        </w:rPr>
        <w:t>p: ……………………………   Giáo viên: ……………………………   Tháng … năm …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6"/>
        <w:gridCol w:w="554"/>
        <w:gridCol w:w="812"/>
        <w:gridCol w:w="713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935"/>
      </w:tblGrid>
      <w:tr w:rsidR="007330B2" w:rsidRPr="005A0BF3">
        <w:tc>
          <w:tcPr>
            <w:tcW w:w="576" w:type="dxa"/>
          </w:tcPr>
          <w:p w:rsidR="007330B2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BF3">
              <w:rPr>
                <w:rFonts w:ascii="Times New Roman" w:hAnsi="Times New Roman" w:cs="Times New Roman"/>
                <w:sz w:val="28"/>
                <w:szCs w:val="28"/>
              </w:rPr>
              <w:t>STT</w:t>
            </w:r>
          </w:p>
        </w:tc>
        <w:tc>
          <w:tcPr>
            <w:tcW w:w="576" w:type="dxa"/>
          </w:tcPr>
          <w:p w:rsidR="007330B2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BF3">
              <w:rPr>
                <w:rFonts w:ascii="Times New Roman" w:hAnsi="Times New Roman" w:cs="Times New Roman"/>
                <w:sz w:val="28"/>
                <w:szCs w:val="28"/>
              </w:rPr>
              <w:t>H</w:t>
            </w:r>
            <w:r w:rsidRPr="005A0BF3">
              <w:rPr>
                <w:rFonts w:ascii="Times New Roman" w:hAnsi="Times New Roman" w:cs="Times New Roman"/>
                <w:sz w:val="28"/>
                <w:szCs w:val="28"/>
              </w:rPr>
              <w:t>ọ</w:t>
            </w:r>
            <w:r w:rsidRPr="005A0BF3">
              <w:rPr>
                <w:rFonts w:ascii="Times New Roman" w:hAnsi="Times New Roman" w:cs="Times New Roman"/>
                <w:sz w:val="28"/>
                <w:szCs w:val="28"/>
              </w:rPr>
              <w:t xml:space="preserve"> và tên tr</w:t>
            </w:r>
            <w:r w:rsidRPr="005A0BF3">
              <w:rPr>
                <w:rFonts w:ascii="Times New Roman" w:hAnsi="Times New Roman" w:cs="Times New Roman"/>
                <w:sz w:val="28"/>
                <w:szCs w:val="28"/>
              </w:rPr>
              <w:t>ẻ</w:t>
            </w:r>
          </w:p>
        </w:tc>
        <w:tc>
          <w:tcPr>
            <w:tcW w:w="576" w:type="dxa"/>
          </w:tcPr>
          <w:p w:rsidR="007330B2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BF3">
              <w:rPr>
                <w:rFonts w:ascii="Times New Roman" w:hAnsi="Times New Roman" w:cs="Times New Roman"/>
                <w:sz w:val="28"/>
                <w:szCs w:val="28"/>
              </w:rPr>
              <w:t>Ngày sinh</w:t>
            </w:r>
          </w:p>
        </w:tc>
        <w:tc>
          <w:tcPr>
            <w:tcW w:w="576" w:type="dxa"/>
          </w:tcPr>
          <w:p w:rsidR="007330B2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BF3">
              <w:rPr>
                <w:rFonts w:ascii="Times New Roman" w:hAnsi="Times New Roman" w:cs="Times New Roman"/>
                <w:sz w:val="28"/>
                <w:szCs w:val="28"/>
              </w:rPr>
              <w:t>Gi</w:t>
            </w:r>
            <w:r w:rsidRPr="005A0BF3">
              <w:rPr>
                <w:rFonts w:ascii="Times New Roman" w:hAnsi="Times New Roman" w:cs="Times New Roman"/>
                <w:sz w:val="28"/>
                <w:szCs w:val="28"/>
              </w:rPr>
              <w:t>ớ</w:t>
            </w:r>
            <w:r w:rsidRPr="005A0BF3">
              <w:rPr>
                <w:rFonts w:ascii="Times New Roman" w:hAnsi="Times New Roman" w:cs="Times New Roman"/>
                <w:sz w:val="28"/>
                <w:szCs w:val="28"/>
              </w:rPr>
              <w:t>i tính</w:t>
            </w:r>
          </w:p>
        </w:tc>
        <w:tc>
          <w:tcPr>
            <w:tcW w:w="576" w:type="dxa"/>
          </w:tcPr>
          <w:p w:rsidR="007330B2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BF3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576" w:type="dxa"/>
          </w:tcPr>
          <w:p w:rsidR="007330B2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BF3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576" w:type="dxa"/>
          </w:tcPr>
          <w:p w:rsidR="007330B2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BF3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576" w:type="dxa"/>
          </w:tcPr>
          <w:p w:rsidR="007330B2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BF3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576" w:type="dxa"/>
          </w:tcPr>
          <w:p w:rsidR="007330B2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BF3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576" w:type="dxa"/>
          </w:tcPr>
          <w:p w:rsidR="007330B2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BF3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576" w:type="dxa"/>
          </w:tcPr>
          <w:p w:rsidR="007330B2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BF3">
              <w:rPr>
                <w:rFonts w:ascii="Times New Roman" w:hAnsi="Times New Roman" w:cs="Times New Roman"/>
                <w:sz w:val="28"/>
                <w:szCs w:val="28"/>
              </w:rPr>
              <w:t>07</w:t>
            </w:r>
          </w:p>
        </w:tc>
        <w:tc>
          <w:tcPr>
            <w:tcW w:w="576" w:type="dxa"/>
          </w:tcPr>
          <w:p w:rsidR="007330B2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BF3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</w:p>
        </w:tc>
        <w:tc>
          <w:tcPr>
            <w:tcW w:w="576" w:type="dxa"/>
          </w:tcPr>
          <w:p w:rsidR="007330B2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BF3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76" w:type="dxa"/>
          </w:tcPr>
          <w:p w:rsidR="007330B2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BF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76" w:type="dxa"/>
          </w:tcPr>
          <w:p w:rsidR="007330B2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BF3">
              <w:rPr>
                <w:rFonts w:ascii="Times New Roman" w:hAnsi="Times New Roman" w:cs="Times New Roman"/>
                <w:sz w:val="28"/>
                <w:szCs w:val="28"/>
              </w:rPr>
              <w:t>… (ti</w:t>
            </w:r>
            <w:r w:rsidRPr="005A0BF3">
              <w:rPr>
                <w:rFonts w:ascii="Times New Roman" w:hAnsi="Times New Roman" w:cs="Times New Roman"/>
                <w:sz w:val="28"/>
                <w:szCs w:val="28"/>
              </w:rPr>
              <w:t>ế</w:t>
            </w:r>
            <w:r w:rsidRPr="005A0BF3">
              <w:rPr>
                <w:rFonts w:ascii="Times New Roman" w:hAnsi="Times New Roman" w:cs="Times New Roman"/>
                <w:sz w:val="28"/>
                <w:szCs w:val="28"/>
              </w:rPr>
              <w:t>p t</w:t>
            </w:r>
            <w:r w:rsidRPr="005A0BF3">
              <w:rPr>
                <w:rFonts w:ascii="Times New Roman" w:hAnsi="Times New Roman" w:cs="Times New Roman"/>
                <w:sz w:val="28"/>
                <w:szCs w:val="28"/>
              </w:rPr>
              <w:t>ụ</w:t>
            </w:r>
            <w:r w:rsidRPr="005A0BF3">
              <w:rPr>
                <w:rFonts w:ascii="Times New Roman" w:hAnsi="Times New Roman" w:cs="Times New Roman"/>
                <w:sz w:val="28"/>
                <w:szCs w:val="28"/>
              </w:rPr>
              <w:t>c đ</w:t>
            </w:r>
            <w:r w:rsidRPr="005A0BF3">
              <w:rPr>
                <w:rFonts w:ascii="Times New Roman" w:hAnsi="Times New Roman" w:cs="Times New Roman"/>
                <w:sz w:val="28"/>
                <w:szCs w:val="28"/>
              </w:rPr>
              <w:t>ế</w:t>
            </w:r>
            <w:r w:rsidRPr="005A0BF3">
              <w:rPr>
                <w:rFonts w:ascii="Times New Roman" w:hAnsi="Times New Roman" w:cs="Times New Roman"/>
                <w:sz w:val="28"/>
                <w:szCs w:val="28"/>
              </w:rPr>
              <w:t>n 30/31)</w:t>
            </w:r>
          </w:p>
        </w:tc>
      </w:tr>
      <w:tr w:rsidR="007330B2" w:rsidRPr="005A0BF3">
        <w:tc>
          <w:tcPr>
            <w:tcW w:w="576" w:type="dxa"/>
          </w:tcPr>
          <w:p w:rsidR="007330B2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B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30B2" w:rsidRPr="005A0BF3">
        <w:tc>
          <w:tcPr>
            <w:tcW w:w="576" w:type="dxa"/>
          </w:tcPr>
          <w:p w:rsidR="007330B2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B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30B2" w:rsidRPr="005A0BF3">
        <w:tc>
          <w:tcPr>
            <w:tcW w:w="576" w:type="dxa"/>
          </w:tcPr>
          <w:p w:rsidR="007330B2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BF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30B2" w:rsidRPr="005A0BF3">
        <w:tc>
          <w:tcPr>
            <w:tcW w:w="576" w:type="dxa"/>
          </w:tcPr>
          <w:p w:rsidR="007330B2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BF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30B2" w:rsidRPr="005A0BF3">
        <w:tc>
          <w:tcPr>
            <w:tcW w:w="576" w:type="dxa"/>
          </w:tcPr>
          <w:p w:rsidR="007330B2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BF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7330B2" w:rsidRPr="005A0BF3" w:rsidRDefault="00733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0BF3" w:rsidRPr="005A0BF3"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0BF3" w:rsidRPr="005A0BF3"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0BF3" w:rsidRPr="005A0BF3"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0BF3" w:rsidRPr="005A0BF3"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0BF3" w:rsidRPr="005A0BF3"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0BF3" w:rsidRPr="005A0BF3"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0BF3" w:rsidRPr="005A0BF3"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0BF3" w:rsidRPr="005A0BF3"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0BF3" w:rsidRPr="005A0BF3"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0BF3" w:rsidRPr="005A0BF3">
        <w:tc>
          <w:tcPr>
            <w:tcW w:w="576" w:type="dxa"/>
          </w:tcPr>
          <w:p w:rsid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bookmarkStart w:id="0" w:name="_GoBack"/>
            <w:bookmarkEnd w:id="0"/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5A0BF3" w:rsidRPr="005A0BF3" w:rsidRDefault="005A0B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330B2" w:rsidRPr="005A0BF3" w:rsidRDefault="005A0BF3">
      <w:pPr>
        <w:rPr>
          <w:rFonts w:ascii="Times New Roman" w:hAnsi="Times New Roman" w:cs="Times New Roman"/>
          <w:sz w:val="28"/>
          <w:szCs w:val="28"/>
        </w:rPr>
      </w:pPr>
      <w:r w:rsidRPr="005A0BF3">
        <w:rPr>
          <w:rFonts w:ascii="Times New Roman" w:hAnsi="Times New Roman" w:cs="Times New Roman"/>
          <w:sz w:val="28"/>
          <w:szCs w:val="28"/>
        </w:rPr>
        <w:br/>
        <w:t>T</w:t>
      </w:r>
      <w:r w:rsidRPr="005A0BF3">
        <w:rPr>
          <w:rFonts w:ascii="Times New Roman" w:hAnsi="Times New Roman" w:cs="Times New Roman"/>
          <w:sz w:val="28"/>
          <w:szCs w:val="28"/>
        </w:rPr>
        <w:t>ổ</w:t>
      </w:r>
      <w:r w:rsidRPr="005A0BF3">
        <w:rPr>
          <w:rFonts w:ascii="Times New Roman" w:hAnsi="Times New Roman" w:cs="Times New Roman"/>
          <w:sz w:val="28"/>
          <w:szCs w:val="28"/>
        </w:rPr>
        <w:t>ng s</w:t>
      </w:r>
      <w:r w:rsidRPr="005A0BF3">
        <w:rPr>
          <w:rFonts w:ascii="Times New Roman" w:hAnsi="Times New Roman" w:cs="Times New Roman"/>
          <w:sz w:val="28"/>
          <w:szCs w:val="28"/>
        </w:rPr>
        <w:t>ố</w:t>
      </w:r>
      <w:r w:rsidRPr="005A0BF3">
        <w:rPr>
          <w:rFonts w:ascii="Times New Roman" w:hAnsi="Times New Roman" w:cs="Times New Roman"/>
          <w:sz w:val="28"/>
          <w:szCs w:val="28"/>
        </w:rPr>
        <w:t xml:space="preserve"> ngày đi h</w:t>
      </w:r>
      <w:r w:rsidRPr="005A0BF3">
        <w:rPr>
          <w:rFonts w:ascii="Times New Roman" w:hAnsi="Times New Roman" w:cs="Times New Roman"/>
          <w:sz w:val="28"/>
          <w:szCs w:val="28"/>
        </w:rPr>
        <w:t>ọ</w:t>
      </w:r>
      <w:r w:rsidRPr="005A0BF3">
        <w:rPr>
          <w:rFonts w:ascii="Times New Roman" w:hAnsi="Times New Roman" w:cs="Times New Roman"/>
          <w:sz w:val="28"/>
          <w:szCs w:val="28"/>
        </w:rPr>
        <w:t>c: ……………………………</w:t>
      </w:r>
    </w:p>
    <w:p w:rsidR="007330B2" w:rsidRPr="005A0BF3" w:rsidRDefault="005A0BF3">
      <w:pPr>
        <w:rPr>
          <w:rFonts w:ascii="Times New Roman" w:hAnsi="Times New Roman" w:cs="Times New Roman"/>
          <w:sz w:val="28"/>
          <w:szCs w:val="28"/>
        </w:rPr>
      </w:pPr>
      <w:r w:rsidRPr="005A0BF3">
        <w:rPr>
          <w:rFonts w:ascii="Times New Roman" w:hAnsi="Times New Roman" w:cs="Times New Roman"/>
          <w:sz w:val="28"/>
          <w:szCs w:val="28"/>
        </w:rPr>
        <w:t>Ngh</w:t>
      </w:r>
      <w:r w:rsidRPr="005A0BF3">
        <w:rPr>
          <w:rFonts w:ascii="Times New Roman" w:hAnsi="Times New Roman" w:cs="Times New Roman"/>
          <w:sz w:val="28"/>
          <w:szCs w:val="28"/>
        </w:rPr>
        <w:t>ỉ</w:t>
      </w:r>
      <w:r w:rsidRPr="005A0BF3">
        <w:rPr>
          <w:rFonts w:ascii="Times New Roman" w:hAnsi="Times New Roman" w:cs="Times New Roman"/>
          <w:sz w:val="28"/>
          <w:szCs w:val="28"/>
        </w:rPr>
        <w:t xml:space="preserve"> có phép: ………………………………………</w:t>
      </w:r>
    </w:p>
    <w:p w:rsidR="007330B2" w:rsidRPr="005A0BF3" w:rsidRDefault="005A0BF3">
      <w:pPr>
        <w:rPr>
          <w:rFonts w:ascii="Times New Roman" w:hAnsi="Times New Roman" w:cs="Times New Roman"/>
          <w:sz w:val="28"/>
          <w:szCs w:val="28"/>
        </w:rPr>
      </w:pPr>
      <w:r w:rsidRPr="005A0BF3">
        <w:rPr>
          <w:rFonts w:ascii="Times New Roman" w:hAnsi="Times New Roman" w:cs="Times New Roman"/>
          <w:sz w:val="28"/>
          <w:szCs w:val="28"/>
        </w:rPr>
        <w:t>Ngh</w:t>
      </w:r>
      <w:r w:rsidRPr="005A0BF3">
        <w:rPr>
          <w:rFonts w:ascii="Times New Roman" w:hAnsi="Times New Roman" w:cs="Times New Roman"/>
          <w:sz w:val="28"/>
          <w:szCs w:val="28"/>
        </w:rPr>
        <w:t>ỉ</w:t>
      </w:r>
      <w:r w:rsidRPr="005A0BF3">
        <w:rPr>
          <w:rFonts w:ascii="Times New Roman" w:hAnsi="Times New Roman" w:cs="Times New Roman"/>
          <w:sz w:val="28"/>
          <w:szCs w:val="28"/>
        </w:rPr>
        <w:t xml:space="preserve"> không phép: …………………………………</w:t>
      </w:r>
    </w:p>
    <w:p w:rsidR="007330B2" w:rsidRPr="005A0BF3" w:rsidRDefault="005A0BF3">
      <w:pPr>
        <w:rPr>
          <w:rFonts w:ascii="Times New Roman" w:hAnsi="Times New Roman" w:cs="Times New Roman"/>
          <w:sz w:val="28"/>
          <w:szCs w:val="28"/>
        </w:rPr>
      </w:pPr>
      <w:r w:rsidRPr="005A0BF3">
        <w:rPr>
          <w:rFonts w:ascii="Times New Roman" w:hAnsi="Times New Roman" w:cs="Times New Roman"/>
          <w:sz w:val="28"/>
          <w:szCs w:val="28"/>
        </w:rPr>
        <w:t>Ghi chú: ………………………………………………</w:t>
      </w:r>
    </w:p>
    <w:sectPr w:rsidR="007330B2" w:rsidRPr="005A0BF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A0BF3"/>
    <w:rsid w:val="007330B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E80D368A-B62F-4A93-9E43-200F06113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EAF5B80-4553-4B7A-AC42-7BA898841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2025-09-18T03:52:00Z</dcterms:created>
  <dcterms:modified xsi:type="dcterms:W3CDTF">2025-09-18T03:52:00Z</dcterms:modified>
  <cp:category/>
</cp:coreProperties>
</file>