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E86" w:rsidRPr="00366485" w:rsidRDefault="00366485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664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CÔNG TY …………………</w:t>
      </w:r>
    </w:p>
    <w:p w:rsidR="00AB4E86" w:rsidRPr="00366485" w:rsidRDefault="00366485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664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</w:t>
      </w:r>
      <w:r w:rsidRPr="003664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ố</w:t>
      </w:r>
      <w:r w:rsidRPr="003664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 ………/TT-…</w:t>
      </w:r>
    </w:p>
    <w:p w:rsidR="00AB4E86" w:rsidRPr="00366485" w:rsidRDefault="00366485" w:rsidP="00366485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664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</w:r>
      <w:r w:rsidRPr="00366485">
        <w:rPr>
          <w:rFonts w:ascii="Times New Roman" w:eastAsiaTheme="majorEastAsia" w:hAnsi="Times New Roman" w:cs="Times New Roman"/>
          <w:b/>
          <w:color w:val="000000" w:themeColor="text1"/>
          <w:spacing w:val="5"/>
          <w:kern w:val="28"/>
          <w:sz w:val="28"/>
          <w:szCs w:val="28"/>
        </w:rPr>
        <w:t>TỜ TRÌNH</w:t>
      </w:r>
    </w:p>
    <w:p w:rsidR="00AB4E86" w:rsidRPr="00366485" w:rsidRDefault="00366485" w:rsidP="00366485">
      <w:pPr>
        <w:pStyle w:val="Subtitle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664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V/v xin phê duy</w:t>
      </w:r>
      <w:r w:rsidRPr="003664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ệ</w:t>
      </w:r>
      <w:r w:rsidRPr="003664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 kinh phí t</w:t>
      </w:r>
      <w:r w:rsidRPr="003664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ổ</w:t>
      </w:r>
      <w:r w:rsidRPr="003664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ch</w:t>
      </w:r>
      <w:r w:rsidRPr="003664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ứ</w:t>
      </w:r>
      <w:r w:rsidRPr="003664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 T</w:t>
      </w:r>
      <w:r w:rsidRPr="003664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ế</w:t>
      </w:r>
      <w:r w:rsidRPr="003664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 Trung Thu năm 2025</w:t>
      </w:r>
    </w:p>
    <w:p w:rsidR="00AB4E86" w:rsidRPr="00366485" w:rsidRDefault="0036648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br/>
        <w:t>Kính g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ử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i: Ban Giám đ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c Công ty …………………</w:t>
      </w:r>
    </w:p>
    <w:p w:rsidR="00AB4E86" w:rsidRPr="00366485" w:rsidRDefault="0036648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br/>
        <w:t>Căn c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AB4E86" w:rsidRPr="00366485" w:rsidRDefault="0036648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- K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ho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ch ho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t đ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ng phong trào năm 2025 c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a Công ty;</w:t>
      </w:r>
    </w:p>
    <w:p w:rsidR="00AB4E86" w:rsidRPr="00366485" w:rsidRDefault="0036648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- Nhu c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ầ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u t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ổ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c T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t Trung Thu cho con em cán b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nhân viên trong Công ty.</w:t>
      </w:r>
    </w:p>
    <w:p w:rsidR="00AB4E86" w:rsidRPr="00366485" w:rsidRDefault="0036648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br/>
        <w:t>N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i dung:</w:t>
      </w:r>
    </w:p>
    <w:p w:rsidR="00AB4E86" w:rsidRPr="00366485" w:rsidRDefault="0036648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Nh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ằ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m t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o không khí vui tươi, g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ắ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n k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t t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p th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, đ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ng th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i th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hi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n s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quan tâm c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a Ban Lãnh đ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o Công ty đ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n đ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i s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ng tinh th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ầ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n c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a cán b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, nhân viên, Phòng/ Ban ……… d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ki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n t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ổ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c chương trình “Đêm h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i trăng r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ằ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m 2025” v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ớ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các n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i dung chính:</w:t>
      </w:r>
    </w:p>
    <w:p w:rsidR="00AB4E86" w:rsidRPr="00366485" w:rsidRDefault="0036648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- Văn ngh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, trò chơi dân gian, rư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ớ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c đèn, phá c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ỗ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B4E86" w:rsidRPr="00366485" w:rsidRDefault="0036648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- T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ặ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ng quà, phát bánh trung thu cho các cháu thi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u nhi;</w:t>
      </w:r>
    </w:p>
    <w:p w:rsidR="00AB4E86" w:rsidRPr="00366485" w:rsidRDefault="0036648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- M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t s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ho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t đ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ng giao lưu t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p th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B4E86" w:rsidRPr="00366485" w:rsidRDefault="0036648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br/>
        <w:t>Th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i gian t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ổ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c: ………, ngày … tháng … năm 2025</w:t>
      </w:r>
    </w:p>
    <w:p w:rsidR="00AB4E86" w:rsidRPr="00366485" w:rsidRDefault="0036648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Đ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a đi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m: ……………………………………………</w:t>
      </w:r>
    </w:p>
    <w:p w:rsidR="00AB4E86" w:rsidRPr="00366485" w:rsidRDefault="0036648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Kinh phí d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trù: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……………………… đ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ng (chi ti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t t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i Ph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l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c kèm theo).</w:t>
      </w:r>
    </w:p>
    <w:p w:rsidR="00AB4E86" w:rsidRPr="00366485" w:rsidRDefault="0036648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br/>
        <w:t>Kính đ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ngh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Ban Giám đ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c xem xét, phê duy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t và c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p kinh phí đ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chương trình đư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c tri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n khai đúng ti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n đ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, t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o sân chơi b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ổ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ích và ý nghĩa cho các cháu thi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u nhi.</w:t>
      </w:r>
    </w:p>
    <w:p w:rsidR="00AB4E86" w:rsidRPr="00366485" w:rsidRDefault="0036648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Xin trân tr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ng c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t>m ơn!</w:t>
      </w:r>
    </w:p>
    <w:p w:rsidR="00AB4E86" w:rsidRPr="00366485" w:rsidRDefault="00366485" w:rsidP="00366485">
      <w:pPr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36648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36648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………, ngày … tháng … </w:t>
      </w:r>
      <w:r w:rsidRPr="0036648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năm 2025</w:t>
      </w:r>
    </w:p>
    <w:p w:rsidR="00AB4E86" w:rsidRPr="00366485" w:rsidRDefault="00366485" w:rsidP="00366485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664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Ngư</w:t>
      </w:r>
      <w:r w:rsidRPr="003664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ờ</w:t>
      </w:r>
      <w:r w:rsidRPr="003664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i l</w:t>
      </w:r>
      <w:r w:rsidRPr="003664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ậ</w:t>
      </w:r>
      <w:r w:rsidRPr="003664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 t</w:t>
      </w:r>
      <w:r w:rsidRPr="003664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ờ</w:t>
      </w:r>
      <w:r w:rsidRPr="003664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trình</w:t>
      </w:r>
    </w:p>
    <w:p w:rsidR="00AB4E86" w:rsidRPr="00366485" w:rsidRDefault="00366485" w:rsidP="00366485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664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(Ký, ghi rõ h</w:t>
      </w:r>
      <w:r w:rsidRPr="003664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ọ</w:t>
      </w:r>
      <w:r w:rsidRPr="003664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tên)</w:t>
      </w:r>
    </w:p>
    <w:p w:rsidR="00AB4E86" w:rsidRPr="00366485" w:rsidRDefault="00366485" w:rsidP="00366485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664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DUY</w:t>
      </w:r>
      <w:r w:rsidRPr="003664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Ệ</w:t>
      </w:r>
      <w:r w:rsidRPr="003664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 C</w:t>
      </w:r>
      <w:r w:rsidRPr="003664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Ủ</w:t>
      </w:r>
      <w:r w:rsidRPr="003664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A BAN GIÁM Đ</w:t>
      </w:r>
      <w:r w:rsidRPr="003664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Ố</w:t>
      </w:r>
      <w:r w:rsidRPr="003664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</w:t>
      </w:r>
    </w:p>
    <w:p w:rsidR="00AB4E86" w:rsidRPr="00366485" w:rsidRDefault="00366485" w:rsidP="00366485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664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(Ký, ghi rõ h</w:t>
      </w:r>
      <w:r w:rsidRPr="003664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ọ</w:t>
      </w:r>
      <w:r w:rsidRPr="003664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tên, đóng d</w:t>
      </w:r>
      <w:r w:rsidRPr="003664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ấ</w:t>
      </w:r>
      <w:r w:rsidRPr="003664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u)</w:t>
      </w:r>
    </w:p>
    <w:sectPr w:rsidR="00AB4E86" w:rsidRPr="0036648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66485"/>
    <w:rsid w:val="00AA1D8D"/>
    <w:rsid w:val="00AB4E86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97CA3291-6FFB-44B1-AD49-C5BBD512A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DDF7216-FE06-4029-B873-9182FA711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1119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2025-09-17T03:26:00Z</dcterms:created>
  <dcterms:modified xsi:type="dcterms:W3CDTF">2025-09-17T03:26:00Z</dcterms:modified>
  <cp:category/>
</cp:coreProperties>
</file>