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73FA" w:rsidRPr="00F73BBE" w:rsidRDefault="00F73BBE">
      <w:pPr>
        <w:pStyle w:val="Heading1"/>
        <w:jc w:val="center"/>
        <w:rPr>
          <w:rFonts w:ascii="Times New Roman" w:hAnsi="Times New Roman" w:cs="Times New Roman"/>
          <w:color w:val="000000" w:themeColor="text1"/>
        </w:rPr>
      </w:pPr>
      <w:r w:rsidRPr="00F73BBE">
        <w:rPr>
          <w:rFonts w:ascii="Times New Roman" w:hAnsi="Times New Roman" w:cs="Times New Roman"/>
          <w:color w:val="000000" w:themeColor="text1"/>
        </w:rPr>
        <w:t>C</w:t>
      </w:r>
      <w:r w:rsidRPr="00F73BBE">
        <w:rPr>
          <w:rFonts w:ascii="Times New Roman" w:hAnsi="Times New Roman" w:cs="Times New Roman"/>
          <w:color w:val="000000" w:themeColor="text1"/>
        </w:rPr>
        <w:t>Ộ</w:t>
      </w:r>
      <w:r w:rsidRPr="00F73BBE">
        <w:rPr>
          <w:rFonts w:ascii="Times New Roman" w:hAnsi="Times New Roman" w:cs="Times New Roman"/>
          <w:color w:val="000000" w:themeColor="text1"/>
        </w:rPr>
        <w:t>NG HÒA XÃ H</w:t>
      </w:r>
      <w:r w:rsidRPr="00F73BBE">
        <w:rPr>
          <w:rFonts w:ascii="Times New Roman" w:hAnsi="Times New Roman" w:cs="Times New Roman"/>
          <w:color w:val="000000" w:themeColor="text1"/>
        </w:rPr>
        <w:t>Ộ</w:t>
      </w:r>
      <w:r w:rsidRPr="00F73BBE">
        <w:rPr>
          <w:rFonts w:ascii="Times New Roman" w:hAnsi="Times New Roman" w:cs="Times New Roman"/>
          <w:color w:val="000000" w:themeColor="text1"/>
        </w:rPr>
        <w:t>I CH</w:t>
      </w:r>
      <w:r w:rsidRPr="00F73BBE">
        <w:rPr>
          <w:rFonts w:ascii="Times New Roman" w:hAnsi="Times New Roman" w:cs="Times New Roman"/>
          <w:color w:val="000000" w:themeColor="text1"/>
        </w:rPr>
        <w:t>Ủ</w:t>
      </w:r>
      <w:r w:rsidRPr="00F73BBE">
        <w:rPr>
          <w:rFonts w:ascii="Times New Roman" w:hAnsi="Times New Roman" w:cs="Times New Roman"/>
          <w:color w:val="000000" w:themeColor="text1"/>
        </w:rPr>
        <w:t xml:space="preserve"> NGHĨA VI</w:t>
      </w:r>
      <w:r w:rsidRPr="00F73BBE">
        <w:rPr>
          <w:rFonts w:ascii="Times New Roman" w:hAnsi="Times New Roman" w:cs="Times New Roman"/>
          <w:color w:val="000000" w:themeColor="text1"/>
        </w:rPr>
        <w:t>Ệ</w:t>
      </w:r>
      <w:r w:rsidRPr="00F73BBE">
        <w:rPr>
          <w:rFonts w:ascii="Times New Roman" w:hAnsi="Times New Roman" w:cs="Times New Roman"/>
          <w:color w:val="000000" w:themeColor="text1"/>
        </w:rPr>
        <w:t>T NAM</w:t>
      </w:r>
    </w:p>
    <w:p w:rsidR="000573FA" w:rsidRPr="00F73BBE" w:rsidRDefault="00F73BBE">
      <w:pPr>
        <w:pStyle w:val="Heading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Đ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c l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p - T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do - H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nh phúc</w:t>
      </w:r>
    </w:p>
    <w:p w:rsidR="000573FA" w:rsidRPr="00F73BBE" w:rsidRDefault="00F73BBE" w:rsidP="00F73BBE">
      <w:pPr>
        <w:pStyle w:val="Heading1"/>
        <w:jc w:val="center"/>
        <w:rPr>
          <w:rFonts w:ascii="Times New Roman" w:hAnsi="Times New Roman" w:cs="Times New Roman"/>
          <w:color w:val="000000" w:themeColor="text1"/>
        </w:rPr>
      </w:pPr>
      <w:r w:rsidRPr="00F73BBE">
        <w:rPr>
          <w:rFonts w:ascii="Times New Roman" w:hAnsi="Times New Roman" w:cs="Times New Roman"/>
          <w:color w:val="000000" w:themeColor="text1"/>
        </w:rPr>
        <w:br/>
        <w:t>T</w:t>
      </w:r>
      <w:r w:rsidRPr="00F73BBE">
        <w:rPr>
          <w:rFonts w:ascii="Times New Roman" w:hAnsi="Times New Roman" w:cs="Times New Roman"/>
          <w:color w:val="000000" w:themeColor="text1"/>
        </w:rPr>
        <w:t>Ờ</w:t>
      </w:r>
      <w:r w:rsidRPr="00F73BBE">
        <w:rPr>
          <w:rFonts w:ascii="Times New Roman" w:hAnsi="Times New Roman" w:cs="Times New Roman"/>
          <w:color w:val="000000" w:themeColor="text1"/>
        </w:rPr>
        <w:t xml:space="preserve"> TRÌNH</w:t>
      </w:r>
    </w:p>
    <w:p w:rsidR="000573FA" w:rsidRPr="00F73BBE" w:rsidRDefault="00F73BBE" w:rsidP="00F73BBE">
      <w:pPr>
        <w:pStyle w:val="Heading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V/v xin kinh phí t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ổ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c chương trình “Vui T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t Trung Thu” năm …</w:t>
      </w:r>
    </w:p>
    <w:p w:rsidR="000573FA" w:rsidRPr="00F73BBE" w:rsidRDefault="00F73BB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br/>
        <w:t>Kính g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ử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i: Ban Qu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n lý … / 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y ban nhân dân phư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ng (xã) …</w:t>
      </w:r>
    </w:p>
    <w:p w:rsidR="000573FA" w:rsidRPr="00F73BBE" w:rsidRDefault="00F73BB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Căn c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vào k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ho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ch t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ổ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c các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ho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t đ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ng chăm lo cho thi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u nhi nhân d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p T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t Trung Thu năm …, Ban t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ổ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c chương trình “Vui T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t Trung Thu” t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i … (t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ổ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dân ph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/khu dân cư/chung cư …) xin trình bày:</w:t>
      </w:r>
    </w:p>
    <w:p w:rsidR="000573FA" w:rsidRPr="00F73BBE" w:rsidRDefault="00F73BB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br/>
        <w:t>1. M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c đích, ý nghĩa:</w:t>
      </w:r>
    </w:p>
    <w:p w:rsidR="000573FA" w:rsidRPr="00F73BBE" w:rsidRDefault="00F73BB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- T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o sân chơi lành m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nh, b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ổ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ích cho các cháu thi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u niên, nhi đ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ng.</w:t>
      </w:r>
    </w:p>
    <w:p w:rsidR="000573FA" w:rsidRPr="00F73BBE" w:rsidRDefault="00F73BB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Góp ph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ầ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n gi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ữ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gìn nét đ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ẹ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p truy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n th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ng, tăng tình đoàn k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t trong c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ng đ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ng dân cư.</w:t>
      </w:r>
    </w:p>
    <w:p w:rsidR="000573FA" w:rsidRPr="00F73BBE" w:rsidRDefault="00F73BB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br/>
        <w:t>2. Th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i gian, đ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a đi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m:</w:t>
      </w:r>
    </w:p>
    <w:p w:rsidR="000573FA" w:rsidRPr="00F73BBE" w:rsidRDefault="00F73BB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- Th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i gian: … gi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…, ngày … tháng … năm …</w:t>
      </w:r>
    </w:p>
    <w:p w:rsidR="000573FA" w:rsidRPr="00F73BBE" w:rsidRDefault="00F73BB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- Đ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a đi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m: … (sân chung cư/nhà văn hóa/t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ổ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dân ph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0573FA" w:rsidRPr="00F73BBE" w:rsidRDefault="00F73BB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br/>
        <w:t>3. N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i dung chương trình:</w:t>
      </w:r>
    </w:p>
    <w:p w:rsidR="000573FA" w:rsidRPr="00F73BBE" w:rsidRDefault="00F73BB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- Văn ngh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múa lân, trò 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chơi t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p th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573FA" w:rsidRPr="00F73BBE" w:rsidRDefault="00F73BB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- T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ặ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ng quà, phát bánh k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ẹ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o cho các cháu thi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u nhi.</w:t>
      </w:r>
    </w:p>
    <w:p w:rsidR="000573FA" w:rsidRPr="00F73BBE" w:rsidRDefault="00F73BB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- Giao lưu g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ắ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n k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t gi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ữ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a các h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dân cư.</w:t>
      </w:r>
    </w:p>
    <w:p w:rsidR="000573FA" w:rsidRPr="00F73BBE" w:rsidRDefault="00F73BB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br/>
        <w:t>4. Kinh phí d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trù:</w:t>
      </w:r>
    </w:p>
    <w:p w:rsidR="000573FA" w:rsidRPr="00F73BBE" w:rsidRDefault="00F73BB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- Trang trí sân kh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u, âm thanh, ánh sáng: … đ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ng</w:t>
      </w:r>
    </w:p>
    <w:p w:rsidR="000573FA" w:rsidRPr="00F73BBE" w:rsidRDefault="00F73BB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- Thuê múa lân, ho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t náo: … đ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ng</w:t>
      </w:r>
    </w:p>
    <w:p w:rsidR="000573FA" w:rsidRPr="00F73BBE" w:rsidRDefault="00F73BB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- Quà t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ặ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ng (bánh k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ẹ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o, l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ng đèn): … đ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ng</w:t>
      </w:r>
    </w:p>
    <w:p w:rsidR="000573FA" w:rsidRPr="00F73BBE" w:rsidRDefault="00F73BB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- Nư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ớ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c u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n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g, chi phí khác: … đ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ng</w:t>
      </w:r>
    </w:p>
    <w:p w:rsidR="000573FA" w:rsidRPr="00F73BBE" w:rsidRDefault="00F73BB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T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ổ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ng c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ng: … đ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ng</w:t>
      </w:r>
      <w:bookmarkStart w:id="0" w:name="_GoBack"/>
      <w:bookmarkEnd w:id="0"/>
    </w:p>
    <w:p w:rsidR="000573FA" w:rsidRPr="00F73BBE" w:rsidRDefault="00F73BB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br/>
        <w:t>5. Kính đ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ngh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0573FA" w:rsidRPr="00F73BBE" w:rsidRDefault="00F73BB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Ban Qu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n lý/UBND phư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ng (xã) xem xét, h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ỗ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tr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và c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p kinh phí đ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Ban t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ổ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c tri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n khai chương trình thành công.</w:t>
      </w:r>
    </w:p>
    <w:p w:rsidR="000573FA" w:rsidRPr="00F73BBE" w:rsidRDefault="00F73BB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R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t mong nh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n đư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c s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quan tâm, h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ỗ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tr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. Xin trân tr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ng c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t>m ơn!</w:t>
      </w:r>
    </w:p>
    <w:p w:rsidR="000573FA" w:rsidRPr="00F73BBE" w:rsidRDefault="00F73BBE">
      <w:pPr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F73BBE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F73BBE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…, ngày … tháng … nă</w:t>
      </w:r>
      <w:r w:rsidRPr="00F73BBE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m …</w:t>
      </w:r>
    </w:p>
    <w:p w:rsidR="000573FA" w:rsidRPr="00F73BBE" w:rsidRDefault="00F73BBE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73BB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TM. BAN T</w:t>
      </w:r>
      <w:r w:rsidRPr="00F73BB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Ổ</w:t>
      </w:r>
      <w:r w:rsidRPr="00F73BB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CH</w:t>
      </w:r>
      <w:r w:rsidRPr="00F73BB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Ứ</w:t>
      </w:r>
      <w:r w:rsidRPr="00F73BB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</w:t>
      </w:r>
    </w:p>
    <w:p w:rsidR="000573FA" w:rsidRPr="00F73BBE" w:rsidRDefault="00F73BBE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73BB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(Ký, ghi rõ h</w:t>
      </w:r>
      <w:r w:rsidRPr="00F73BB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ọ</w:t>
      </w:r>
      <w:r w:rsidRPr="00F73BB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tên)</w:t>
      </w:r>
    </w:p>
    <w:sectPr w:rsidR="000573FA" w:rsidRPr="00F73BB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573FA"/>
    <w:rsid w:val="0006063C"/>
    <w:rsid w:val="0015074B"/>
    <w:rsid w:val="0029639D"/>
    <w:rsid w:val="00326F90"/>
    <w:rsid w:val="00AA1D8D"/>
    <w:rsid w:val="00B47730"/>
    <w:rsid w:val="00CB0664"/>
    <w:rsid w:val="00F73BB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B4B7AD28-F7F3-47B4-9884-25791731E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F0FA69A-7054-4B05-8548-03D642D59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192</Words>
  <Characters>1097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>CỘNG HÒA XÃ HỘI CHỦ NGHĨA VIỆT NAM</vt:lpstr>
      <vt:lpstr>    Độc lập - Tự do - Hạnh phúc</vt:lpstr>
      <vt:lpstr>TỜ TRÌNH</vt:lpstr>
      <vt:lpstr>    V/v xin kinh phí tổ chức chương trình “Vui Tết Trung Thu” năm …</vt:lpstr>
    </vt:vector>
  </TitlesOfParts>
  <Manager/>
  <Company/>
  <LinksUpToDate>false</LinksUpToDate>
  <CharactersWithSpaces>1287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2025-09-18T02:07:00Z</dcterms:created>
  <dcterms:modified xsi:type="dcterms:W3CDTF">2025-09-18T02:07:00Z</dcterms:modified>
  <cp:category/>
</cp:coreProperties>
</file>