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CC2" w:rsidRPr="00186034" w:rsidRDefault="0018603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034">
        <w:rPr>
          <w:rFonts w:ascii="Times New Roman" w:hAnsi="Times New Roman" w:cs="Times New Roman"/>
          <w:b/>
          <w:sz w:val="28"/>
          <w:szCs w:val="28"/>
        </w:rPr>
        <w:t>C</w:t>
      </w:r>
      <w:r w:rsidRPr="00186034">
        <w:rPr>
          <w:rFonts w:ascii="Times New Roman" w:hAnsi="Times New Roman" w:cs="Times New Roman"/>
          <w:b/>
          <w:sz w:val="28"/>
          <w:szCs w:val="28"/>
        </w:rPr>
        <w:t>Ộ</w:t>
      </w:r>
      <w:r w:rsidRPr="00186034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186034">
        <w:rPr>
          <w:rFonts w:ascii="Times New Roman" w:hAnsi="Times New Roman" w:cs="Times New Roman"/>
          <w:b/>
          <w:sz w:val="28"/>
          <w:szCs w:val="28"/>
        </w:rPr>
        <w:t>Ộ</w:t>
      </w:r>
      <w:r w:rsidRPr="00186034">
        <w:rPr>
          <w:rFonts w:ascii="Times New Roman" w:hAnsi="Times New Roman" w:cs="Times New Roman"/>
          <w:b/>
          <w:sz w:val="28"/>
          <w:szCs w:val="28"/>
        </w:rPr>
        <w:t>I CH</w:t>
      </w:r>
      <w:r w:rsidRPr="00186034">
        <w:rPr>
          <w:rFonts w:ascii="Times New Roman" w:hAnsi="Times New Roman" w:cs="Times New Roman"/>
          <w:b/>
          <w:sz w:val="28"/>
          <w:szCs w:val="28"/>
        </w:rPr>
        <w:t>Ủ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186034">
        <w:rPr>
          <w:rFonts w:ascii="Times New Roman" w:hAnsi="Times New Roman" w:cs="Times New Roman"/>
          <w:b/>
          <w:sz w:val="28"/>
          <w:szCs w:val="28"/>
        </w:rPr>
        <w:t>Ệ</w:t>
      </w:r>
      <w:r w:rsidRPr="00186034">
        <w:rPr>
          <w:rFonts w:ascii="Times New Roman" w:hAnsi="Times New Roman" w:cs="Times New Roman"/>
          <w:b/>
          <w:sz w:val="28"/>
          <w:szCs w:val="28"/>
        </w:rPr>
        <w:t>T NAM</w:t>
      </w:r>
    </w:p>
    <w:p w:rsidR="000A0CC2" w:rsidRPr="00186034" w:rsidRDefault="0018603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034">
        <w:rPr>
          <w:rFonts w:ascii="Times New Roman" w:hAnsi="Times New Roman" w:cs="Times New Roman"/>
          <w:b/>
          <w:sz w:val="28"/>
          <w:szCs w:val="28"/>
        </w:rPr>
        <w:t>Đ</w:t>
      </w:r>
      <w:r w:rsidRPr="00186034">
        <w:rPr>
          <w:rFonts w:ascii="Times New Roman" w:hAnsi="Times New Roman" w:cs="Times New Roman"/>
          <w:b/>
          <w:sz w:val="28"/>
          <w:szCs w:val="28"/>
        </w:rPr>
        <w:t>ộ</w:t>
      </w:r>
      <w:r w:rsidRPr="00186034">
        <w:rPr>
          <w:rFonts w:ascii="Times New Roman" w:hAnsi="Times New Roman" w:cs="Times New Roman"/>
          <w:b/>
          <w:sz w:val="28"/>
          <w:szCs w:val="28"/>
        </w:rPr>
        <w:t>c l</w:t>
      </w:r>
      <w:r w:rsidRPr="00186034">
        <w:rPr>
          <w:rFonts w:ascii="Times New Roman" w:hAnsi="Times New Roman" w:cs="Times New Roman"/>
          <w:b/>
          <w:sz w:val="28"/>
          <w:szCs w:val="28"/>
        </w:rPr>
        <w:t>ậ</w:t>
      </w:r>
      <w:r w:rsidRPr="00186034">
        <w:rPr>
          <w:rFonts w:ascii="Times New Roman" w:hAnsi="Times New Roman" w:cs="Times New Roman"/>
          <w:b/>
          <w:sz w:val="28"/>
          <w:szCs w:val="28"/>
        </w:rPr>
        <w:t>p - T</w:t>
      </w:r>
      <w:r w:rsidRPr="00186034">
        <w:rPr>
          <w:rFonts w:ascii="Times New Roman" w:hAnsi="Times New Roman" w:cs="Times New Roman"/>
          <w:b/>
          <w:sz w:val="28"/>
          <w:szCs w:val="28"/>
        </w:rPr>
        <w:t>ự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186034">
        <w:rPr>
          <w:rFonts w:ascii="Times New Roman" w:hAnsi="Times New Roman" w:cs="Times New Roman"/>
          <w:b/>
          <w:sz w:val="28"/>
          <w:szCs w:val="28"/>
        </w:rPr>
        <w:t>ạ</w:t>
      </w:r>
      <w:r w:rsidRPr="00186034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0A0CC2" w:rsidRPr="00186034" w:rsidRDefault="0018603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034">
        <w:rPr>
          <w:rFonts w:ascii="Times New Roman" w:hAnsi="Times New Roman" w:cs="Times New Roman"/>
          <w:b/>
          <w:sz w:val="28"/>
          <w:szCs w:val="28"/>
        </w:rPr>
        <w:t>GI</w:t>
      </w:r>
      <w:r w:rsidRPr="00186034">
        <w:rPr>
          <w:rFonts w:ascii="Times New Roman" w:hAnsi="Times New Roman" w:cs="Times New Roman"/>
          <w:b/>
          <w:sz w:val="28"/>
          <w:szCs w:val="28"/>
        </w:rPr>
        <w:t>Ấ</w:t>
      </w:r>
      <w:r w:rsidRPr="00186034">
        <w:rPr>
          <w:rFonts w:ascii="Times New Roman" w:hAnsi="Times New Roman" w:cs="Times New Roman"/>
          <w:b/>
          <w:sz w:val="28"/>
          <w:szCs w:val="28"/>
        </w:rPr>
        <w:t>Y CAM K</w:t>
      </w:r>
      <w:r w:rsidRPr="00186034">
        <w:rPr>
          <w:rFonts w:ascii="Times New Roman" w:hAnsi="Times New Roman" w:cs="Times New Roman"/>
          <w:b/>
          <w:sz w:val="28"/>
          <w:szCs w:val="28"/>
        </w:rPr>
        <w:t>Ế</w:t>
      </w:r>
      <w:r w:rsidRPr="00186034">
        <w:rPr>
          <w:rFonts w:ascii="Times New Roman" w:hAnsi="Times New Roman" w:cs="Times New Roman"/>
          <w:b/>
          <w:sz w:val="28"/>
          <w:szCs w:val="28"/>
        </w:rPr>
        <w:t>T</w:t>
      </w:r>
    </w:p>
    <w:p w:rsidR="000A0CC2" w:rsidRPr="00186034" w:rsidRDefault="0018603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034">
        <w:rPr>
          <w:rFonts w:ascii="Times New Roman" w:hAnsi="Times New Roman" w:cs="Times New Roman"/>
          <w:b/>
          <w:sz w:val="28"/>
          <w:szCs w:val="28"/>
        </w:rPr>
        <w:t>V</w:t>
      </w:r>
      <w:r w:rsidRPr="00186034">
        <w:rPr>
          <w:rFonts w:ascii="Times New Roman" w:hAnsi="Times New Roman" w:cs="Times New Roman"/>
          <w:b/>
          <w:sz w:val="28"/>
          <w:szCs w:val="28"/>
        </w:rPr>
        <w:t>ề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186034">
        <w:rPr>
          <w:rFonts w:ascii="Times New Roman" w:hAnsi="Times New Roman" w:cs="Times New Roman"/>
          <w:b/>
          <w:sz w:val="28"/>
          <w:szCs w:val="28"/>
        </w:rPr>
        <w:t>ệ</w:t>
      </w:r>
      <w:r w:rsidRPr="00186034">
        <w:rPr>
          <w:rFonts w:ascii="Times New Roman" w:hAnsi="Times New Roman" w:cs="Times New Roman"/>
          <w:b/>
          <w:sz w:val="28"/>
          <w:szCs w:val="28"/>
        </w:rPr>
        <w:t>c không có tranh ch</w:t>
      </w:r>
      <w:r w:rsidRPr="00186034">
        <w:rPr>
          <w:rFonts w:ascii="Times New Roman" w:hAnsi="Times New Roman" w:cs="Times New Roman"/>
          <w:b/>
          <w:sz w:val="28"/>
          <w:szCs w:val="28"/>
        </w:rPr>
        <w:t>ấ</w:t>
      </w:r>
      <w:r w:rsidRPr="00186034">
        <w:rPr>
          <w:rFonts w:ascii="Times New Roman" w:hAnsi="Times New Roman" w:cs="Times New Roman"/>
          <w:b/>
          <w:sz w:val="28"/>
          <w:szCs w:val="28"/>
        </w:rPr>
        <w:t>p đ</w:t>
      </w:r>
      <w:r w:rsidRPr="00186034">
        <w:rPr>
          <w:rFonts w:ascii="Times New Roman" w:hAnsi="Times New Roman" w:cs="Times New Roman"/>
          <w:b/>
          <w:sz w:val="28"/>
          <w:szCs w:val="28"/>
        </w:rPr>
        <w:t>ố</w:t>
      </w:r>
      <w:r w:rsidRPr="00186034">
        <w:rPr>
          <w:rFonts w:ascii="Times New Roman" w:hAnsi="Times New Roman" w:cs="Times New Roman"/>
          <w:b/>
          <w:sz w:val="28"/>
          <w:szCs w:val="28"/>
        </w:rPr>
        <w:t>i v</w:t>
      </w:r>
      <w:r w:rsidRPr="00186034">
        <w:rPr>
          <w:rFonts w:ascii="Times New Roman" w:hAnsi="Times New Roman" w:cs="Times New Roman"/>
          <w:b/>
          <w:sz w:val="28"/>
          <w:szCs w:val="28"/>
        </w:rPr>
        <w:t>ớ</w:t>
      </w:r>
      <w:r w:rsidRPr="00186034">
        <w:rPr>
          <w:rFonts w:ascii="Times New Roman" w:hAnsi="Times New Roman" w:cs="Times New Roman"/>
          <w:b/>
          <w:sz w:val="28"/>
          <w:szCs w:val="28"/>
        </w:rPr>
        <w:t>i tài s</w:t>
      </w:r>
      <w:r w:rsidRPr="00186034">
        <w:rPr>
          <w:rFonts w:ascii="Times New Roman" w:hAnsi="Times New Roman" w:cs="Times New Roman"/>
          <w:b/>
          <w:sz w:val="28"/>
          <w:szCs w:val="28"/>
        </w:rPr>
        <w:t>ả</w:t>
      </w:r>
      <w:r w:rsidRPr="00186034">
        <w:rPr>
          <w:rFonts w:ascii="Times New Roman" w:hAnsi="Times New Roman" w:cs="Times New Roman"/>
          <w:b/>
          <w:sz w:val="28"/>
          <w:szCs w:val="28"/>
        </w:rPr>
        <w:t>n chung v</w:t>
      </w:r>
      <w:r w:rsidRPr="00186034">
        <w:rPr>
          <w:rFonts w:ascii="Times New Roman" w:hAnsi="Times New Roman" w:cs="Times New Roman"/>
          <w:b/>
          <w:sz w:val="28"/>
          <w:szCs w:val="28"/>
        </w:rPr>
        <w:t>ợ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ch</w:t>
      </w:r>
      <w:r w:rsidRPr="00186034">
        <w:rPr>
          <w:rFonts w:ascii="Times New Roman" w:hAnsi="Times New Roman" w:cs="Times New Roman"/>
          <w:b/>
          <w:sz w:val="28"/>
          <w:szCs w:val="28"/>
        </w:rPr>
        <w:t>ồ</w:t>
      </w:r>
      <w:r w:rsidRPr="00186034">
        <w:rPr>
          <w:rFonts w:ascii="Times New Roman" w:hAnsi="Times New Roman" w:cs="Times New Roman"/>
          <w:b/>
          <w:sz w:val="28"/>
          <w:szCs w:val="28"/>
        </w:rPr>
        <w:t>ng</w:t>
      </w:r>
    </w:p>
    <w:p w:rsidR="000A0CC2" w:rsidRPr="00186034" w:rsidRDefault="000A0CC2">
      <w:pPr>
        <w:rPr>
          <w:rFonts w:ascii="Times New Roman" w:hAnsi="Times New Roman" w:cs="Times New Roman"/>
          <w:sz w:val="28"/>
          <w:szCs w:val="28"/>
        </w:rPr>
      </w:pPr>
    </w:p>
    <w:p w:rsidR="000A0CC2" w:rsidRPr="00186034" w:rsidRDefault="00186034" w:rsidP="00186034">
      <w:pPr>
        <w:rPr>
          <w:rFonts w:ascii="Times New Roman" w:hAnsi="Times New Roman" w:cs="Times New Roman"/>
          <w:sz w:val="28"/>
          <w:szCs w:val="28"/>
        </w:rPr>
      </w:pPr>
      <w:r w:rsidRPr="00186034">
        <w:rPr>
          <w:rFonts w:ascii="Times New Roman" w:hAnsi="Times New Roman" w:cs="Times New Roman"/>
          <w:sz w:val="28"/>
          <w:szCs w:val="28"/>
        </w:rPr>
        <w:t>Hôm nay, ngày … tháng … năm …, t</w:t>
      </w:r>
      <w:r w:rsidRPr="00186034">
        <w:rPr>
          <w:rFonts w:ascii="Times New Roman" w:hAnsi="Times New Roman" w:cs="Times New Roman"/>
          <w:sz w:val="28"/>
          <w:szCs w:val="28"/>
        </w:rPr>
        <w:t>ạ</w:t>
      </w:r>
      <w:r w:rsidRPr="00186034">
        <w:rPr>
          <w:rFonts w:ascii="Times New Roman" w:hAnsi="Times New Roman" w:cs="Times New Roman"/>
          <w:sz w:val="28"/>
          <w:szCs w:val="28"/>
        </w:rPr>
        <w:t>i …, chúng tôi g</w:t>
      </w:r>
      <w:r w:rsidRPr="00186034">
        <w:rPr>
          <w:rFonts w:ascii="Times New Roman" w:hAnsi="Times New Roman" w:cs="Times New Roman"/>
          <w:sz w:val="28"/>
          <w:szCs w:val="28"/>
        </w:rPr>
        <w:t>ồ</w:t>
      </w:r>
      <w:r w:rsidRPr="00186034">
        <w:rPr>
          <w:rFonts w:ascii="Times New Roman" w:hAnsi="Times New Roman" w:cs="Times New Roman"/>
          <w:sz w:val="28"/>
          <w:szCs w:val="28"/>
        </w:rPr>
        <w:t>m: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1. Ông: 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Pr="00186034">
        <w:rPr>
          <w:rFonts w:ascii="Times New Roman" w:hAnsi="Times New Roman" w:cs="Times New Roman"/>
          <w:sz w:val="28"/>
          <w:szCs w:val="28"/>
        </w:rPr>
        <w:br/>
        <w:t>Sinh năm: ……………………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  <w:t xml:space="preserve">CMND/CCCD </w:t>
      </w:r>
      <w:r w:rsidRPr="00186034">
        <w:rPr>
          <w:rFonts w:ascii="Times New Roman" w:hAnsi="Times New Roman" w:cs="Times New Roman"/>
          <w:sz w:val="28"/>
          <w:szCs w:val="28"/>
        </w:rPr>
        <w:t>s</w:t>
      </w:r>
      <w:r w:rsidRPr="00186034">
        <w:rPr>
          <w:rFonts w:ascii="Times New Roman" w:hAnsi="Times New Roman" w:cs="Times New Roman"/>
          <w:sz w:val="28"/>
          <w:szCs w:val="28"/>
        </w:rPr>
        <w:t>ố</w:t>
      </w:r>
      <w:r w:rsidRPr="00186034">
        <w:rPr>
          <w:rFonts w:ascii="Times New Roman" w:hAnsi="Times New Roman" w:cs="Times New Roman"/>
          <w:sz w:val="28"/>
          <w:szCs w:val="28"/>
        </w:rPr>
        <w:t>: ………………… C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 ngày: ……… nơi c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p: 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  <w:t>H</w:t>
      </w:r>
      <w:r w:rsidRPr="00186034">
        <w:rPr>
          <w:rFonts w:ascii="Times New Roman" w:hAnsi="Times New Roman" w:cs="Times New Roman"/>
          <w:sz w:val="28"/>
          <w:szCs w:val="28"/>
        </w:rPr>
        <w:t>ộ</w:t>
      </w:r>
      <w:r w:rsidRPr="00186034">
        <w:rPr>
          <w:rFonts w:ascii="Times New Roman" w:hAnsi="Times New Roman" w:cs="Times New Roman"/>
          <w:sz w:val="28"/>
          <w:szCs w:val="28"/>
        </w:rPr>
        <w:t xml:space="preserve"> kh</w:t>
      </w:r>
      <w:r w:rsidRPr="00186034">
        <w:rPr>
          <w:rFonts w:ascii="Times New Roman" w:hAnsi="Times New Roman" w:cs="Times New Roman"/>
          <w:sz w:val="28"/>
          <w:szCs w:val="28"/>
        </w:rPr>
        <w:t>ẩ</w:t>
      </w:r>
      <w:r w:rsidRPr="00186034">
        <w:rPr>
          <w:rFonts w:ascii="Times New Roman" w:hAnsi="Times New Roman" w:cs="Times New Roman"/>
          <w:sz w:val="28"/>
          <w:szCs w:val="28"/>
        </w:rPr>
        <w:t>u thư</w:t>
      </w:r>
      <w:r w:rsidRPr="00186034">
        <w:rPr>
          <w:rFonts w:ascii="Times New Roman" w:hAnsi="Times New Roman" w:cs="Times New Roman"/>
          <w:sz w:val="28"/>
          <w:szCs w:val="28"/>
        </w:rPr>
        <w:t>ờ</w:t>
      </w:r>
      <w:r w:rsidRPr="00186034">
        <w:rPr>
          <w:rFonts w:ascii="Times New Roman" w:hAnsi="Times New Roman" w:cs="Times New Roman"/>
          <w:sz w:val="28"/>
          <w:szCs w:val="28"/>
        </w:rPr>
        <w:t>ng trú: …………………………………………………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2. Bà: …………………………………………………………………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  <w:t>Sinh năm: ……………………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  <w:t>CMND/CCCD s</w:t>
      </w:r>
      <w:r w:rsidRPr="00186034">
        <w:rPr>
          <w:rFonts w:ascii="Times New Roman" w:hAnsi="Times New Roman" w:cs="Times New Roman"/>
          <w:sz w:val="28"/>
          <w:szCs w:val="28"/>
        </w:rPr>
        <w:t>ố</w:t>
      </w:r>
      <w:r w:rsidRPr="00186034">
        <w:rPr>
          <w:rFonts w:ascii="Times New Roman" w:hAnsi="Times New Roman" w:cs="Times New Roman"/>
          <w:sz w:val="28"/>
          <w:szCs w:val="28"/>
        </w:rPr>
        <w:t>: ………………… C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 ngày: ……… nơi c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p: 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  <w:t>H</w:t>
      </w:r>
      <w:r w:rsidRPr="00186034">
        <w:rPr>
          <w:rFonts w:ascii="Times New Roman" w:hAnsi="Times New Roman" w:cs="Times New Roman"/>
          <w:sz w:val="28"/>
          <w:szCs w:val="28"/>
        </w:rPr>
        <w:t>ộ</w:t>
      </w:r>
      <w:r w:rsidRPr="00186034">
        <w:rPr>
          <w:rFonts w:ascii="Times New Roman" w:hAnsi="Times New Roman" w:cs="Times New Roman"/>
          <w:sz w:val="28"/>
          <w:szCs w:val="28"/>
        </w:rPr>
        <w:t xml:space="preserve"> kh</w:t>
      </w:r>
      <w:r w:rsidRPr="00186034">
        <w:rPr>
          <w:rFonts w:ascii="Times New Roman" w:hAnsi="Times New Roman" w:cs="Times New Roman"/>
          <w:sz w:val="28"/>
          <w:szCs w:val="28"/>
        </w:rPr>
        <w:t>ẩ</w:t>
      </w:r>
      <w:r w:rsidRPr="00186034">
        <w:rPr>
          <w:rFonts w:ascii="Times New Roman" w:hAnsi="Times New Roman" w:cs="Times New Roman"/>
          <w:sz w:val="28"/>
          <w:szCs w:val="28"/>
        </w:rPr>
        <w:t>u thư</w:t>
      </w:r>
      <w:r w:rsidRPr="00186034">
        <w:rPr>
          <w:rFonts w:ascii="Times New Roman" w:hAnsi="Times New Roman" w:cs="Times New Roman"/>
          <w:sz w:val="28"/>
          <w:szCs w:val="28"/>
        </w:rPr>
        <w:t>ờ</w:t>
      </w:r>
      <w:r w:rsidRPr="00186034">
        <w:rPr>
          <w:rFonts w:ascii="Times New Roman" w:hAnsi="Times New Roman" w:cs="Times New Roman"/>
          <w:sz w:val="28"/>
          <w:szCs w:val="28"/>
        </w:rPr>
        <w:t>ng trú: …………………………………………………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Là v</w:t>
      </w:r>
      <w:r w:rsidRPr="00186034">
        <w:rPr>
          <w:rFonts w:ascii="Times New Roman" w:hAnsi="Times New Roman" w:cs="Times New Roman"/>
          <w:sz w:val="28"/>
          <w:szCs w:val="28"/>
        </w:rPr>
        <w:t>ợ</w:t>
      </w:r>
      <w:r w:rsidRPr="00186034">
        <w:rPr>
          <w:rFonts w:ascii="Times New Roman" w:hAnsi="Times New Roman" w:cs="Times New Roman"/>
          <w:sz w:val="28"/>
          <w:szCs w:val="28"/>
        </w:rPr>
        <w:t xml:space="preserve"> ch</w:t>
      </w:r>
      <w:r w:rsidRPr="00186034">
        <w:rPr>
          <w:rFonts w:ascii="Times New Roman" w:hAnsi="Times New Roman" w:cs="Times New Roman"/>
          <w:sz w:val="28"/>
          <w:szCs w:val="28"/>
        </w:rPr>
        <w:t>ồ</w:t>
      </w:r>
      <w:r w:rsidRPr="00186034">
        <w:rPr>
          <w:rFonts w:ascii="Times New Roman" w:hAnsi="Times New Roman" w:cs="Times New Roman"/>
          <w:sz w:val="28"/>
          <w:szCs w:val="28"/>
        </w:rPr>
        <w:t>ng theo Gi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y ch</w:t>
      </w:r>
      <w:r w:rsidRPr="00186034">
        <w:rPr>
          <w:rFonts w:ascii="Times New Roman" w:hAnsi="Times New Roman" w:cs="Times New Roman"/>
          <w:sz w:val="28"/>
          <w:szCs w:val="28"/>
        </w:rPr>
        <w:t>ứ</w:t>
      </w:r>
      <w:r w:rsidRPr="00186034">
        <w:rPr>
          <w:rFonts w:ascii="Times New Roman" w:hAnsi="Times New Roman" w:cs="Times New Roman"/>
          <w:sz w:val="28"/>
          <w:szCs w:val="28"/>
        </w:rPr>
        <w:t>ng nh</w:t>
      </w:r>
      <w:r w:rsidRPr="00186034">
        <w:rPr>
          <w:rFonts w:ascii="Times New Roman" w:hAnsi="Times New Roman" w:cs="Times New Roman"/>
          <w:sz w:val="28"/>
          <w:szCs w:val="28"/>
        </w:rPr>
        <w:t>ậ</w:t>
      </w:r>
      <w:r w:rsidRPr="00186034">
        <w:rPr>
          <w:rFonts w:ascii="Times New Roman" w:hAnsi="Times New Roman" w:cs="Times New Roman"/>
          <w:sz w:val="28"/>
          <w:szCs w:val="28"/>
        </w:rPr>
        <w:t>n đăng k</w:t>
      </w:r>
      <w:r w:rsidRPr="00186034">
        <w:rPr>
          <w:rFonts w:ascii="Times New Roman" w:hAnsi="Times New Roman" w:cs="Times New Roman"/>
          <w:sz w:val="28"/>
          <w:szCs w:val="28"/>
        </w:rPr>
        <w:t>ý k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t hôn s</w:t>
      </w:r>
      <w:r w:rsidRPr="00186034">
        <w:rPr>
          <w:rFonts w:ascii="Times New Roman" w:hAnsi="Times New Roman" w:cs="Times New Roman"/>
          <w:sz w:val="28"/>
          <w:szCs w:val="28"/>
        </w:rPr>
        <w:t>ố</w:t>
      </w:r>
      <w:r w:rsidRPr="00186034">
        <w:rPr>
          <w:rFonts w:ascii="Times New Roman" w:hAnsi="Times New Roman" w:cs="Times New Roman"/>
          <w:sz w:val="28"/>
          <w:szCs w:val="28"/>
        </w:rPr>
        <w:t>: ……… do UBND ………… c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 ngày 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…………..</w:t>
      </w:r>
      <w:bookmarkStart w:id="0" w:name="_GoBack"/>
      <w:bookmarkEnd w:id="0"/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Chúng tôi cùng cam k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t v</w:t>
      </w:r>
      <w:r w:rsidRPr="00186034">
        <w:rPr>
          <w:rFonts w:ascii="Times New Roman" w:hAnsi="Times New Roman" w:cs="Times New Roman"/>
          <w:sz w:val="28"/>
          <w:szCs w:val="28"/>
        </w:rPr>
        <w:t>ớ</w:t>
      </w:r>
      <w:r w:rsidRPr="00186034">
        <w:rPr>
          <w:rFonts w:ascii="Times New Roman" w:hAnsi="Times New Roman" w:cs="Times New Roman"/>
          <w:sz w:val="28"/>
          <w:szCs w:val="28"/>
        </w:rPr>
        <w:t>i n</w:t>
      </w:r>
      <w:r w:rsidRPr="00186034">
        <w:rPr>
          <w:rFonts w:ascii="Times New Roman" w:hAnsi="Times New Roman" w:cs="Times New Roman"/>
          <w:sz w:val="28"/>
          <w:szCs w:val="28"/>
        </w:rPr>
        <w:t>ộ</w:t>
      </w:r>
      <w:r w:rsidRPr="00186034">
        <w:rPr>
          <w:rFonts w:ascii="Times New Roman" w:hAnsi="Times New Roman" w:cs="Times New Roman"/>
          <w:sz w:val="28"/>
          <w:szCs w:val="28"/>
        </w:rPr>
        <w:t>i dung sau: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1. Tài s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n sau đây là tài s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n chung c</w:t>
      </w:r>
      <w:r w:rsidRPr="00186034">
        <w:rPr>
          <w:rFonts w:ascii="Times New Roman" w:hAnsi="Times New Roman" w:cs="Times New Roman"/>
          <w:sz w:val="28"/>
          <w:szCs w:val="28"/>
        </w:rPr>
        <w:t>ủ</w:t>
      </w:r>
      <w:r w:rsidRPr="00186034">
        <w:rPr>
          <w:rFonts w:ascii="Times New Roman" w:hAnsi="Times New Roman" w:cs="Times New Roman"/>
          <w:sz w:val="28"/>
          <w:szCs w:val="28"/>
        </w:rPr>
        <w:t>a v</w:t>
      </w:r>
      <w:r w:rsidRPr="00186034">
        <w:rPr>
          <w:rFonts w:ascii="Times New Roman" w:hAnsi="Times New Roman" w:cs="Times New Roman"/>
          <w:sz w:val="28"/>
          <w:szCs w:val="28"/>
        </w:rPr>
        <w:t>ợ</w:t>
      </w:r>
      <w:r w:rsidRPr="00186034">
        <w:rPr>
          <w:rFonts w:ascii="Times New Roman" w:hAnsi="Times New Roman" w:cs="Times New Roman"/>
          <w:sz w:val="28"/>
          <w:szCs w:val="28"/>
        </w:rPr>
        <w:t xml:space="preserve"> ch</w:t>
      </w:r>
      <w:r w:rsidRPr="00186034">
        <w:rPr>
          <w:rFonts w:ascii="Times New Roman" w:hAnsi="Times New Roman" w:cs="Times New Roman"/>
          <w:sz w:val="28"/>
          <w:szCs w:val="28"/>
        </w:rPr>
        <w:t>ồ</w:t>
      </w:r>
      <w:r w:rsidRPr="00186034">
        <w:rPr>
          <w:rFonts w:ascii="Times New Roman" w:hAnsi="Times New Roman" w:cs="Times New Roman"/>
          <w:sz w:val="28"/>
          <w:szCs w:val="28"/>
        </w:rPr>
        <w:t>ng chúng tôi:</w:t>
      </w:r>
      <w:r w:rsidRPr="00186034">
        <w:rPr>
          <w:rFonts w:ascii="Times New Roman" w:hAnsi="Times New Roman" w:cs="Times New Roman"/>
          <w:sz w:val="28"/>
          <w:szCs w:val="28"/>
        </w:rPr>
        <w:br/>
        <w:t xml:space="preserve">   (Ghi rõ thông tin tài s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n: ví d</w:t>
      </w:r>
      <w:r w:rsidRPr="00186034">
        <w:rPr>
          <w:rFonts w:ascii="Times New Roman" w:hAnsi="Times New Roman" w:cs="Times New Roman"/>
          <w:sz w:val="28"/>
          <w:szCs w:val="28"/>
        </w:rPr>
        <w:t>ụ</w:t>
      </w:r>
      <w:r w:rsidRPr="00186034">
        <w:rPr>
          <w:rFonts w:ascii="Times New Roman" w:hAnsi="Times New Roman" w:cs="Times New Roman"/>
          <w:sz w:val="28"/>
          <w:szCs w:val="28"/>
        </w:rPr>
        <w:t>: Th</w:t>
      </w:r>
      <w:r w:rsidRPr="00186034">
        <w:rPr>
          <w:rFonts w:ascii="Times New Roman" w:hAnsi="Times New Roman" w:cs="Times New Roman"/>
          <w:sz w:val="28"/>
          <w:szCs w:val="28"/>
        </w:rPr>
        <w:t>ử</w:t>
      </w:r>
      <w:r w:rsidRPr="00186034">
        <w:rPr>
          <w:rFonts w:ascii="Times New Roman" w:hAnsi="Times New Roman" w:cs="Times New Roman"/>
          <w:sz w:val="28"/>
          <w:szCs w:val="28"/>
        </w:rPr>
        <w:t>a đ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t s</w:t>
      </w:r>
      <w:r w:rsidRPr="00186034">
        <w:rPr>
          <w:rFonts w:ascii="Times New Roman" w:hAnsi="Times New Roman" w:cs="Times New Roman"/>
          <w:sz w:val="28"/>
          <w:szCs w:val="28"/>
        </w:rPr>
        <w:t>ố</w:t>
      </w:r>
      <w:r w:rsidRPr="00186034">
        <w:rPr>
          <w:rFonts w:ascii="Times New Roman" w:hAnsi="Times New Roman" w:cs="Times New Roman"/>
          <w:sz w:val="28"/>
          <w:szCs w:val="28"/>
        </w:rPr>
        <w:t>…, t</w:t>
      </w:r>
      <w:r w:rsidRPr="00186034">
        <w:rPr>
          <w:rFonts w:ascii="Times New Roman" w:hAnsi="Times New Roman" w:cs="Times New Roman"/>
          <w:sz w:val="28"/>
          <w:szCs w:val="28"/>
        </w:rPr>
        <w:t>ờ</w:t>
      </w:r>
      <w:r w:rsidRPr="00186034">
        <w:rPr>
          <w:rFonts w:ascii="Times New Roman" w:hAnsi="Times New Roman" w:cs="Times New Roman"/>
          <w:sz w:val="28"/>
          <w:szCs w:val="28"/>
        </w:rPr>
        <w:t xml:space="preserve"> b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n đ</w:t>
      </w:r>
      <w:r w:rsidRPr="00186034">
        <w:rPr>
          <w:rFonts w:ascii="Times New Roman" w:hAnsi="Times New Roman" w:cs="Times New Roman"/>
          <w:sz w:val="28"/>
          <w:szCs w:val="28"/>
        </w:rPr>
        <w:t>ồ</w:t>
      </w:r>
      <w:r w:rsidRPr="00186034">
        <w:rPr>
          <w:rFonts w:ascii="Times New Roman" w:hAnsi="Times New Roman" w:cs="Times New Roman"/>
          <w:sz w:val="28"/>
          <w:szCs w:val="28"/>
        </w:rPr>
        <w:t xml:space="preserve"> s</w:t>
      </w:r>
      <w:r w:rsidRPr="00186034">
        <w:rPr>
          <w:rFonts w:ascii="Times New Roman" w:hAnsi="Times New Roman" w:cs="Times New Roman"/>
          <w:sz w:val="28"/>
          <w:szCs w:val="28"/>
        </w:rPr>
        <w:t>ố</w:t>
      </w:r>
      <w:r w:rsidRPr="00186034">
        <w:rPr>
          <w:rFonts w:ascii="Times New Roman" w:hAnsi="Times New Roman" w:cs="Times New Roman"/>
          <w:sz w:val="28"/>
          <w:szCs w:val="28"/>
        </w:rPr>
        <w:t>…, t</w:t>
      </w:r>
      <w:r w:rsidRPr="00186034">
        <w:rPr>
          <w:rFonts w:ascii="Times New Roman" w:hAnsi="Times New Roman" w:cs="Times New Roman"/>
          <w:sz w:val="28"/>
          <w:szCs w:val="28"/>
        </w:rPr>
        <w:t>ạ</w:t>
      </w:r>
      <w:r w:rsidRPr="00186034">
        <w:rPr>
          <w:rFonts w:ascii="Times New Roman" w:hAnsi="Times New Roman" w:cs="Times New Roman"/>
          <w:sz w:val="28"/>
          <w:szCs w:val="28"/>
        </w:rPr>
        <w:t>i đ</w:t>
      </w:r>
      <w:r w:rsidRPr="00186034">
        <w:rPr>
          <w:rFonts w:ascii="Times New Roman" w:hAnsi="Times New Roman" w:cs="Times New Roman"/>
          <w:sz w:val="28"/>
          <w:szCs w:val="28"/>
        </w:rPr>
        <w:t>ị</w:t>
      </w:r>
      <w:r w:rsidRPr="00186034">
        <w:rPr>
          <w:rFonts w:ascii="Times New Roman" w:hAnsi="Times New Roman" w:cs="Times New Roman"/>
          <w:sz w:val="28"/>
          <w:szCs w:val="28"/>
        </w:rPr>
        <w:t>a ch</w:t>
      </w:r>
      <w:r w:rsidRPr="00186034">
        <w:rPr>
          <w:rFonts w:ascii="Times New Roman" w:hAnsi="Times New Roman" w:cs="Times New Roman"/>
          <w:sz w:val="28"/>
          <w:szCs w:val="28"/>
        </w:rPr>
        <w:t>ỉ</w:t>
      </w:r>
      <w:r w:rsidRPr="00186034">
        <w:rPr>
          <w:rFonts w:ascii="Times New Roman" w:hAnsi="Times New Roman" w:cs="Times New Roman"/>
          <w:sz w:val="28"/>
          <w:szCs w:val="28"/>
        </w:rPr>
        <w:t>…, theo Gi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y ch</w:t>
      </w:r>
      <w:r w:rsidRPr="00186034">
        <w:rPr>
          <w:rFonts w:ascii="Times New Roman" w:hAnsi="Times New Roman" w:cs="Times New Roman"/>
          <w:sz w:val="28"/>
          <w:szCs w:val="28"/>
        </w:rPr>
        <w:t>ứ</w:t>
      </w:r>
      <w:r w:rsidRPr="00186034">
        <w:rPr>
          <w:rFonts w:ascii="Times New Roman" w:hAnsi="Times New Roman" w:cs="Times New Roman"/>
          <w:sz w:val="28"/>
          <w:szCs w:val="28"/>
        </w:rPr>
        <w:t>ng nh</w:t>
      </w:r>
      <w:r w:rsidRPr="00186034">
        <w:rPr>
          <w:rFonts w:ascii="Times New Roman" w:hAnsi="Times New Roman" w:cs="Times New Roman"/>
          <w:sz w:val="28"/>
          <w:szCs w:val="28"/>
        </w:rPr>
        <w:t>ậ</w:t>
      </w:r>
      <w:r w:rsidRPr="00186034">
        <w:rPr>
          <w:rFonts w:ascii="Times New Roman" w:hAnsi="Times New Roman" w:cs="Times New Roman"/>
          <w:sz w:val="28"/>
          <w:szCs w:val="28"/>
        </w:rPr>
        <w:t>n quy</w:t>
      </w:r>
      <w:r w:rsidRPr="00186034">
        <w:rPr>
          <w:rFonts w:ascii="Times New Roman" w:hAnsi="Times New Roman" w:cs="Times New Roman"/>
          <w:sz w:val="28"/>
          <w:szCs w:val="28"/>
        </w:rPr>
        <w:t>ề</w:t>
      </w:r>
      <w:r w:rsidRPr="00186034">
        <w:rPr>
          <w:rFonts w:ascii="Times New Roman" w:hAnsi="Times New Roman" w:cs="Times New Roman"/>
          <w:sz w:val="28"/>
          <w:szCs w:val="28"/>
        </w:rPr>
        <w:t>n</w:t>
      </w:r>
      <w:r w:rsidRPr="00186034">
        <w:rPr>
          <w:rFonts w:ascii="Times New Roman" w:hAnsi="Times New Roman" w:cs="Times New Roman"/>
          <w:sz w:val="28"/>
          <w:szCs w:val="28"/>
        </w:rPr>
        <w:t xml:space="preserve"> s</w:t>
      </w:r>
      <w:r w:rsidRPr="00186034">
        <w:rPr>
          <w:rFonts w:ascii="Times New Roman" w:hAnsi="Times New Roman" w:cs="Times New Roman"/>
          <w:sz w:val="28"/>
          <w:szCs w:val="28"/>
        </w:rPr>
        <w:t>ử</w:t>
      </w:r>
      <w:r w:rsidRPr="00186034">
        <w:rPr>
          <w:rFonts w:ascii="Times New Roman" w:hAnsi="Times New Roman" w:cs="Times New Roman"/>
          <w:sz w:val="28"/>
          <w:szCs w:val="28"/>
        </w:rPr>
        <w:t xml:space="preserve"> d</w:t>
      </w:r>
      <w:r w:rsidRPr="00186034">
        <w:rPr>
          <w:rFonts w:ascii="Times New Roman" w:hAnsi="Times New Roman" w:cs="Times New Roman"/>
          <w:sz w:val="28"/>
          <w:szCs w:val="28"/>
        </w:rPr>
        <w:t>ụ</w:t>
      </w:r>
      <w:r w:rsidRPr="00186034">
        <w:rPr>
          <w:rFonts w:ascii="Times New Roman" w:hAnsi="Times New Roman" w:cs="Times New Roman"/>
          <w:sz w:val="28"/>
          <w:szCs w:val="28"/>
        </w:rPr>
        <w:t>ng đ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t s</w:t>
      </w:r>
      <w:r w:rsidRPr="00186034">
        <w:rPr>
          <w:rFonts w:ascii="Times New Roman" w:hAnsi="Times New Roman" w:cs="Times New Roman"/>
          <w:sz w:val="28"/>
          <w:szCs w:val="28"/>
        </w:rPr>
        <w:t>ố</w:t>
      </w:r>
      <w:r w:rsidRPr="00186034">
        <w:rPr>
          <w:rFonts w:ascii="Times New Roman" w:hAnsi="Times New Roman" w:cs="Times New Roman"/>
          <w:sz w:val="28"/>
          <w:szCs w:val="28"/>
        </w:rPr>
        <w:t>…)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2. Tài s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n trên hi</w:t>
      </w:r>
      <w:r w:rsidRPr="00186034">
        <w:rPr>
          <w:rFonts w:ascii="Times New Roman" w:hAnsi="Times New Roman" w:cs="Times New Roman"/>
          <w:sz w:val="28"/>
          <w:szCs w:val="28"/>
        </w:rPr>
        <w:t>ệ</w:t>
      </w:r>
      <w:r w:rsidRPr="00186034">
        <w:rPr>
          <w:rFonts w:ascii="Times New Roman" w:hAnsi="Times New Roman" w:cs="Times New Roman"/>
          <w:sz w:val="28"/>
          <w:szCs w:val="28"/>
        </w:rPr>
        <w:t>n không có b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t k</w:t>
      </w:r>
      <w:r w:rsidRPr="00186034">
        <w:rPr>
          <w:rFonts w:ascii="Times New Roman" w:hAnsi="Times New Roman" w:cs="Times New Roman"/>
          <w:sz w:val="28"/>
          <w:szCs w:val="28"/>
        </w:rPr>
        <w:t>ỳ</w:t>
      </w:r>
      <w:r w:rsidRPr="00186034">
        <w:rPr>
          <w:rFonts w:ascii="Times New Roman" w:hAnsi="Times New Roman" w:cs="Times New Roman"/>
          <w:sz w:val="28"/>
          <w:szCs w:val="28"/>
        </w:rPr>
        <w:t xml:space="preserve"> tranh ch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p, khi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u n</w:t>
      </w:r>
      <w:r w:rsidRPr="00186034">
        <w:rPr>
          <w:rFonts w:ascii="Times New Roman" w:hAnsi="Times New Roman" w:cs="Times New Roman"/>
          <w:sz w:val="28"/>
          <w:szCs w:val="28"/>
        </w:rPr>
        <w:t>ạ</w:t>
      </w:r>
      <w:r w:rsidRPr="00186034">
        <w:rPr>
          <w:rFonts w:ascii="Times New Roman" w:hAnsi="Times New Roman" w:cs="Times New Roman"/>
          <w:sz w:val="28"/>
          <w:szCs w:val="28"/>
        </w:rPr>
        <w:t>i, kh</w:t>
      </w:r>
      <w:r w:rsidRPr="00186034">
        <w:rPr>
          <w:rFonts w:ascii="Times New Roman" w:hAnsi="Times New Roman" w:cs="Times New Roman"/>
          <w:sz w:val="28"/>
          <w:szCs w:val="28"/>
        </w:rPr>
        <w:t>ở</w:t>
      </w:r>
      <w:r w:rsidRPr="00186034">
        <w:rPr>
          <w:rFonts w:ascii="Times New Roman" w:hAnsi="Times New Roman" w:cs="Times New Roman"/>
          <w:sz w:val="28"/>
          <w:szCs w:val="28"/>
        </w:rPr>
        <w:t>i ki</w:t>
      </w:r>
      <w:r w:rsidRPr="00186034">
        <w:rPr>
          <w:rFonts w:ascii="Times New Roman" w:hAnsi="Times New Roman" w:cs="Times New Roman"/>
          <w:sz w:val="28"/>
          <w:szCs w:val="28"/>
        </w:rPr>
        <w:t>ệ</w:t>
      </w:r>
      <w:r w:rsidRPr="00186034">
        <w:rPr>
          <w:rFonts w:ascii="Times New Roman" w:hAnsi="Times New Roman" w:cs="Times New Roman"/>
          <w:sz w:val="28"/>
          <w:szCs w:val="28"/>
        </w:rPr>
        <w:t>n ho</w:t>
      </w:r>
      <w:r w:rsidRPr="00186034">
        <w:rPr>
          <w:rFonts w:ascii="Times New Roman" w:hAnsi="Times New Roman" w:cs="Times New Roman"/>
          <w:sz w:val="28"/>
          <w:szCs w:val="28"/>
        </w:rPr>
        <w:t>ặ</w:t>
      </w:r>
      <w:r w:rsidRPr="00186034">
        <w:rPr>
          <w:rFonts w:ascii="Times New Roman" w:hAnsi="Times New Roman" w:cs="Times New Roman"/>
          <w:sz w:val="28"/>
          <w:szCs w:val="28"/>
        </w:rPr>
        <w:t>c vư</w:t>
      </w:r>
      <w:r w:rsidRPr="00186034">
        <w:rPr>
          <w:rFonts w:ascii="Times New Roman" w:hAnsi="Times New Roman" w:cs="Times New Roman"/>
          <w:sz w:val="28"/>
          <w:szCs w:val="28"/>
        </w:rPr>
        <w:t>ớ</w:t>
      </w:r>
      <w:r w:rsidRPr="00186034">
        <w:rPr>
          <w:rFonts w:ascii="Times New Roman" w:hAnsi="Times New Roman" w:cs="Times New Roman"/>
          <w:sz w:val="28"/>
          <w:szCs w:val="28"/>
        </w:rPr>
        <w:t>ng m</w:t>
      </w:r>
      <w:r w:rsidRPr="00186034">
        <w:rPr>
          <w:rFonts w:ascii="Times New Roman" w:hAnsi="Times New Roman" w:cs="Times New Roman"/>
          <w:sz w:val="28"/>
          <w:szCs w:val="28"/>
        </w:rPr>
        <w:t>ắ</w:t>
      </w:r>
      <w:r w:rsidRPr="00186034">
        <w:rPr>
          <w:rFonts w:ascii="Times New Roman" w:hAnsi="Times New Roman" w:cs="Times New Roman"/>
          <w:sz w:val="28"/>
          <w:szCs w:val="28"/>
        </w:rPr>
        <w:t>c pháp lý nào.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3. Chúng tôi hoàn toàn t</w:t>
      </w:r>
      <w:r w:rsidRPr="00186034">
        <w:rPr>
          <w:rFonts w:ascii="Times New Roman" w:hAnsi="Times New Roman" w:cs="Times New Roman"/>
          <w:sz w:val="28"/>
          <w:szCs w:val="28"/>
        </w:rPr>
        <w:t>ự</w:t>
      </w:r>
      <w:r w:rsidRPr="00186034">
        <w:rPr>
          <w:rFonts w:ascii="Times New Roman" w:hAnsi="Times New Roman" w:cs="Times New Roman"/>
          <w:sz w:val="28"/>
          <w:szCs w:val="28"/>
        </w:rPr>
        <w:t xml:space="preserve"> nguy</w:t>
      </w:r>
      <w:r w:rsidRPr="00186034">
        <w:rPr>
          <w:rFonts w:ascii="Times New Roman" w:hAnsi="Times New Roman" w:cs="Times New Roman"/>
          <w:sz w:val="28"/>
          <w:szCs w:val="28"/>
        </w:rPr>
        <w:t>ệ</w:t>
      </w:r>
      <w:r w:rsidRPr="00186034">
        <w:rPr>
          <w:rFonts w:ascii="Times New Roman" w:hAnsi="Times New Roman" w:cs="Times New Roman"/>
          <w:sz w:val="28"/>
          <w:szCs w:val="28"/>
        </w:rPr>
        <w:t>n, đ</w:t>
      </w:r>
      <w:r w:rsidRPr="00186034">
        <w:rPr>
          <w:rFonts w:ascii="Times New Roman" w:hAnsi="Times New Roman" w:cs="Times New Roman"/>
          <w:sz w:val="28"/>
          <w:szCs w:val="28"/>
        </w:rPr>
        <w:t>ồ</w:t>
      </w:r>
      <w:r w:rsidRPr="00186034">
        <w:rPr>
          <w:rFonts w:ascii="Times New Roman" w:hAnsi="Times New Roman" w:cs="Times New Roman"/>
          <w:sz w:val="28"/>
          <w:szCs w:val="28"/>
        </w:rPr>
        <w:t>ng thu</w:t>
      </w:r>
      <w:r w:rsidRPr="00186034">
        <w:rPr>
          <w:rFonts w:ascii="Times New Roman" w:hAnsi="Times New Roman" w:cs="Times New Roman"/>
          <w:sz w:val="28"/>
          <w:szCs w:val="28"/>
        </w:rPr>
        <w:t>ậ</w:t>
      </w:r>
      <w:r w:rsidRPr="00186034">
        <w:rPr>
          <w:rFonts w:ascii="Times New Roman" w:hAnsi="Times New Roman" w:cs="Times New Roman"/>
          <w:sz w:val="28"/>
          <w:szCs w:val="28"/>
        </w:rPr>
        <w:t>n th</w:t>
      </w:r>
      <w:r w:rsidRPr="00186034">
        <w:rPr>
          <w:rFonts w:ascii="Times New Roman" w:hAnsi="Times New Roman" w:cs="Times New Roman"/>
          <w:sz w:val="28"/>
          <w:szCs w:val="28"/>
        </w:rPr>
        <w:t>ự</w:t>
      </w:r>
      <w:r w:rsidRPr="00186034">
        <w:rPr>
          <w:rFonts w:ascii="Times New Roman" w:hAnsi="Times New Roman" w:cs="Times New Roman"/>
          <w:sz w:val="28"/>
          <w:szCs w:val="28"/>
        </w:rPr>
        <w:t>c hi</w:t>
      </w:r>
      <w:r w:rsidRPr="00186034">
        <w:rPr>
          <w:rFonts w:ascii="Times New Roman" w:hAnsi="Times New Roman" w:cs="Times New Roman"/>
          <w:sz w:val="28"/>
          <w:szCs w:val="28"/>
        </w:rPr>
        <w:t>ệ</w:t>
      </w:r>
      <w:r w:rsidRPr="00186034">
        <w:rPr>
          <w:rFonts w:ascii="Times New Roman" w:hAnsi="Times New Roman" w:cs="Times New Roman"/>
          <w:sz w:val="28"/>
          <w:szCs w:val="28"/>
        </w:rPr>
        <w:t>n các giao d</w:t>
      </w:r>
      <w:r w:rsidRPr="00186034">
        <w:rPr>
          <w:rFonts w:ascii="Times New Roman" w:hAnsi="Times New Roman" w:cs="Times New Roman"/>
          <w:sz w:val="28"/>
          <w:szCs w:val="28"/>
        </w:rPr>
        <w:t>ị</w:t>
      </w:r>
      <w:r w:rsidRPr="00186034">
        <w:rPr>
          <w:rFonts w:ascii="Times New Roman" w:hAnsi="Times New Roman" w:cs="Times New Roman"/>
          <w:sz w:val="28"/>
          <w:szCs w:val="28"/>
        </w:rPr>
        <w:t>ch dân s</w:t>
      </w:r>
      <w:r w:rsidRPr="00186034">
        <w:rPr>
          <w:rFonts w:ascii="Times New Roman" w:hAnsi="Times New Roman" w:cs="Times New Roman"/>
          <w:sz w:val="28"/>
          <w:szCs w:val="28"/>
        </w:rPr>
        <w:t>ự</w:t>
      </w:r>
      <w:r w:rsidRPr="00186034">
        <w:rPr>
          <w:rFonts w:ascii="Times New Roman" w:hAnsi="Times New Roman" w:cs="Times New Roman"/>
          <w:sz w:val="28"/>
          <w:szCs w:val="28"/>
        </w:rPr>
        <w:t xml:space="preserve"> </w:t>
      </w:r>
      <w:r w:rsidRPr="00186034">
        <w:rPr>
          <w:rFonts w:ascii="Times New Roman" w:hAnsi="Times New Roman" w:cs="Times New Roman"/>
          <w:sz w:val="28"/>
          <w:szCs w:val="28"/>
        </w:rPr>
        <w:lastRenderedPageBreak/>
        <w:t>liên quan đ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n tài s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n này, không ai b</w:t>
      </w:r>
      <w:r w:rsidRPr="00186034">
        <w:rPr>
          <w:rFonts w:ascii="Times New Roman" w:hAnsi="Times New Roman" w:cs="Times New Roman"/>
          <w:sz w:val="28"/>
          <w:szCs w:val="28"/>
        </w:rPr>
        <w:t>ị</w:t>
      </w:r>
      <w:r w:rsidRPr="00186034">
        <w:rPr>
          <w:rFonts w:ascii="Times New Roman" w:hAnsi="Times New Roman" w:cs="Times New Roman"/>
          <w:sz w:val="28"/>
          <w:szCs w:val="28"/>
        </w:rPr>
        <w:t xml:space="preserve"> ép bu</w:t>
      </w:r>
      <w:r w:rsidRPr="00186034">
        <w:rPr>
          <w:rFonts w:ascii="Times New Roman" w:hAnsi="Times New Roman" w:cs="Times New Roman"/>
          <w:sz w:val="28"/>
          <w:szCs w:val="28"/>
        </w:rPr>
        <w:t>ộ</w:t>
      </w:r>
      <w:r w:rsidRPr="00186034">
        <w:rPr>
          <w:rFonts w:ascii="Times New Roman" w:hAnsi="Times New Roman" w:cs="Times New Roman"/>
          <w:sz w:val="28"/>
          <w:szCs w:val="28"/>
        </w:rPr>
        <w:t>c.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 xml:space="preserve">4. Chúng tôi </w:t>
      </w:r>
      <w:r w:rsidRPr="00186034">
        <w:rPr>
          <w:rFonts w:ascii="Times New Roman" w:hAnsi="Times New Roman" w:cs="Times New Roman"/>
          <w:sz w:val="28"/>
          <w:szCs w:val="28"/>
        </w:rPr>
        <w:t>cam k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t ch</w:t>
      </w:r>
      <w:r w:rsidRPr="00186034">
        <w:rPr>
          <w:rFonts w:ascii="Times New Roman" w:hAnsi="Times New Roman" w:cs="Times New Roman"/>
          <w:sz w:val="28"/>
          <w:szCs w:val="28"/>
        </w:rPr>
        <w:t>ị</w:t>
      </w:r>
      <w:r w:rsidRPr="00186034">
        <w:rPr>
          <w:rFonts w:ascii="Times New Roman" w:hAnsi="Times New Roman" w:cs="Times New Roman"/>
          <w:sz w:val="28"/>
          <w:szCs w:val="28"/>
        </w:rPr>
        <w:t>u hoàn toàn trách nhi</w:t>
      </w:r>
      <w:r w:rsidRPr="00186034">
        <w:rPr>
          <w:rFonts w:ascii="Times New Roman" w:hAnsi="Times New Roman" w:cs="Times New Roman"/>
          <w:sz w:val="28"/>
          <w:szCs w:val="28"/>
        </w:rPr>
        <w:t>ệ</w:t>
      </w:r>
      <w:r w:rsidRPr="00186034">
        <w:rPr>
          <w:rFonts w:ascii="Times New Roman" w:hAnsi="Times New Roman" w:cs="Times New Roman"/>
          <w:sz w:val="28"/>
          <w:szCs w:val="28"/>
        </w:rPr>
        <w:t>m trư</w:t>
      </w:r>
      <w:r w:rsidRPr="00186034">
        <w:rPr>
          <w:rFonts w:ascii="Times New Roman" w:hAnsi="Times New Roman" w:cs="Times New Roman"/>
          <w:sz w:val="28"/>
          <w:szCs w:val="28"/>
        </w:rPr>
        <w:t>ớ</w:t>
      </w:r>
      <w:r w:rsidRPr="00186034">
        <w:rPr>
          <w:rFonts w:ascii="Times New Roman" w:hAnsi="Times New Roman" w:cs="Times New Roman"/>
          <w:sz w:val="28"/>
          <w:szCs w:val="28"/>
        </w:rPr>
        <w:t>c pháp lu</w:t>
      </w:r>
      <w:r w:rsidRPr="00186034">
        <w:rPr>
          <w:rFonts w:ascii="Times New Roman" w:hAnsi="Times New Roman" w:cs="Times New Roman"/>
          <w:sz w:val="28"/>
          <w:szCs w:val="28"/>
        </w:rPr>
        <w:t>ậ</w:t>
      </w:r>
      <w:r w:rsidRPr="00186034">
        <w:rPr>
          <w:rFonts w:ascii="Times New Roman" w:hAnsi="Times New Roman" w:cs="Times New Roman"/>
          <w:sz w:val="28"/>
          <w:szCs w:val="28"/>
        </w:rPr>
        <w:t>t n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u có phát sinh tranh ch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p liên quan đ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n n</w:t>
      </w:r>
      <w:r w:rsidRPr="00186034">
        <w:rPr>
          <w:rFonts w:ascii="Times New Roman" w:hAnsi="Times New Roman" w:cs="Times New Roman"/>
          <w:sz w:val="28"/>
          <w:szCs w:val="28"/>
        </w:rPr>
        <w:t>ộ</w:t>
      </w:r>
      <w:r w:rsidRPr="00186034">
        <w:rPr>
          <w:rFonts w:ascii="Times New Roman" w:hAnsi="Times New Roman" w:cs="Times New Roman"/>
          <w:sz w:val="28"/>
          <w:szCs w:val="28"/>
        </w:rPr>
        <w:t>i dung cam k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t trên.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  <w:t>Chúng tôi l</w:t>
      </w:r>
      <w:r w:rsidRPr="00186034">
        <w:rPr>
          <w:rFonts w:ascii="Times New Roman" w:hAnsi="Times New Roman" w:cs="Times New Roman"/>
          <w:sz w:val="28"/>
          <w:szCs w:val="28"/>
        </w:rPr>
        <w:t>ậ</w:t>
      </w:r>
      <w:r w:rsidRPr="00186034">
        <w:rPr>
          <w:rFonts w:ascii="Times New Roman" w:hAnsi="Times New Roman" w:cs="Times New Roman"/>
          <w:sz w:val="28"/>
          <w:szCs w:val="28"/>
        </w:rPr>
        <w:t>p gi</w:t>
      </w:r>
      <w:r w:rsidRPr="00186034">
        <w:rPr>
          <w:rFonts w:ascii="Times New Roman" w:hAnsi="Times New Roman" w:cs="Times New Roman"/>
          <w:sz w:val="28"/>
          <w:szCs w:val="28"/>
        </w:rPr>
        <w:t>ấ</w:t>
      </w:r>
      <w:r w:rsidRPr="00186034">
        <w:rPr>
          <w:rFonts w:ascii="Times New Roman" w:hAnsi="Times New Roman" w:cs="Times New Roman"/>
          <w:sz w:val="28"/>
          <w:szCs w:val="28"/>
        </w:rPr>
        <w:t>y cam k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t này đ</w:t>
      </w:r>
      <w:r w:rsidRPr="00186034">
        <w:rPr>
          <w:rFonts w:ascii="Times New Roman" w:hAnsi="Times New Roman" w:cs="Times New Roman"/>
          <w:sz w:val="28"/>
          <w:szCs w:val="28"/>
        </w:rPr>
        <w:t>ể</w:t>
      </w:r>
      <w:r w:rsidRPr="00186034">
        <w:rPr>
          <w:rFonts w:ascii="Times New Roman" w:hAnsi="Times New Roman" w:cs="Times New Roman"/>
          <w:sz w:val="28"/>
          <w:szCs w:val="28"/>
        </w:rPr>
        <w:t xml:space="preserve"> trình các cơ quan ch</w:t>
      </w:r>
      <w:r w:rsidRPr="00186034">
        <w:rPr>
          <w:rFonts w:ascii="Times New Roman" w:hAnsi="Times New Roman" w:cs="Times New Roman"/>
          <w:sz w:val="28"/>
          <w:szCs w:val="28"/>
        </w:rPr>
        <w:t>ứ</w:t>
      </w:r>
      <w:r w:rsidRPr="00186034">
        <w:rPr>
          <w:rFonts w:ascii="Times New Roman" w:hAnsi="Times New Roman" w:cs="Times New Roman"/>
          <w:sz w:val="28"/>
          <w:szCs w:val="28"/>
        </w:rPr>
        <w:t>c năng, t</w:t>
      </w:r>
      <w:r w:rsidRPr="00186034">
        <w:rPr>
          <w:rFonts w:ascii="Times New Roman" w:hAnsi="Times New Roman" w:cs="Times New Roman"/>
          <w:sz w:val="28"/>
          <w:szCs w:val="28"/>
        </w:rPr>
        <w:t>ổ</w:t>
      </w:r>
      <w:r w:rsidRPr="00186034">
        <w:rPr>
          <w:rFonts w:ascii="Times New Roman" w:hAnsi="Times New Roman" w:cs="Times New Roman"/>
          <w:sz w:val="28"/>
          <w:szCs w:val="28"/>
        </w:rPr>
        <w:t xml:space="preserve"> ch</w:t>
      </w:r>
      <w:r w:rsidRPr="00186034">
        <w:rPr>
          <w:rFonts w:ascii="Times New Roman" w:hAnsi="Times New Roman" w:cs="Times New Roman"/>
          <w:sz w:val="28"/>
          <w:szCs w:val="28"/>
        </w:rPr>
        <w:t>ứ</w:t>
      </w:r>
      <w:r w:rsidRPr="00186034">
        <w:rPr>
          <w:rFonts w:ascii="Times New Roman" w:hAnsi="Times New Roman" w:cs="Times New Roman"/>
          <w:sz w:val="28"/>
          <w:szCs w:val="28"/>
        </w:rPr>
        <w:t>c có th</w:t>
      </w:r>
      <w:r w:rsidRPr="00186034">
        <w:rPr>
          <w:rFonts w:ascii="Times New Roman" w:hAnsi="Times New Roman" w:cs="Times New Roman"/>
          <w:sz w:val="28"/>
          <w:szCs w:val="28"/>
        </w:rPr>
        <w:t>ẩ</w:t>
      </w:r>
      <w:r w:rsidRPr="00186034">
        <w:rPr>
          <w:rFonts w:ascii="Times New Roman" w:hAnsi="Times New Roman" w:cs="Times New Roman"/>
          <w:sz w:val="28"/>
          <w:szCs w:val="28"/>
        </w:rPr>
        <w:t>m quy</w:t>
      </w:r>
      <w:r w:rsidRPr="00186034">
        <w:rPr>
          <w:rFonts w:ascii="Times New Roman" w:hAnsi="Times New Roman" w:cs="Times New Roman"/>
          <w:sz w:val="28"/>
          <w:szCs w:val="28"/>
        </w:rPr>
        <w:t>ề</w:t>
      </w:r>
      <w:r w:rsidRPr="00186034">
        <w:rPr>
          <w:rFonts w:ascii="Times New Roman" w:hAnsi="Times New Roman" w:cs="Times New Roman"/>
          <w:sz w:val="28"/>
          <w:szCs w:val="28"/>
        </w:rPr>
        <w:t>n làm căn c</w:t>
      </w:r>
      <w:r w:rsidRPr="00186034">
        <w:rPr>
          <w:rFonts w:ascii="Times New Roman" w:hAnsi="Times New Roman" w:cs="Times New Roman"/>
          <w:sz w:val="28"/>
          <w:szCs w:val="28"/>
        </w:rPr>
        <w:t>ứ</w:t>
      </w:r>
      <w:r w:rsidRPr="00186034">
        <w:rPr>
          <w:rFonts w:ascii="Times New Roman" w:hAnsi="Times New Roman" w:cs="Times New Roman"/>
          <w:sz w:val="28"/>
          <w:szCs w:val="28"/>
        </w:rPr>
        <w:t xml:space="preserve"> gi</w:t>
      </w:r>
      <w:r w:rsidRPr="00186034">
        <w:rPr>
          <w:rFonts w:ascii="Times New Roman" w:hAnsi="Times New Roman" w:cs="Times New Roman"/>
          <w:sz w:val="28"/>
          <w:szCs w:val="28"/>
        </w:rPr>
        <w:t>ả</w:t>
      </w:r>
      <w:r w:rsidRPr="00186034">
        <w:rPr>
          <w:rFonts w:ascii="Times New Roman" w:hAnsi="Times New Roman" w:cs="Times New Roman"/>
          <w:sz w:val="28"/>
          <w:szCs w:val="28"/>
        </w:rPr>
        <w:t>i quy</w:t>
      </w:r>
      <w:r w:rsidRPr="00186034">
        <w:rPr>
          <w:rFonts w:ascii="Times New Roman" w:hAnsi="Times New Roman" w:cs="Times New Roman"/>
          <w:sz w:val="28"/>
          <w:szCs w:val="28"/>
        </w:rPr>
        <w:t>ế</w:t>
      </w:r>
      <w:r w:rsidRPr="00186034">
        <w:rPr>
          <w:rFonts w:ascii="Times New Roman" w:hAnsi="Times New Roman" w:cs="Times New Roman"/>
          <w:sz w:val="28"/>
          <w:szCs w:val="28"/>
        </w:rPr>
        <w:t>t công vi</w:t>
      </w:r>
      <w:r w:rsidRPr="00186034">
        <w:rPr>
          <w:rFonts w:ascii="Times New Roman" w:hAnsi="Times New Roman" w:cs="Times New Roman"/>
          <w:sz w:val="28"/>
          <w:szCs w:val="28"/>
        </w:rPr>
        <w:t>ệ</w:t>
      </w:r>
      <w:r w:rsidRPr="00186034">
        <w:rPr>
          <w:rFonts w:ascii="Times New Roman" w:hAnsi="Times New Roman" w:cs="Times New Roman"/>
          <w:sz w:val="28"/>
          <w:szCs w:val="28"/>
        </w:rPr>
        <w:t>c.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 w:rsidRPr="0018603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</w:t>
      </w:r>
      <w:r w:rsidRPr="00186034">
        <w:rPr>
          <w:rFonts w:ascii="Times New Roman" w:hAnsi="Times New Roman" w:cs="Times New Roman"/>
          <w:i/>
          <w:sz w:val="28"/>
          <w:szCs w:val="28"/>
        </w:rPr>
        <w:t>…, ngày … tháng … nă</w:t>
      </w:r>
      <w:r w:rsidRPr="00186034">
        <w:rPr>
          <w:rFonts w:ascii="Times New Roman" w:hAnsi="Times New Roman" w:cs="Times New Roman"/>
          <w:i/>
          <w:sz w:val="28"/>
          <w:szCs w:val="28"/>
        </w:rPr>
        <w:t>m …</w:t>
      </w:r>
      <w:r w:rsidRPr="0018603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Pr="00186034">
        <w:rPr>
          <w:rFonts w:ascii="Times New Roman" w:hAnsi="Times New Roman" w:cs="Times New Roman"/>
          <w:b/>
          <w:sz w:val="28"/>
          <w:szCs w:val="28"/>
        </w:rPr>
        <w:t>Ngư</w:t>
      </w:r>
      <w:r w:rsidRPr="00186034">
        <w:rPr>
          <w:rFonts w:ascii="Times New Roman" w:hAnsi="Times New Roman" w:cs="Times New Roman"/>
          <w:b/>
          <w:sz w:val="28"/>
          <w:szCs w:val="28"/>
        </w:rPr>
        <w:t>ờ</w:t>
      </w:r>
      <w:r w:rsidRPr="00186034">
        <w:rPr>
          <w:rFonts w:ascii="Times New Roman" w:hAnsi="Times New Roman" w:cs="Times New Roman"/>
          <w:b/>
          <w:sz w:val="28"/>
          <w:szCs w:val="28"/>
        </w:rPr>
        <w:t>i cam k</w:t>
      </w:r>
      <w:r w:rsidRPr="00186034">
        <w:rPr>
          <w:rFonts w:ascii="Times New Roman" w:hAnsi="Times New Roman" w:cs="Times New Roman"/>
          <w:b/>
          <w:sz w:val="28"/>
          <w:szCs w:val="28"/>
        </w:rPr>
        <w:t>ế</w:t>
      </w:r>
      <w:r w:rsidRPr="00186034">
        <w:rPr>
          <w:rFonts w:ascii="Times New Roman" w:hAnsi="Times New Roman" w:cs="Times New Roman"/>
          <w:b/>
          <w:sz w:val="28"/>
          <w:szCs w:val="28"/>
        </w:rPr>
        <w:t>t</w:t>
      </w:r>
      <w:r w:rsidRPr="00186034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Pr="00186034">
        <w:rPr>
          <w:rFonts w:ascii="Times New Roman" w:hAnsi="Times New Roman" w:cs="Times New Roman"/>
          <w:b/>
          <w:sz w:val="28"/>
          <w:szCs w:val="28"/>
        </w:rPr>
        <w:t>(Ký tên và ghi rõ h</w:t>
      </w:r>
      <w:r w:rsidRPr="00186034">
        <w:rPr>
          <w:rFonts w:ascii="Times New Roman" w:hAnsi="Times New Roman" w:cs="Times New Roman"/>
          <w:b/>
          <w:sz w:val="28"/>
          <w:szCs w:val="28"/>
        </w:rPr>
        <w:t>ọ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tên c</w:t>
      </w:r>
      <w:r w:rsidRPr="00186034">
        <w:rPr>
          <w:rFonts w:ascii="Times New Roman" w:hAnsi="Times New Roman" w:cs="Times New Roman"/>
          <w:b/>
          <w:sz w:val="28"/>
          <w:szCs w:val="28"/>
        </w:rPr>
        <w:t>ả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v</w:t>
      </w:r>
      <w:r w:rsidRPr="00186034">
        <w:rPr>
          <w:rFonts w:ascii="Times New Roman" w:hAnsi="Times New Roman" w:cs="Times New Roman"/>
          <w:b/>
          <w:sz w:val="28"/>
          <w:szCs w:val="28"/>
        </w:rPr>
        <w:t>ợ</w:t>
      </w:r>
      <w:r w:rsidRPr="00186034">
        <w:rPr>
          <w:rFonts w:ascii="Times New Roman" w:hAnsi="Times New Roman" w:cs="Times New Roman"/>
          <w:b/>
          <w:sz w:val="28"/>
          <w:szCs w:val="28"/>
        </w:rPr>
        <w:t xml:space="preserve"> và ch</w:t>
      </w:r>
      <w:r w:rsidRPr="00186034">
        <w:rPr>
          <w:rFonts w:ascii="Times New Roman" w:hAnsi="Times New Roman" w:cs="Times New Roman"/>
          <w:b/>
          <w:sz w:val="28"/>
          <w:szCs w:val="28"/>
        </w:rPr>
        <w:t>ồ</w:t>
      </w:r>
      <w:r w:rsidRPr="00186034">
        <w:rPr>
          <w:rFonts w:ascii="Times New Roman" w:hAnsi="Times New Roman" w:cs="Times New Roman"/>
          <w:b/>
          <w:sz w:val="28"/>
          <w:szCs w:val="28"/>
        </w:rPr>
        <w:t>ng)</w:t>
      </w:r>
    </w:p>
    <w:sectPr w:rsidR="000A0CC2" w:rsidRPr="0018603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0CC2"/>
    <w:rsid w:val="0015074B"/>
    <w:rsid w:val="00186034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E3F73DC-D6A4-4FC4-8CE4-518758D9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D4C98B-91D9-4A82-8BA4-E0AD5F65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2025-06-19T01:04:00Z</dcterms:created>
  <dcterms:modified xsi:type="dcterms:W3CDTF">2025-06-19T01:04:00Z</dcterms:modified>
  <cp:category/>
</cp:coreProperties>
</file>