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EBF" w:rsidRPr="009511EF" w:rsidRDefault="009511EF">
      <w:pPr>
        <w:jc w:val="center"/>
        <w:rPr>
          <w:rFonts w:ascii="Times New Roman" w:hAnsi="Times New Roman" w:cs="Times New Roman"/>
          <w:sz w:val="28"/>
          <w:szCs w:val="28"/>
        </w:rPr>
      </w:pPr>
      <w:r w:rsidRPr="009511EF">
        <w:rPr>
          <w:rFonts w:ascii="Times New Roman" w:hAnsi="Times New Roman" w:cs="Times New Roman"/>
          <w:b/>
          <w:sz w:val="28"/>
          <w:szCs w:val="28"/>
        </w:rPr>
        <w:t>C</w:t>
      </w:r>
      <w:r w:rsidRPr="009511EF">
        <w:rPr>
          <w:rFonts w:ascii="Times New Roman" w:hAnsi="Times New Roman" w:cs="Times New Roman"/>
          <w:b/>
          <w:sz w:val="28"/>
          <w:szCs w:val="28"/>
        </w:rPr>
        <w:t>Ộ</w:t>
      </w:r>
      <w:r w:rsidRPr="009511EF">
        <w:rPr>
          <w:rFonts w:ascii="Times New Roman" w:hAnsi="Times New Roman" w:cs="Times New Roman"/>
          <w:b/>
          <w:sz w:val="28"/>
          <w:szCs w:val="28"/>
        </w:rPr>
        <w:t>NG HÒA XÃ H</w:t>
      </w:r>
      <w:r w:rsidRPr="009511EF">
        <w:rPr>
          <w:rFonts w:ascii="Times New Roman" w:hAnsi="Times New Roman" w:cs="Times New Roman"/>
          <w:b/>
          <w:sz w:val="28"/>
          <w:szCs w:val="28"/>
        </w:rPr>
        <w:t>Ộ</w:t>
      </w:r>
      <w:r w:rsidRPr="009511EF">
        <w:rPr>
          <w:rFonts w:ascii="Times New Roman" w:hAnsi="Times New Roman" w:cs="Times New Roman"/>
          <w:b/>
          <w:sz w:val="28"/>
          <w:szCs w:val="28"/>
        </w:rPr>
        <w:t>I CH</w:t>
      </w:r>
      <w:r w:rsidRPr="009511EF">
        <w:rPr>
          <w:rFonts w:ascii="Times New Roman" w:hAnsi="Times New Roman" w:cs="Times New Roman"/>
          <w:b/>
          <w:sz w:val="28"/>
          <w:szCs w:val="28"/>
        </w:rPr>
        <w:t>Ủ</w:t>
      </w:r>
      <w:r w:rsidRPr="009511EF">
        <w:rPr>
          <w:rFonts w:ascii="Times New Roman" w:hAnsi="Times New Roman" w:cs="Times New Roman"/>
          <w:b/>
          <w:sz w:val="28"/>
          <w:szCs w:val="28"/>
        </w:rPr>
        <w:t xml:space="preserve"> NGHĨA VI</w:t>
      </w:r>
      <w:r w:rsidRPr="009511EF">
        <w:rPr>
          <w:rFonts w:ascii="Times New Roman" w:hAnsi="Times New Roman" w:cs="Times New Roman"/>
          <w:b/>
          <w:sz w:val="28"/>
          <w:szCs w:val="28"/>
        </w:rPr>
        <w:t>Ệ</w:t>
      </w:r>
      <w:r w:rsidRPr="009511EF">
        <w:rPr>
          <w:rFonts w:ascii="Times New Roman" w:hAnsi="Times New Roman" w:cs="Times New Roman"/>
          <w:b/>
          <w:sz w:val="28"/>
          <w:szCs w:val="28"/>
        </w:rPr>
        <w:t>T NAM</w:t>
      </w:r>
      <w:r w:rsidRPr="009511EF">
        <w:rPr>
          <w:rFonts w:ascii="Times New Roman" w:hAnsi="Times New Roman" w:cs="Times New Roman"/>
          <w:b/>
          <w:sz w:val="28"/>
          <w:szCs w:val="28"/>
        </w:rPr>
        <w:br/>
        <w:t>Đ</w:t>
      </w:r>
      <w:r w:rsidRPr="009511EF">
        <w:rPr>
          <w:rFonts w:ascii="Times New Roman" w:hAnsi="Times New Roman" w:cs="Times New Roman"/>
          <w:b/>
          <w:sz w:val="28"/>
          <w:szCs w:val="28"/>
        </w:rPr>
        <w:t>ộ</w:t>
      </w:r>
      <w:r w:rsidRPr="009511EF">
        <w:rPr>
          <w:rFonts w:ascii="Times New Roman" w:hAnsi="Times New Roman" w:cs="Times New Roman"/>
          <w:b/>
          <w:sz w:val="28"/>
          <w:szCs w:val="28"/>
        </w:rPr>
        <w:t>c l</w:t>
      </w:r>
      <w:r w:rsidRPr="009511EF">
        <w:rPr>
          <w:rFonts w:ascii="Times New Roman" w:hAnsi="Times New Roman" w:cs="Times New Roman"/>
          <w:b/>
          <w:sz w:val="28"/>
          <w:szCs w:val="28"/>
        </w:rPr>
        <w:t>ậ</w:t>
      </w:r>
      <w:r w:rsidRPr="009511EF">
        <w:rPr>
          <w:rFonts w:ascii="Times New Roman" w:hAnsi="Times New Roman" w:cs="Times New Roman"/>
          <w:b/>
          <w:sz w:val="28"/>
          <w:szCs w:val="28"/>
        </w:rPr>
        <w:t>p - T</w:t>
      </w:r>
      <w:r w:rsidRPr="009511EF">
        <w:rPr>
          <w:rFonts w:ascii="Times New Roman" w:hAnsi="Times New Roman" w:cs="Times New Roman"/>
          <w:b/>
          <w:sz w:val="28"/>
          <w:szCs w:val="28"/>
        </w:rPr>
        <w:t>ự</w:t>
      </w:r>
      <w:r w:rsidRPr="009511EF">
        <w:rPr>
          <w:rFonts w:ascii="Times New Roman" w:hAnsi="Times New Roman" w:cs="Times New Roman"/>
          <w:b/>
          <w:sz w:val="28"/>
          <w:szCs w:val="28"/>
        </w:rPr>
        <w:t xml:space="preserve"> do - H</w:t>
      </w:r>
      <w:r w:rsidRPr="009511EF">
        <w:rPr>
          <w:rFonts w:ascii="Times New Roman" w:hAnsi="Times New Roman" w:cs="Times New Roman"/>
          <w:b/>
          <w:sz w:val="28"/>
          <w:szCs w:val="28"/>
        </w:rPr>
        <w:t>ạ</w:t>
      </w:r>
      <w:r w:rsidRPr="009511EF">
        <w:rPr>
          <w:rFonts w:ascii="Times New Roman" w:hAnsi="Times New Roman" w:cs="Times New Roman"/>
          <w:b/>
          <w:sz w:val="28"/>
          <w:szCs w:val="28"/>
        </w:rPr>
        <w:t>nh phúc</w:t>
      </w:r>
    </w:p>
    <w:p w:rsidR="004D4EBF" w:rsidRPr="009511EF" w:rsidRDefault="009511EF" w:rsidP="0095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1EF">
        <w:rPr>
          <w:rFonts w:ascii="Times New Roman" w:hAnsi="Times New Roman" w:cs="Times New Roman"/>
          <w:sz w:val="28"/>
          <w:szCs w:val="28"/>
        </w:rPr>
        <w:br/>
      </w:r>
      <w:r w:rsidRPr="009511EF">
        <w:rPr>
          <w:rFonts w:ascii="Times New Roman" w:eastAsiaTheme="majorEastAsia" w:hAnsi="Times New Roman" w:cs="Times New Roman"/>
          <w:b/>
          <w:spacing w:val="5"/>
          <w:kern w:val="28"/>
          <w:sz w:val="28"/>
          <w:szCs w:val="28"/>
        </w:rPr>
        <w:t>HỢP ĐỒNG LIÊN DOANH</w:t>
      </w:r>
    </w:p>
    <w:p w:rsidR="004D4EBF" w:rsidRPr="009511EF" w:rsidRDefault="009511EF" w:rsidP="009511EF">
      <w:pPr>
        <w:jc w:val="center"/>
        <w:rPr>
          <w:rFonts w:ascii="Times New Roman" w:hAnsi="Times New Roman" w:cs="Times New Roman"/>
          <w:sz w:val="28"/>
          <w:szCs w:val="28"/>
        </w:rPr>
      </w:pPr>
      <w:r w:rsidRPr="009511EF">
        <w:rPr>
          <w:rFonts w:ascii="Times New Roman" w:hAnsi="Times New Roman" w:cs="Times New Roman"/>
          <w:b/>
          <w:sz w:val="28"/>
          <w:szCs w:val="28"/>
        </w:rPr>
        <w:t>V/v: Thành l</w:t>
      </w:r>
      <w:r w:rsidRPr="009511EF">
        <w:rPr>
          <w:rFonts w:ascii="Times New Roman" w:hAnsi="Times New Roman" w:cs="Times New Roman"/>
          <w:b/>
          <w:sz w:val="28"/>
          <w:szCs w:val="28"/>
        </w:rPr>
        <w:t>ậ</w:t>
      </w:r>
      <w:r w:rsidRPr="009511EF">
        <w:rPr>
          <w:rFonts w:ascii="Times New Roman" w:hAnsi="Times New Roman" w:cs="Times New Roman"/>
          <w:b/>
          <w:sz w:val="28"/>
          <w:szCs w:val="28"/>
        </w:rPr>
        <w:t>p công ty kinh doanh d</w:t>
      </w:r>
      <w:r w:rsidRPr="009511EF">
        <w:rPr>
          <w:rFonts w:ascii="Times New Roman" w:hAnsi="Times New Roman" w:cs="Times New Roman"/>
          <w:b/>
          <w:sz w:val="28"/>
          <w:szCs w:val="28"/>
        </w:rPr>
        <w:t>ị</w:t>
      </w:r>
      <w:r w:rsidRPr="009511EF">
        <w:rPr>
          <w:rFonts w:ascii="Times New Roman" w:hAnsi="Times New Roman" w:cs="Times New Roman"/>
          <w:b/>
          <w:sz w:val="28"/>
          <w:szCs w:val="28"/>
        </w:rPr>
        <w:t>ch v</w:t>
      </w:r>
      <w:r w:rsidRPr="009511EF">
        <w:rPr>
          <w:rFonts w:ascii="Times New Roman" w:hAnsi="Times New Roman" w:cs="Times New Roman"/>
          <w:b/>
          <w:sz w:val="28"/>
          <w:szCs w:val="28"/>
        </w:rPr>
        <w:t>ụ</w:t>
      </w:r>
      <w:r w:rsidRPr="009511EF">
        <w:rPr>
          <w:rFonts w:ascii="Times New Roman" w:hAnsi="Times New Roman" w:cs="Times New Roman"/>
          <w:b/>
          <w:sz w:val="28"/>
          <w:szCs w:val="28"/>
        </w:rPr>
        <w:t xml:space="preserve"> sân gôn</w:t>
      </w:r>
      <w:r w:rsidRPr="009511EF">
        <w:rPr>
          <w:rFonts w:ascii="Times New Roman" w:hAnsi="Times New Roman" w:cs="Times New Roman"/>
          <w:sz w:val="28"/>
          <w:szCs w:val="28"/>
        </w:rPr>
        <w:br/>
      </w:r>
    </w:p>
    <w:p w:rsidR="004D4EBF" w:rsidRPr="009511EF" w:rsidRDefault="009511EF">
      <w:pPr>
        <w:pStyle w:val="Heading1"/>
        <w:rPr>
          <w:rFonts w:ascii="Times New Roman" w:hAnsi="Times New Roman" w:cs="Times New Roman"/>
          <w:color w:val="auto"/>
        </w:rPr>
      </w:pPr>
      <w:r w:rsidRPr="009511EF">
        <w:rPr>
          <w:rFonts w:ascii="Times New Roman" w:hAnsi="Times New Roman" w:cs="Times New Roman"/>
          <w:color w:val="auto"/>
        </w:rPr>
        <w:t>Đi</w:t>
      </w:r>
      <w:r w:rsidRPr="009511EF">
        <w:rPr>
          <w:rFonts w:ascii="Times New Roman" w:hAnsi="Times New Roman" w:cs="Times New Roman"/>
          <w:color w:val="auto"/>
        </w:rPr>
        <w:t>ề</w:t>
      </w:r>
      <w:r w:rsidRPr="009511EF">
        <w:rPr>
          <w:rFonts w:ascii="Times New Roman" w:hAnsi="Times New Roman" w:cs="Times New Roman"/>
          <w:color w:val="auto"/>
        </w:rPr>
        <w:t>u 1: Thông tin các bên liên doanh</w:t>
      </w:r>
    </w:p>
    <w:p w:rsidR="004D4EBF" w:rsidRPr="009511EF" w:rsidRDefault="009511EF">
      <w:pPr>
        <w:rPr>
          <w:rFonts w:ascii="Times New Roman" w:hAnsi="Times New Roman" w:cs="Times New Roman"/>
          <w:sz w:val="28"/>
          <w:szCs w:val="28"/>
        </w:rPr>
      </w:pPr>
      <w:r w:rsidRPr="009511EF">
        <w:rPr>
          <w:rFonts w:ascii="Times New Roman" w:hAnsi="Times New Roman" w:cs="Times New Roman"/>
          <w:sz w:val="28"/>
          <w:szCs w:val="28"/>
        </w:rPr>
        <w:t>Bên A: ......................................................................................................</w:t>
      </w:r>
      <w:r w:rsidRPr="009511EF">
        <w:rPr>
          <w:rFonts w:ascii="Times New Roman" w:hAnsi="Times New Roman" w:cs="Times New Roman"/>
          <w:sz w:val="28"/>
          <w:szCs w:val="28"/>
        </w:rPr>
        <w:br/>
        <w:t>- Tên: ......................................................................................................</w:t>
      </w:r>
      <w:r w:rsidRPr="009511EF">
        <w:rPr>
          <w:rFonts w:ascii="Times New Roman" w:hAnsi="Times New Roman" w:cs="Times New Roman"/>
          <w:sz w:val="28"/>
          <w:szCs w:val="28"/>
        </w:rPr>
        <w:br/>
        <w:t>- Đ</w:t>
      </w:r>
      <w:r w:rsidRPr="009511EF">
        <w:rPr>
          <w:rFonts w:ascii="Times New Roman" w:hAnsi="Times New Roman" w:cs="Times New Roman"/>
          <w:sz w:val="28"/>
          <w:szCs w:val="28"/>
        </w:rPr>
        <w:t>ị</w:t>
      </w:r>
      <w:r w:rsidRPr="009511EF">
        <w:rPr>
          <w:rFonts w:ascii="Times New Roman" w:hAnsi="Times New Roman" w:cs="Times New Roman"/>
          <w:sz w:val="28"/>
          <w:szCs w:val="28"/>
        </w:rPr>
        <w:t>a ch</w:t>
      </w:r>
      <w:r w:rsidRPr="009511EF">
        <w:rPr>
          <w:rFonts w:ascii="Times New Roman" w:hAnsi="Times New Roman" w:cs="Times New Roman"/>
          <w:sz w:val="28"/>
          <w:szCs w:val="28"/>
        </w:rPr>
        <w:t>ỉ</w:t>
      </w:r>
      <w:r w:rsidRPr="009511EF">
        <w:rPr>
          <w:rFonts w:ascii="Times New Roman" w:hAnsi="Times New Roman" w:cs="Times New Roman"/>
          <w:sz w:val="28"/>
          <w:szCs w:val="28"/>
        </w:rPr>
        <w:t>: ......................................................................................................</w:t>
      </w:r>
    </w:p>
    <w:p w:rsidR="004D4EBF" w:rsidRPr="009511EF" w:rsidRDefault="009511EF">
      <w:pPr>
        <w:pStyle w:val="Heading1"/>
        <w:rPr>
          <w:rFonts w:ascii="Times New Roman" w:hAnsi="Times New Roman" w:cs="Times New Roman"/>
          <w:color w:val="auto"/>
        </w:rPr>
      </w:pPr>
      <w:r w:rsidRPr="009511EF">
        <w:rPr>
          <w:rFonts w:ascii="Times New Roman" w:hAnsi="Times New Roman" w:cs="Times New Roman"/>
          <w:color w:val="auto"/>
        </w:rPr>
        <w:t>Đi</w:t>
      </w:r>
      <w:r w:rsidRPr="009511EF">
        <w:rPr>
          <w:rFonts w:ascii="Times New Roman" w:hAnsi="Times New Roman" w:cs="Times New Roman"/>
          <w:color w:val="auto"/>
        </w:rPr>
        <w:t>ề</w:t>
      </w:r>
      <w:r w:rsidRPr="009511EF">
        <w:rPr>
          <w:rFonts w:ascii="Times New Roman" w:hAnsi="Times New Roman" w:cs="Times New Roman"/>
          <w:color w:val="auto"/>
        </w:rPr>
        <w:t>u 2: M</w:t>
      </w:r>
      <w:r w:rsidRPr="009511EF">
        <w:rPr>
          <w:rFonts w:ascii="Times New Roman" w:hAnsi="Times New Roman" w:cs="Times New Roman"/>
          <w:color w:val="auto"/>
        </w:rPr>
        <w:t>ụ</w:t>
      </w:r>
      <w:r w:rsidRPr="009511EF">
        <w:rPr>
          <w:rFonts w:ascii="Times New Roman" w:hAnsi="Times New Roman" w:cs="Times New Roman"/>
          <w:color w:val="auto"/>
        </w:rPr>
        <w:t>c tiêu liên doanh</w:t>
      </w:r>
    </w:p>
    <w:p w:rsidR="004D4EBF" w:rsidRPr="009511EF" w:rsidRDefault="009511EF">
      <w:pPr>
        <w:rPr>
          <w:rFonts w:ascii="Times New Roman" w:hAnsi="Times New Roman" w:cs="Times New Roman"/>
          <w:sz w:val="28"/>
          <w:szCs w:val="28"/>
        </w:rPr>
      </w:pPr>
      <w:r w:rsidRPr="009511EF">
        <w:rPr>
          <w:rFonts w:ascii="Times New Roman" w:hAnsi="Times New Roman" w:cs="Times New Roman"/>
          <w:sz w:val="28"/>
          <w:szCs w:val="28"/>
        </w:rPr>
        <w:t>Hai bên th</w:t>
      </w:r>
      <w:r w:rsidRPr="009511EF">
        <w:rPr>
          <w:rFonts w:ascii="Times New Roman" w:hAnsi="Times New Roman" w:cs="Times New Roman"/>
          <w:sz w:val="28"/>
          <w:szCs w:val="28"/>
        </w:rPr>
        <w:t>ố</w:t>
      </w:r>
      <w:r w:rsidRPr="009511EF">
        <w:rPr>
          <w:rFonts w:ascii="Times New Roman" w:hAnsi="Times New Roman" w:cs="Times New Roman"/>
          <w:sz w:val="28"/>
          <w:szCs w:val="28"/>
        </w:rPr>
        <w:t>ng nh</w:t>
      </w:r>
      <w:r w:rsidRPr="009511EF">
        <w:rPr>
          <w:rFonts w:ascii="Times New Roman" w:hAnsi="Times New Roman" w:cs="Times New Roman"/>
          <w:sz w:val="28"/>
          <w:szCs w:val="28"/>
        </w:rPr>
        <w:t>ấ</w:t>
      </w:r>
      <w:r w:rsidRPr="009511EF">
        <w:rPr>
          <w:rFonts w:ascii="Times New Roman" w:hAnsi="Times New Roman" w:cs="Times New Roman"/>
          <w:sz w:val="28"/>
          <w:szCs w:val="28"/>
        </w:rPr>
        <w:t>t liên doanh đ</w:t>
      </w:r>
      <w:r w:rsidRPr="009511EF">
        <w:rPr>
          <w:rFonts w:ascii="Times New Roman" w:hAnsi="Times New Roman" w:cs="Times New Roman"/>
          <w:sz w:val="28"/>
          <w:szCs w:val="28"/>
        </w:rPr>
        <w:t>ể</w:t>
      </w:r>
      <w:r w:rsidRPr="009511EF">
        <w:rPr>
          <w:rFonts w:ascii="Times New Roman" w:hAnsi="Times New Roman" w:cs="Times New Roman"/>
          <w:sz w:val="28"/>
          <w:szCs w:val="28"/>
        </w:rPr>
        <w:t xml:space="preserve"> thành l</w:t>
      </w:r>
      <w:r w:rsidRPr="009511EF">
        <w:rPr>
          <w:rFonts w:ascii="Times New Roman" w:hAnsi="Times New Roman" w:cs="Times New Roman"/>
          <w:sz w:val="28"/>
          <w:szCs w:val="28"/>
        </w:rPr>
        <w:t>ậ</w:t>
      </w:r>
      <w:r w:rsidRPr="009511EF">
        <w:rPr>
          <w:rFonts w:ascii="Times New Roman" w:hAnsi="Times New Roman" w:cs="Times New Roman"/>
          <w:sz w:val="28"/>
          <w:szCs w:val="28"/>
        </w:rPr>
        <w:t>p Công ty TNHH/CTCP ho</w:t>
      </w:r>
      <w:r w:rsidRPr="009511EF">
        <w:rPr>
          <w:rFonts w:ascii="Times New Roman" w:hAnsi="Times New Roman" w:cs="Times New Roman"/>
          <w:sz w:val="28"/>
          <w:szCs w:val="28"/>
        </w:rPr>
        <w:t>ạ</w:t>
      </w:r>
      <w:r w:rsidRPr="009511EF">
        <w:rPr>
          <w:rFonts w:ascii="Times New Roman" w:hAnsi="Times New Roman" w:cs="Times New Roman"/>
          <w:sz w:val="28"/>
          <w:szCs w:val="28"/>
        </w:rPr>
        <w:t>t đ</w:t>
      </w:r>
      <w:r w:rsidRPr="009511EF">
        <w:rPr>
          <w:rFonts w:ascii="Times New Roman" w:hAnsi="Times New Roman" w:cs="Times New Roman"/>
          <w:sz w:val="28"/>
          <w:szCs w:val="28"/>
        </w:rPr>
        <w:t>ộ</w:t>
      </w:r>
      <w:r w:rsidRPr="009511EF">
        <w:rPr>
          <w:rFonts w:ascii="Times New Roman" w:hAnsi="Times New Roman" w:cs="Times New Roman"/>
          <w:sz w:val="28"/>
          <w:szCs w:val="28"/>
        </w:rPr>
        <w:t>ng trong lĩnh v</w:t>
      </w:r>
      <w:r w:rsidRPr="009511EF">
        <w:rPr>
          <w:rFonts w:ascii="Times New Roman" w:hAnsi="Times New Roman" w:cs="Times New Roman"/>
          <w:sz w:val="28"/>
          <w:szCs w:val="28"/>
        </w:rPr>
        <w:t>ự</w:t>
      </w:r>
      <w:r w:rsidRPr="009511EF">
        <w:rPr>
          <w:rFonts w:ascii="Times New Roman" w:hAnsi="Times New Roman" w:cs="Times New Roman"/>
          <w:sz w:val="28"/>
          <w:szCs w:val="28"/>
        </w:rPr>
        <w:t>c kinh doanh sân gôn và các d</w:t>
      </w:r>
      <w:r w:rsidRPr="009511EF">
        <w:rPr>
          <w:rFonts w:ascii="Times New Roman" w:hAnsi="Times New Roman" w:cs="Times New Roman"/>
          <w:sz w:val="28"/>
          <w:szCs w:val="28"/>
        </w:rPr>
        <w:t>ị</w:t>
      </w:r>
      <w:r w:rsidRPr="009511EF">
        <w:rPr>
          <w:rFonts w:ascii="Times New Roman" w:hAnsi="Times New Roman" w:cs="Times New Roman"/>
          <w:sz w:val="28"/>
          <w:szCs w:val="28"/>
        </w:rPr>
        <w:t>ch v</w:t>
      </w:r>
      <w:r w:rsidRPr="009511EF">
        <w:rPr>
          <w:rFonts w:ascii="Times New Roman" w:hAnsi="Times New Roman" w:cs="Times New Roman"/>
          <w:sz w:val="28"/>
          <w:szCs w:val="28"/>
        </w:rPr>
        <w:t>ụ</w:t>
      </w:r>
      <w:r w:rsidRPr="009511EF">
        <w:rPr>
          <w:rFonts w:ascii="Times New Roman" w:hAnsi="Times New Roman" w:cs="Times New Roman"/>
          <w:sz w:val="28"/>
          <w:szCs w:val="28"/>
        </w:rPr>
        <w:t xml:space="preserve"> liên quan như đào t</w:t>
      </w:r>
      <w:r w:rsidRPr="009511EF">
        <w:rPr>
          <w:rFonts w:ascii="Times New Roman" w:hAnsi="Times New Roman" w:cs="Times New Roman"/>
          <w:sz w:val="28"/>
          <w:szCs w:val="28"/>
        </w:rPr>
        <w:t>ạ</w:t>
      </w:r>
      <w:r w:rsidRPr="009511EF">
        <w:rPr>
          <w:rFonts w:ascii="Times New Roman" w:hAnsi="Times New Roman" w:cs="Times New Roman"/>
          <w:sz w:val="28"/>
          <w:szCs w:val="28"/>
        </w:rPr>
        <w:t>o, t</w:t>
      </w:r>
      <w:r w:rsidRPr="009511EF">
        <w:rPr>
          <w:rFonts w:ascii="Times New Roman" w:hAnsi="Times New Roman" w:cs="Times New Roman"/>
          <w:sz w:val="28"/>
          <w:szCs w:val="28"/>
        </w:rPr>
        <w:t>ổ</w:t>
      </w:r>
      <w:r w:rsidRPr="009511EF">
        <w:rPr>
          <w:rFonts w:ascii="Times New Roman" w:hAnsi="Times New Roman" w:cs="Times New Roman"/>
          <w:sz w:val="28"/>
          <w:szCs w:val="28"/>
        </w:rPr>
        <w:t xml:space="preserve"> ch</w:t>
      </w:r>
      <w:r w:rsidRPr="009511EF">
        <w:rPr>
          <w:rFonts w:ascii="Times New Roman" w:hAnsi="Times New Roman" w:cs="Times New Roman"/>
          <w:sz w:val="28"/>
          <w:szCs w:val="28"/>
        </w:rPr>
        <w:t>ứ</w:t>
      </w:r>
      <w:r w:rsidRPr="009511EF">
        <w:rPr>
          <w:rFonts w:ascii="Times New Roman" w:hAnsi="Times New Roman" w:cs="Times New Roman"/>
          <w:sz w:val="28"/>
          <w:szCs w:val="28"/>
        </w:rPr>
        <w:t>c gi</w:t>
      </w:r>
      <w:r w:rsidRPr="009511EF">
        <w:rPr>
          <w:rFonts w:ascii="Times New Roman" w:hAnsi="Times New Roman" w:cs="Times New Roman"/>
          <w:sz w:val="28"/>
          <w:szCs w:val="28"/>
        </w:rPr>
        <w:t>ả</w:t>
      </w:r>
      <w:r w:rsidRPr="009511EF">
        <w:rPr>
          <w:rFonts w:ascii="Times New Roman" w:hAnsi="Times New Roman" w:cs="Times New Roman"/>
          <w:sz w:val="28"/>
          <w:szCs w:val="28"/>
        </w:rPr>
        <w:t>i đ</w:t>
      </w:r>
      <w:r w:rsidRPr="009511EF">
        <w:rPr>
          <w:rFonts w:ascii="Times New Roman" w:hAnsi="Times New Roman" w:cs="Times New Roman"/>
          <w:sz w:val="28"/>
          <w:szCs w:val="28"/>
        </w:rPr>
        <w:t>ấ</w:t>
      </w:r>
      <w:r w:rsidRPr="009511EF">
        <w:rPr>
          <w:rFonts w:ascii="Times New Roman" w:hAnsi="Times New Roman" w:cs="Times New Roman"/>
          <w:sz w:val="28"/>
          <w:szCs w:val="28"/>
        </w:rPr>
        <w:t>u, cho thuê sân, nhà hàng, khách s</w:t>
      </w:r>
      <w:r w:rsidRPr="009511EF">
        <w:rPr>
          <w:rFonts w:ascii="Times New Roman" w:hAnsi="Times New Roman" w:cs="Times New Roman"/>
          <w:sz w:val="28"/>
          <w:szCs w:val="28"/>
        </w:rPr>
        <w:t>ạ</w:t>
      </w:r>
      <w:r w:rsidRPr="009511EF">
        <w:rPr>
          <w:rFonts w:ascii="Times New Roman" w:hAnsi="Times New Roman" w:cs="Times New Roman"/>
          <w:sz w:val="28"/>
          <w:szCs w:val="28"/>
        </w:rPr>
        <w:t>n,...</w:t>
      </w:r>
    </w:p>
    <w:p w:rsidR="004D4EBF" w:rsidRPr="009511EF" w:rsidRDefault="009511EF">
      <w:pPr>
        <w:pStyle w:val="Heading1"/>
        <w:rPr>
          <w:rFonts w:ascii="Times New Roman" w:hAnsi="Times New Roman" w:cs="Times New Roman"/>
          <w:color w:val="auto"/>
        </w:rPr>
      </w:pPr>
      <w:r w:rsidRPr="009511EF">
        <w:rPr>
          <w:rFonts w:ascii="Times New Roman" w:hAnsi="Times New Roman" w:cs="Times New Roman"/>
          <w:color w:val="auto"/>
        </w:rPr>
        <w:t>Đi</w:t>
      </w:r>
      <w:r w:rsidRPr="009511EF">
        <w:rPr>
          <w:rFonts w:ascii="Times New Roman" w:hAnsi="Times New Roman" w:cs="Times New Roman"/>
          <w:color w:val="auto"/>
        </w:rPr>
        <w:t>ề</w:t>
      </w:r>
      <w:r w:rsidRPr="009511EF">
        <w:rPr>
          <w:rFonts w:ascii="Times New Roman" w:hAnsi="Times New Roman" w:cs="Times New Roman"/>
          <w:color w:val="auto"/>
        </w:rPr>
        <w:t xml:space="preserve">u 3: Tên </w:t>
      </w:r>
      <w:r w:rsidRPr="009511EF">
        <w:rPr>
          <w:rFonts w:ascii="Times New Roman" w:hAnsi="Times New Roman" w:cs="Times New Roman"/>
          <w:color w:val="auto"/>
        </w:rPr>
        <w:t>và tr</w:t>
      </w:r>
      <w:r w:rsidRPr="009511EF">
        <w:rPr>
          <w:rFonts w:ascii="Times New Roman" w:hAnsi="Times New Roman" w:cs="Times New Roman"/>
          <w:color w:val="auto"/>
        </w:rPr>
        <w:t>ụ</w:t>
      </w:r>
      <w:r w:rsidRPr="009511EF">
        <w:rPr>
          <w:rFonts w:ascii="Times New Roman" w:hAnsi="Times New Roman" w:cs="Times New Roman"/>
          <w:color w:val="auto"/>
        </w:rPr>
        <w:t xml:space="preserve"> s</w:t>
      </w:r>
      <w:r w:rsidRPr="009511EF">
        <w:rPr>
          <w:rFonts w:ascii="Times New Roman" w:hAnsi="Times New Roman" w:cs="Times New Roman"/>
          <w:color w:val="auto"/>
        </w:rPr>
        <w:t>ở</w:t>
      </w:r>
      <w:r w:rsidRPr="009511EF">
        <w:rPr>
          <w:rFonts w:ascii="Times New Roman" w:hAnsi="Times New Roman" w:cs="Times New Roman"/>
          <w:color w:val="auto"/>
        </w:rPr>
        <w:t xml:space="preserve"> công ty liên doanh</w:t>
      </w:r>
    </w:p>
    <w:p w:rsidR="004D4EBF" w:rsidRPr="009511EF" w:rsidRDefault="009511EF">
      <w:pPr>
        <w:rPr>
          <w:rFonts w:ascii="Times New Roman" w:hAnsi="Times New Roman" w:cs="Times New Roman"/>
          <w:sz w:val="28"/>
          <w:szCs w:val="28"/>
        </w:rPr>
      </w:pPr>
      <w:r w:rsidRPr="009511EF">
        <w:rPr>
          <w:rFonts w:ascii="Times New Roman" w:hAnsi="Times New Roman" w:cs="Times New Roman"/>
          <w:sz w:val="28"/>
          <w:szCs w:val="28"/>
        </w:rPr>
        <w:t>Tên công ty: ......................................................................................................</w:t>
      </w:r>
      <w:r w:rsidRPr="009511EF">
        <w:rPr>
          <w:rFonts w:ascii="Times New Roman" w:hAnsi="Times New Roman" w:cs="Times New Roman"/>
          <w:sz w:val="28"/>
          <w:szCs w:val="28"/>
        </w:rPr>
        <w:br/>
        <w:t>Tr</w:t>
      </w:r>
      <w:r w:rsidRPr="009511EF">
        <w:rPr>
          <w:rFonts w:ascii="Times New Roman" w:hAnsi="Times New Roman" w:cs="Times New Roman"/>
          <w:sz w:val="28"/>
          <w:szCs w:val="28"/>
        </w:rPr>
        <w:t>ụ</w:t>
      </w:r>
      <w:r w:rsidRPr="009511EF">
        <w:rPr>
          <w:rFonts w:ascii="Times New Roman" w:hAnsi="Times New Roman" w:cs="Times New Roman"/>
          <w:sz w:val="28"/>
          <w:szCs w:val="28"/>
        </w:rPr>
        <w:t xml:space="preserve"> s</w:t>
      </w:r>
      <w:r w:rsidRPr="009511EF">
        <w:rPr>
          <w:rFonts w:ascii="Times New Roman" w:hAnsi="Times New Roman" w:cs="Times New Roman"/>
          <w:sz w:val="28"/>
          <w:szCs w:val="28"/>
        </w:rPr>
        <w:t>ở</w:t>
      </w:r>
      <w:r w:rsidRPr="009511EF">
        <w:rPr>
          <w:rFonts w:ascii="Times New Roman" w:hAnsi="Times New Roman" w:cs="Times New Roman"/>
          <w:sz w:val="28"/>
          <w:szCs w:val="28"/>
        </w:rPr>
        <w:t xml:space="preserve"> chính: ....................................................................................................</w:t>
      </w:r>
    </w:p>
    <w:p w:rsidR="004D4EBF" w:rsidRPr="009511EF" w:rsidRDefault="009511EF">
      <w:pPr>
        <w:pStyle w:val="Heading1"/>
        <w:rPr>
          <w:rFonts w:ascii="Times New Roman" w:hAnsi="Times New Roman" w:cs="Times New Roman"/>
          <w:color w:val="auto"/>
        </w:rPr>
      </w:pPr>
      <w:r w:rsidRPr="009511EF">
        <w:rPr>
          <w:rFonts w:ascii="Times New Roman" w:hAnsi="Times New Roman" w:cs="Times New Roman"/>
          <w:color w:val="auto"/>
        </w:rPr>
        <w:t>Đi</w:t>
      </w:r>
      <w:r w:rsidRPr="009511EF">
        <w:rPr>
          <w:rFonts w:ascii="Times New Roman" w:hAnsi="Times New Roman" w:cs="Times New Roman"/>
          <w:color w:val="auto"/>
        </w:rPr>
        <w:t>ề</w:t>
      </w:r>
      <w:r w:rsidRPr="009511EF">
        <w:rPr>
          <w:rFonts w:ascii="Times New Roman" w:hAnsi="Times New Roman" w:cs="Times New Roman"/>
          <w:color w:val="auto"/>
        </w:rPr>
        <w:t>u 4: V</w:t>
      </w:r>
      <w:r w:rsidRPr="009511EF">
        <w:rPr>
          <w:rFonts w:ascii="Times New Roman" w:hAnsi="Times New Roman" w:cs="Times New Roman"/>
          <w:color w:val="auto"/>
        </w:rPr>
        <w:t>ố</w:t>
      </w:r>
      <w:r w:rsidRPr="009511EF">
        <w:rPr>
          <w:rFonts w:ascii="Times New Roman" w:hAnsi="Times New Roman" w:cs="Times New Roman"/>
          <w:color w:val="auto"/>
        </w:rPr>
        <w:t>n đi</w:t>
      </w:r>
      <w:r w:rsidRPr="009511EF">
        <w:rPr>
          <w:rFonts w:ascii="Times New Roman" w:hAnsi="Times New Roman" w:cs="Times New Roman"/>
          <w:color w:val="auto"/>
        </w:rPr>
        <w:t>ề</w:t>
      </w:r>
      <w:r w:rsidRPr="009511EF">
        <w:rPr>
          <w:rFonts w:ascii="Times New Roman" w:hAnsi="Times New Roman" w:cs="Times New Roman"/>
          <w:color w:val="auto"/>
        </w:rPr>
        <w:t>u l</w:t>
      </w:r>
      <w:r w:rsidRPr="009511EF">
        <w:rPr>
          <w:rFonts w:ascii="Times New Roman" w:hAnsi="Times New Roman" w:cs="Times New Roman"/>
          <w:color w:val="auto"/>
        </w:rPr>
        <w:t>ệ</w:t>
      </w:r>
      <w:r w:rsidRPr="009511EF">
        <w:rPr>
          <w:rFonts w:ascii="Times New Roman" w:hAnsi="Times New Roman" w:cs="Times New Roman"/>
          <w:color w:val="auto"/>
        </w:rPr>
        <w:t xml:space="preserve"> và t</w:t>
      </w:r>
      <w:r w:rsidRPr="009511EF">
        <w:rPr>
          <w:rFonts w:ascii="Times New Roman" w:hAnsi="Times New Roman" w:cs="Times New Roman"/>
          <w:color w:val="auto"/>
        </w:rPr>
        <w:t>ỷ</w:t>
      </w:r>
      <w:r w:rsidRPr="009511EF">
        <w:rPr>
          <w:rFonts w:ascii="Times New Roman" w:hAnsi="Times New Roman" w:cs="Times New Roman"/>
          <w:color w:val="auto"/>
        </w:rPr>
        <w:t xml:space="preserve"> l</w:t>
      </w:r>
      <w:r w:rsidRPr="009511EF">
        <w:rPr>
          <w:rFonts w:ascii="Times New Roman" w:hAnsi="Times New Roman" w:cs="Times New Roman"/>
          <w:color w:val="auto"/>
        </w:rPr>
        <w:t>ệ</w:t>
      </w:r>
      <w:r w:rsidRPr="009511EF">
        <w:rPr>
          <w:rFonts w:ascii="Times New Roman" w:hAnsi="Times New Roman" w:cs="Times New Roman"/>
          <w:color w:val="auto"/>
        </w:rPr>
        <w:t xml:space="preserve"> góp v</w:t>
      </w:r>
      <w:r w:rsidRPr="009511EF">
        <w:rPr>
          <w:rFonts w:ascii="Times New Roman" w:hAnsi="Times New Roman" w:cs="Times New Roman"/>
          <w:color w:val="auto"/>
        </w:rPr>
        <w:t>ố</w:t>
      </w:r>
      <w:r w:rsidRPr="009511EF">
        <w:rPr>
          <w:rFonts w:ascii="Times New Roman" w:hAnsi="Times New Roman" w:cs="Times New Roman"/>
          <w:color w:val="auto"/>
        </w:rPr>
        <w:t>n</w:t>
      </w:r>
    </w:p>
    <w:p w:rsidR="004D4EBF" w:rsidRPr="009511EF" w:rsidRDefault="009511EF">
      <w:pPr>
        <w:rPr>
          <w:rFonts w:ascii="Times New Roman" w:hAnsi="Times New Roman" w:cs="Times New Roman"/>
          <w:sz w:val="28"/>
          <w:szCs w:val="28"/>
        </w:rPr>
      </w:pPr>
      <w:r w:rsidRPr="009511EF">
        <w:rPr>
          <w:rFonts w:ascii="Times New Roman" w:hAnsi="Times New Roman" w:cs="Times New Roman"/>
          <w:sz w:val="28"/>
          <w:szCs w:val="28"/>
        </w:rPr>
        <w:t>T</w:t>
      </w:r>
      <w:r w:rsidRPr="009511EF">
        <w:rPr>
          <w:rFonts w:ascii="Times New Roman" w:hAnsi="Times New Roman" w:cs="Times New Roman"/>
          <w:sz w:val="28"/>
          <w:szCs w:val="28"/>
        </w:rPr>
        <w:t>ổ</w:t>
      </w:r>
      <w:r w:rsidRPr="009511EF">
        <w:rPr>
          <w:rFonts w:ascii="Times New Roman" w:hAnsi="Times New Roman" w:cs="Times New Roman"/>
          <w:sz w:val="28"/>
          <w:szCs w:val="28"/>
        </w:rPr>
        <w:t>ng v</w:t>
      </w:r>
      <w:r w:rsidRPr="009511EF">
        <w:rPr>
          <w:rFonts w:ascii="Times New Roman" w:hAnsi="Times New Roman" w:cs="Times New Roman"/>
          <w:sz w:val="28"/>
          <w:szCs w:val="28"/>
        </w:rPr>
        <w:t>ố</w:t>
      </w:r>
      <w:r w:rsidRPr="009511EF">
        <w:rPr>
          <w:rFonts w:ascii="Times New Roman" w:hAnsi="Times New Roman" w:cs="Times New Roman"/>
          <w:sz w:val="28"/>
          <w:szCs w:val="28"/>
        </w:rPr>
        <w:t>n đi</w:t>
      </w:r>
      <w:r w:rsidRPr="009511EF">
        <w:rPr>
          <w:rFonts w:ascii="Times New Roman" w:hAnsi="Times New Roman" w:cs="Times New Roman"/>
          <w:sz w:val="28"/>
          <w:szCs w:val="28"/>
        </w:rPr>
        <w:t>ề</w:t>
      </w:r>
      <w:r w:rsidRPr="009511EF">
        <w:rPr>
          <w:rFonts w:ascii="Times New Roman" w:hAnsi="Times New Roman" w:cs="Times New Roman"/>
          <w:sz w:val="28"/>
          <w:szCs w:val="28"/>
        </w:rPr>
        <w:t>u l</w:t>
      </w:r>
      <w:r w:rsidRPr="009511EF">
        <w:rPr>
          <w:rFonts w:ascii="Times New Roman" w:hAnsi="Times New Roman" w:cs="Times New Roman"/>
          <w:sz w:val="28"/>
          <w:szCs w:val="28"/>
        </w:rPr>
        <w:t>ệ</w:t>
      </w:r>
      <w:r w:rsidRPr="009511EF">
        <w:rPr>
          <w:rFonts w:ascii="Times New Roman" w:hAnsi="Times New Roman" w:cs="Times New Roman"/>
          <w:sz w:val="28"/>
          <w:szCs w:val="28"/>
        </w:rPr>
        <w:t>: ..................... VNĐ</w:t>
      </w:r>
      <w:r w:rsidRPr="009511EF">
        <w:rPr>
          <w:rFonts w:ascii="Times New Roman" w:hAnsi="Times New Roman" w:cs="Times New Roman"/>
          <w:sz w:val="28"/>
          <w:szCs w:val="28"/>
        </w:rPr>
        <w:br/>
        <w:t>Bên A g</w:t>
      </w:r>
      <w:r w:rsidRPr="009511EF">
        <w:rPr>
          <w:rFonts w:ascii="Times New Roman" w:hAnsi="Times New Roman" w:cs="Times New Roman"/>
          <w:sz w:val="28"/>
          <w:szCs w:val="28"/>
        </w:rPr>
        <w:t>óp: .........% tương đương ........ VNĐ</w:t>
      </w:r>
      <w:r w:rsidRPr="009511EF">
        <w:rPr>
          <w:rFonts w:ascii="Times New Roman" w:hAnsi="Times New Roman" w:cs="Times New Roman"/>
          <w:sz w:val="28"/>
          <w:szCs w:val="28"/>
        </w:rPr>
        <w:br/>
        <w:t>Bên B góp: .........% tương đương ........ VNĐ</w:t>
      </w:r>
      <w:r w:rsidRPr="009511EF">
        <w:rPr>
          <w:rFonts w:ascii="Times New Roman" w:hAnsi="Times New Roman" w:cs="Times New Roman"/>
          <w:sz w:val="28"/>
          <w:szCs w:val="28"/>
        </w:rPr>
        <w:br/>
        <w:t>Hình th</w:t>
      </w:r>
      <w:r w:rsidRPr="009511EF">
        <w:rPr>
          <w:rFonts w:ascii="Times New Roman" w:hAnsi="Times New Roman" w:cs="Times New Roman"/>
          <w:sz w:val="28"/>
          <w:szCs w:val="28"/>
        </w:rPr>
        <w:t>ứ</w:t>
      </w:r>
      <w:r w:rsidRPr="009511EF">
        <w:rPr>
          <w:rFonts w:ascii="Times New Roman" w:hAnsi="Times New Roman" w:cs="Times New Roman"/>
          <w:sz w:val="28"/>
          <w:szCs w:val="28"/>
        </w:rPr>
        <w:t>c góp v</w:t>
      </w:r>
      <w:r w:rsidRPr="009511EF">
        <w:rPr>
          <w:rFonts w:ascii="Times New Roman" w:hAnsi="Times New Roman" w:cs="Times New Roman"/>
          <w:sz w:val="28"/>
          <w:szCs w:val="28"/>
        </w:rPr>
        <w:t>ố</w:t>
      </w:r>
      <w:r w:rsidRPr="009511EF">
        <w:rPr>
          <w:rFonts w:ascii="Times New Roman" w:hAnsi="Times New Roman" w:cs="Times New Roman"/>
          <w:sz w:val="28"/>
          <w:szCs w:val="28"/>
        </w:rPr>
        <w:t>n: ti</w:t>
      </w:r>
      <w:r w:rsidRPr="009511EF">
        <w:rPr>
          <w:rFonts w:ascii="Times New Roman" w:hAnsi="Times New Roman" w:cs="Times New Roman"/>
          <w:sz w:val="28"/>
          <w:szCs w:val="28"/>
        </w:rPr>
        <w:t>ề</w:t>
      </w:r>
      <w:r w:rsidRPr="009511EF">
        <w:rPr>
          <w:rFonts w:ascii="Times New Roman" w:hAnsi="Times New Roman" w:cs="Times New Roman"/>
          <w:sz w:val="28"/>
          <w:szCs w:val="28"/>
        </w:rPr>
        <w:t>n m</w:t>
      </w:r>
      <w:r w:rsidRPr="009511EF">
        <w:rPr>
          <w:rFonts w:ascii="Times New Roman" w:hAnsi="Times New Roman" w:cs="Times New Roman"/>
          <w:sz w:val="28"/>
          <w:szCs w:val="28"/>
        </w:rPr>
        <w:t>ặ</w:t>
      </w:r>
      <w:r w:rsidRPr="009511EF">
        <w:rPr>
          <w:rFonts w:ascii="Times New Roman" w:hAnsi="Times New Roman" w:cs="Times New Roman"/>
          <w:sz w:val="28"/>
          <w:szCs w:val="28"/>
        </w:rPr>
        <w:t>t, tài s</w:t>
      </w:r>
      <w:r w:rsidRPr="009511EF">
        <w:rPr>
          <w:rFonts w:ascii="Times New Roman" w:hAnsi="Times New Roman" w:cs="Times New Roman"/>
          <w:sz w:val="28"/>
          <w:szCs w:val="28"/>
        </w:rPr>
        <w:t>ả</w:t>
      </w:r>
      <w:r w:rsidRPr="009511EF">
        <w:rPr>
          <w:rFonts w:ascii="Times New Roman" w:hAnsi="Times New Roman" w:cs="Times New Roman"/>
          <w:sz w:val="28"/>
          <w:szCs w:val="28"/>
        </w:rPr>
        <w:t>n, quy</w:t>
      </w:r>
      <w:r w:rsidRPr="009511EF">
        <w:rPr>
          <w:rFonts w:ascii="Times New Roman" w:hAnsi="Times New Roman" w:cs="Times New Roman"/>
          <w:sz w:val="28"/>
          <w:szCs w:val="28"/>
        </w:rPr>
        <w:t>ề</w:t>
      </w:r>
      <w:r w:rsidRPr="009511EF">
        <w:rPr>
          <w:rFonts w:ascii="Times New Roman" w:hAnsi="Times New Roman" w:cs="Times New Roman"/>
          <w:sz w:val="28"/>
          <w:szCs w:val="28"/>
        </w:rPr>
        <w:t>n s</w:t>
      </w:r>
      <w:r w:rsidRPr="009511EF">
        <w:rPr>
          <w:rFonts w:ascii="Times New Roman" w:hAnsi="Times New Roman" w:cs="Times New Roman"/>
          <w:sz w:val="28"/>
          <w:szCs w:val="28"/>
        </w:rPr>
        <w:t>ử</w:t>
      </w:r>
      <w:r w:rsidRPr="009511EF">
        <w:rPr>
          <w:rFonts w:ascii="Times New Roman" w:hAnsi="Times New Roman" w:cs="Times New Roman"/>
          <w:sz w:val="28"/>
          <w:szCs w:val="28"/>
        </w:rPr>
        <w:t xml:space="preserve"> d</w:t>
      </w:r>
      <w:r w:rsidRPr="009511EF">
        <w:rPr>
          <w:rFonts w:ascii="Times New Roman" w:hAnsi="Times New Roman" w:cs="Times New Roman"/>
          <w:sz w:val="28"/>
          <w:szCs w:val="28"/>
        </w:rPr>
        <w:t>ụ</w:t>
      </w:r>
      <w:r w:rsidRPr="009511EF">
        <w:rPr>
          <w:rFonts w:ascii="Times New Roman" w:hAnsi="Times New Roman" w:cs="Times New Roman"/>
          <w:sz w:val="28"/>
          <w:szCs w:val="28"/>
        </w:rPr>
        <w:t>ng đ</w:t>
      </w:r>
      <w:r w:rsidRPr="009511EF">
        <w:rPr>
          <w:rFonts w:ascii="Times New Roman" w:hAnsi="Times New Roman" w:cs="Times New Roman"/>
          <w:sz w:val="28"/>
          <w:szCs w:val="28"/>
        </w:rPr>
        <w:t>ấ</w:t>
      </w:r>
      <w:r w:rsidRPr="009511EF">
        <w:rPr>
          <w:rFonts w:ascii="Times New Roman" w:hAnsi="Times New Roman" w:cs="Times New Roman"/>
          <w:sz w:val="28"/>
          <w:szCs w:val="28"/>
        </w:rPr>
        <w:t>t,...</w:t>
      </w:r>
    </w:p>
    <w:p w:rsidR="004D4EBF" w:rsidRPr="009511EF" w:rsidRDefault="009511EF">
      <w:pPr>
        <w:pStyle w:val="Heading1"/>
        <w:rPr>
          <w:rFonts w:ascii="Times New Roman" w:hAnsi="Times New Roman" w:cs="Times New Roman"/>
          <w:color w:val="auto"/>
        </w:rPr>
      </w:pPr>
      <w:r w:rsidRPr="009511EF">
        <w:rPr>
          <w:rFonts w:ascii="Times New Roman" w:hAnsi="Times New Roman" w:cs="Times New Roman"/>
          <w:color w:val="auto"/>
        </w:rPr>
        <w:t>Đi</w:t>
      </w:r>
      <w:r w:rsidRPr="009511EF">
        <w:rPr>
          <w:rFonts w:ascii="Times New Roman" w:hAnsi="Times New Roman" w:cs="Times New Roman"/>
          <w:color w:val="auto"/>
        </w:rPr>
        <w:t>ề</w:t>
      </w:r>
      <w:r w:rsidRPr="009511EF">
        <w:rPr>
          <w:rFonts w:ascii="Times New Roman" w:hAnsi="Times New Roman" w:cs="Times New Roman"/>
          <w:color w:val="auto"/>
        </w:rPr>
        <w:t>u 5: Qu</w:t>
      </w:r>
      <w:r w:rsidRPr="009511EF">
        <w:rPr>
          <w:rFonts w:ascii="Times New Roman" w:hAnsi="Times New Roman" w:cs="Times New Roman"/>
          <w:color w:val="auto"/>
        </w:rPr>
        <w:t>ả</w:t>
      </w:r>
      <w:r w:rsidRPr="009511EF">
        <w:rPr>
          <w:rFonts w:ascii="Times New Roman" w:hAnsi="Times New Roman" w:cs="Times New Roman"/>
          <w:color w:val="auto"/>
        </w:rPr>
        <w:t>n lý và đi</w:t>
      </w:r>
      <w:r w:rsidRPr="009511EF">
        <w:rPr>
          <w:rFonts w:ascii="Times New Roman" w:hAnsi="Times New Roman" w:cs="Times New Roman"/>
          <w:color w:val="auto"/>
        </w:rPr>
        <w:t>ề</w:t>
      </w:r>
      <w:r w:rsidRPr="009511EF">
        <w:rPr>
          <w:rFonts w:ascii="Times New Roman" w:hAnsi="Times New Roman" w:cs="Times New Roman"/>
          <w:color w:val="auto"/>
        </w:rPr>
        <w:t>u hành</w:t>
      </w:r>
    </w:p>
    <w:p w:rsidR="004D4EBF" w:rsidRPr="009511EF" w:rsidRDefault="009511EF">
      <w:pPr>
        <w:rPr>
          <w:rFonts w:ascii="Times New Roman" w:hAnsi="Times New Roman" w:cs="Times New Roman"/>
          <w:sz w:val="28"/>
          <w:szCs w:val="28"/>
        </w:rPr>
      </w:pPr>
      <w:r w:rsidRPr="009511EF">
        <w:rPr>
          <w:rFonts w:ascii="Times New Roman" w:hAnsi="Times New Roman" w:cs="Times New Roman"/>
          <w:sz w:val="28"/>
          <w:szCs w:val="28"/>
        </w:rPr>
        <w:t>Công ty liên doanh s</w:t>
      </w:r>
      <w:r w:rsidRPr="009511EF">
        <w:rPr>
          <w:rFonts w:ascii="Times New Roman" w:hAnsi="Times New Roman" w:cs="Times New Roman"/>
          <w:sz w:val="28"/>
          <w:szCs w:val="28"/>
        </w:rPr>
        <w:t>ẽ</w:t>
      </w:r>
      <w:r w:rsidRPr="009511EF">
        <w:rPr>
          <w:rFonts w:ascii="Times New Roman" w:hAnsi="Times New Roman" w:cs="Times New Roman"/>
          <w:sz w:val="28"/>
          <w:szCs w:val="28"/>
        </w:rPr>
        <w:t xml:space="preserve"> có H</w:t>
      </w:r>
      <w:r w:rsidRPr="009511EF">
        <w:rPr>
          <w:rFonts w:ascii="Times New Roman" w:hAnsi="Times New Roman" w:cs="Times New Roman"/>
          <w:sz w:val="28"/>
          <w:szCs w:val="28"/>
        </w:rPr>
        <w:t>ộ</w:t>
      </w:r>
      <w:r w:rsidRPr="009511EF">
        <w:rPr>
          <w:rFonts w:ascii="Times New Roman" w:hAnsi="Times New Roman" w:cs="Times New Roman"/>
          <w:sz w:val="28"/>
          <w:szCs w:val="28"/>
        </w:rPr>
        <w:t>i đ</w:t>
      </w:r>
      <w:r w:rsidRPr="009511EF">
        <w:rPr>
          <w:rFonts w:ascii="Times New Roman" w:hAnsi="Times New Roman" w:cs="Times New Roman"/>
          <w:sz w:val="28"/>
          <w:szCs w:val="28"/>
        </w:rPr>
        <w:t>ồ</w:t>
      </w:r>
      <w:r w:rsidRPr="009511EF">
        <w:rPr>
          <w:rFonts w:ascii="Times New Roman" w:hAnsi="Times New Roman" w:cs="Times New Roman"/>
          <w:sz w:val="28"/>
          <w:szCs w:val="28"/>
        </w:rPr>
        <w:t>ng thành viên/H</w:t>
      </w:r>
      <w:r w:rsidRPr="009511EF">
        <w:rPr>
          <w:rFonts w:ascii="Times New Roman" w:hAnsi="Times New Roman" w:cs="Times New Roman"/>
          <w:sz w:val="28"/>
          <w:szCs w:val="28"/>
        </w:rPr>
        <w:t>ộ</w:t>
      </w:r>
      <w:r w:rsidRPr="009511EF">
        <w:rPr>
          <w:rFonts w:ascii="Times New Roman" w:hAnsi="Times New Roman" w:cs="Times New Roman"/>
          <w:sz w:val="28"/>
          <w:szCs w:val="28"/>
        </w:rPr>
        <w:t>i đ</w:t>
      </w:r>
      <w:r w:rsidRPr="009511EF">
        <w:rPr>
          <w:rFonts w:ascii="Times New Roman" w:hAnsi="Times New Roman" w:cs="Times New Roman"/>
          <w:sz w:val="28"/>
          <w:szCs w:val="28"/>
        </w:rPr>
        <w:t>ồ</w:t>
      </w:r>
      <w:r w:rsidRPr="009511EF">
        <w:rPr>
          <w:rFonts w:ascii="Times New Roman" w:hAnsi="Times New Roman" w:cs="Times New Roman"/>
          <w:sz w:val="28"/>
          <w:szCs w:val="28"/>
        </w:rPr>
        <w:t>ng qu</w:t>
      </w:r>
      <w:r w:rsidRPr="009511EF">
        <w:rPr>
          <w:rFonts w:ascii="Times New Roman" w:hAnsi="Times New Roman" w:cs="Times New Roman"/>
          <w:sz w:val="28"/>
          <w:szCs w:val="28"/>
        </w:rPr>
        <w:t>ả</w:t>
      </w:r>
      <w:r w:rsidRPr="009511EF">
        <w:rPr>
          <w:rFonts w:ascii="Times New Roman" w:hAnsi="Times New Roman" w:cs="Times New Roman"/>
          <w:sz w:val="28"/>
          <w:szCs w:val="28"/>
        </w:rPr>
        <w:t>n tr</w:t>
      </w:r>
      <w:r w:rsidRPr="009511EF">
        <w:rPr>
          <w:rFonts w:ascii="Times New Roman" w:hAnsi="Times New Roman" w:cs="Times New Roman"/>
          <w:sz w:val="28"/>
          <w:szCs w:val="28"/>
        </w:rPr>
        <w:t>ị</w:t>
      </w:r>
      <w:r w:rsidRPr="009511EF">
        <w:rPr>
          <w:rFonts w:ascii="Times New Roman" w:hAnsi="Times New Roman" w:cs="Times New Roman"/>
          <w:sz w:val="28"/>
          <w:szCs w:val="28"/>
        </w:rPr>
        <w:t xml:space="preserve"> g</w:t>
      </w:r>
      <w:r w:rsidRPr="009511EF">
        <w:rPr>
          <w:rFonts w:ascii="Times New Roman" w:hAnsi="Times New Roman" w:cs="Times New Roman"/>
          <w:sz w:val="28"/>
          <w:szCs w:val="28"/>
        </w:rPr>
        <w:t>ồ</w:t>
      </w:r>
      <w:r w:rsidRPr="009511EF">
        <w:rPr>
          <w:rFonts w:ascii="Times New Roman" w:hAnsi="Times New Roman" w:cs="Times New Roman"/>
          <w:sz w:val="28"/>
          <w:szCs w:val="28"/>
        </w:rPr>
        <w:t>m ... ngư</w:t>
      </w:r>
      <w:r w:rsidRPr="009511EF">
        <w:rPr>
          <w:rFonts w:ascii="Times New Roman" w:hAnsi="Times New Roman" w:cs="Times New Roman"/>
          <w:sz w:val="28"/>
          <w:szCs w:val="28"/>
        </w:rPr>
        <w:t>ờ</w:t>
      </w:r>
      <w:r w:rsidRPr="009511EF">
        <w:rPr>
          <w:rFonts w:ascii="Times New Roman" w:hAnsi="Times New Roman" w:cs="Times New Roman"/>
          <w:sz w:val="28"/>
          <w:szCs w:val="28"/>
        </w:rPr>
        <w:t>i</w:t>
      </w:r>
      <w:r w:rsidRPr="009511EF">
        <w:rPr>
          <w:rFonts w:ascii="Times New Roman" w:hAnsi="Times New Roman" w:cs="Times New Roman"/>
          <w:sz w:val="28"/>
          <w:szCs w:val="28"/>
        </w:rPr>
        <w:br/>
        <w:t>Ch</w:t>
      </w:r>
      <w:r w:rsidRPr="009511EF">
        <w:rPr>
          <w:rFonts w:ascii="Times New Roman" w:hAnsi="Times New Roman" w:cs="Times New Roman"/>
          <w:sz w:val="28"/>
          <w:szCs w:val="28"/>
        </w:rPr>
        <w:t>ứ</w:t>
      </w:r>
      <w:r w:rsidRPr="009511EF">
        <w:rPr>
          <w:rFonts w:ascii="Times New Roman" w:hAnsi="Times New Roman" w:cs="Times New Roman"/>
          <w:sz w:val="28"/>
          <w:szCs w:val="28"/>
        </w:rPr>
        <w:t>c danh Giám đ</w:t>
      </w:r>
      <w:r w:rsidRPr="009511EF">
        <w:rPr>
          <w:rFonts w:ascii="Times New Roman" w:hAnsi="Times New Roman" w:cs="Times New Roman"/>
          <w:sz w:val="28"/>
          <w:szCs w:val="28"/>
        </w:rPr>
        <w:t>ố</w:t>
      </w:r>
      <w:r w:rsidRPr="009511EF">
        <w:rPr>
          <w:rFonts w:ascii="Times New Roman" w:hAnsi="Times New Roman" w:cs="Times New Roman"/>
          <w:sz w:val="28"/>
          <w:szCs w:val="28"/>
        </w:rPr>
        <w:t>c đi</w:t>
      </w:r>
      <w:r w:rsidRPr="009511EF">
        <w:rPr>
          <w:rFonts w:ascii="Times New Roman" w:hAnsi="Times New Roman" w:cs="Times New Roman"/>
          <w:sz w:val="28"/>
          <w:szCs w:val="28"/>
        </w:rPr>
        <w:t>ề</w:t>
      </w:r>
      <w:r w:rsidRPr="009511EF">
        <w:rPr>
          <w:rFonts w:ascii="Times New Roman" w:hAnsi="Times New Roman" w:cs="Times New Roman"/>
          <w:sz w:val="28"/>
          <w:szCs w:val="28"/>
        </w:rPr>
        <w:t>u hành do bên ... đ</w:t>
      </w:r>
      <w:r w:rsidRPr="009511EF">
        <w:rPr>
          <w:rFonts w:ascii="Times New Roman" w:hAnsi="Times New Roman" w:cs="Times New Roman"/>
          <w:sz w:val="28"/>
          <w:szCs w:val="28"/>
        </w:rPr>
        <w:t>ề</w:t>
      </w:r>
      <w:r w:rsidRPr="009511EF">
        <w:rPr>
          <w:rFonts w:ascii="Times New Roman" w:hAnsi="Times New Roman" w:cs="Times New Roman"/>
          <w:sz w:val="28"/>
          <w:szCs w:val="28"/>
        </w:rPr>
        <w:t xml:space="preserve"> c</w:t>
      </w:r>
      <w:r w:rsidRPr="009511EF">
        <w:rPr>
          <w:rFonts w:ascii="Times New Roman" w:hAnsi="Times New Roman" w:cs="Times New Roman"/>
          <w:sz w:val="28"/>
          <w:szCs w:val="28"/>
        </w:rPr>
        <w:t>ử</w:t>
      </w:r>
      <w:r w:rsidRPr="009511EF">
        <w:rPr>
          <w:rFonts w:ascii="Times New Roman" w:hAnsi="Times New Roman" w:cs="Times New Roman"/>
          <w:sz w:val="28"/>
          <w:szCs w:val="28"/>
        </w:rPr>
        <w:t>.</w:t>
      </w:r>
    </w:p>
    <w:p w:rsidR="004D4EBF" w:rsidRPr="009511EF" w:rsidRDefault="009511EF">
      <w:pPr>
        <w:pStyle w:val="Heading1"/>
        <w:rPr>
          <w:rFonts w:ascii="Times New Roman" w:hAnsi="Times New Roman" w:cs="Times New Roman"/>
          <w:color w:val="auto"/>
        </w:rPr>
      </w:pPr>
      <w:r w:rsidRPr="009511EF">
        <w:rPr>
          <w:rFonts w:ascii="Times New Roman" w:hAnsi="Times New Roman" w:cs="Times New Roman"/>
          <w:color w:val="auto"/>
        </w:rPr>
        <w:lastRenderedPageBreak/>
        <w:t>Đi</w:t>
      </w:r>
      <w:r w:rsidRPr="009511EF">
        <w:rPr>
          <w:rFonts w:ascii="Times New Roman" w:hAnsi="Times New Roman" w:cs="Times New Roman"/>
          <w:color w:val="auto"/>
        </w:rPr>
        <w:t>ề</w:t>
      </w:r>
      <w:r w:rsidRPr="009511EF">
        <w:rPr>
          <w:rFonts w:ascii="Times New Roman" w:hAnsi="Times New Roman" w:cs="Times New Roman"/>
          <w:color w:val="auto"/>
        </w:rPr>
        <w:t>u 6: Phân chia l</w:t>
      </w:r>
      <w:r w:rsidRPr="009511EF">
        <w:rPr>
          <w:rFonts w:ascii="Times New Roman" w:hAnsi="Times New Roman" w:cs="Times New Roman"/>
          <w:color w:val="auto"/>
        </w:rPr>
        <w:t>ợ</w:t>
      </w:r>
      <w:r w:rsidRPr="009511EF">
        <w:rPr>
          <w:rFonts w:ascii="Times New Roman" w:hAnsi="Times New Roman" w:cs="Times New Roman"/>
          <w:color w:val="auto"/>
        </w:rPr>
        <w:t>i nhu</w:t>
      </w:r>
      <w:r w:rsidRPr="009511EF">
        <w:rPr>
          <w:rFonts w:ascii="Times New Roman" w:hAnsi="Times New Roman" w:cs="Times New Roman"/>
          <w:color w:val="auto"/>
        </w:rPr>
        <w:t>ậ</w:t>
      </w:r>
      <w:r w:rsidRPr="009511EF">
        <w:rPr>
          <w:rFonts w:ascii="Times New Roman" w:hAnsi="Times New Roman" w:cs="Times New Roman"/>
          <w:color w:val="auto"/>
        </w:rPr>
        <w:t>n và x</w:t>
      </w:r>
      <w:r w:rsidRPr="009511EF">
        <w:rPr>
          <w:rFonts w:ascii="Times New Roman" w:hAnsi="Times New Roman" w:cs="Times New Roman"/>
          <w:color w:val="auto"/>
        </w:rPr>
        <w:t>ử</w:t>
      </w:r>
      <w:r w:rsidRPr="009511EF">
        <w:rPr>
          <w:rFonts w:ascii="Times New Roman" w:hAnsi="Times New Roman" w:cs="Times New Roman"/>
          <w:color w:val="auto"/>
        </w:rPr>
        <w:t xml:space="preserve"> lý l</w:t>
      </w:r>
      <w:r w:rsidRPr="009511EF">
        <w:rPr>
          <w:rFonts w:ascii="Times New Roman" w:hAnsi="Times New Roman" w:cs="Times New Roman"/>
          <w:color w:val="auto"/>
        </w:rPr>
        <w:t>ỗ</w:t>
      </w:r>
    </w:p>
    <w:p w:rsidR="004D4EBF" w:rsidRPr="009511EF" w:rsidRDefault="009511EF">
      <w:pPr>
        <w:rPr>
          <w:rFonts w:ascii="Times New Roman" w:hAnsi="Times New Roman" w:cs="Times New Roman"/>
          <w:sz w:val="28"/>
          <w:szCs w:val="28"/>
        </w:rPr>
      </w:pPr>
      <w:r w:rsidRPr="009511EF">
        <w:rPr>
          <w:rFonts w:ascii="Times New Roman" w:hAnsi="Times New Roman" w:cs="Times New Roman"/>
          <w:sz w:val="28"/>
          <w:szCs w:val="28"/>
        </w:rPr>
        <w:t>L</w:t>
      </w:r>
      <w:r w:rsidRPr="009511EF">
        <w:rPr>
          <w:rFonts w:ascii="Times New Roman" w:hAnsi="Times New Roman" w:cs="Times New Roman"/>
          <w:sz w:val="28"/>
          <w:szCs w:val="28"/>
        </w:rPr>
        <w:t>ợ</w:t>
      </w:r>
      <w:r w:rsidRPr="009511EF">
        <w:rPr>
          <w:rFonts w:ascii="Times New Roman" w:hAnsi="Times New Roman" w:cs="Times New Roman"/>
          <w:sz w:val="28"/>
          <w:szCs w:val="28"/>
        </w:rPr>
        <w:t>i nhu</w:t>
      </w:r>
      <w:r w:rsidRPr="009511EF">
        <w:rPr>
          <w:rFonts w:ascii="Times New Roman" w:hAnsi="Times New Roman" w:cs="Times New Roman"/>
          <w:sz w:val="28"/>
          <w:szCs w:val="28"/>
        </w:rPr>
        <w:t>ậ</w:t>
      </w:r>
      <w:r w:rsidRPr="009511EF">
        <w:rPr>
          <w:rFonts w:ascii="Times New Roman" w:hAnsi="Times New Roman" w:cs="Times New Roman"/>
          <w:sz w:val="28"/>
          <w:szCs w:val="28"/>
        </w:rPr>
        <w:t>n và l</w:t>
      </w:r>
      <w:r w:rsidRPr="009511EF">
        <w:rPr>
          <w:rFonts w:ascii="Times New Roman" w:hAnsi="Times New Roman" w:cs="Times New Roman"/>
          <w:sz w:val="28"/>
          <w:szCs w:val="28"/>
        </w:rPr>
        <w:t>ỗ</w:t>
      </w:r>
      <w:r w:rsidRPr="009511EF">
        <w:rPr>
          <w:rFonts w:ascii="Times New Roman" w:hAnsi="Times New Roman" w:cs="Times New Roman"/>
          <w:sz w:val="28"/>
          <w:szCs w:val="28"/>
        </w:rPr>
        <w:t xml:space="preserve"> s</w:t>
      </w:r>
      <w:r w:rsidRPr="009511EF">
        <w:rPr>
          <w:rFonts w:ascii="Times New Roman" w:hAnsi="Times New Roman" w:cs="Times New Roman"/>
          <w:sz w:val="28"/>
          <w:szCs w:val="28"/>
        </w:rPr>
        <w:t>ẽ</w:t>
      </w:r>
      <w:r w:rsidRPr="009511EF">
        <w:rPr>
          <w:rFonts w:ascii="Times New Roman" w:hAnsi="Times New Roman" w:cs="Times New Roman"/>
          <w:sz w:val="28"/>
          <w:szCs w:val="28"/>
        </w:rPr>
        <w:t xml:space="preserve"> đư</w:t>
      </w:r>
      <w:r w:rsidRPr="009511EF">
        <w:rPr>
          <w:rFonts w:ascii="Times New Roman" w:hAnsi="Times New Roman" w:cs="Times New Roman"/>
          <w:sz w:val="28"/>
          <w:szCs w:val="28"/>
        </w:rPr>
        <w:t>ợ</w:t>
      </w:r>
      <w:r w:rsidRPr="009511EF">
        <w:rPr>
          <w:rFonts w:ascii="Times New Roman" w:hAnsi="Times New Roman" w:cs="Times New Roman"/>
          <w:sz w:val="28"/>
          <w:szCs w:val="28"/>
        </w:rPr>
        <w:t>c phân chia theo t</w:t>
      </w:r>
      <w:r w:rsidRPr="009511EF">
        <w:rPr>
          <w:rFonts w:ascii="Times New Roman" w:hAnsi="Times New Roman" w:cs="Times New Roman"/>
          <w:sz w:val="28"/>
          <w:szCs w:val="28"/>
        </w:rPr>
        <w:t>ỷ</w:t>
      </w:r>
      <w:r w:rsidRPr="009511EF">
        <w:rPr>
          <w:rFonts w:ascii="Times New Roman" w:hAnsi="Times New Roman" w:cs="Times New Roman"/>
          <w:sz w:val="28"/>
          <w:szCs w:val="28"/>
        </w:rPr>
        <w:t xml:space="preserve"> l</w:t>
      </w:r>
      <w:r w:rsidRPr="009511EF">
        <w:rPr>
          <w:rFonts w:ascii="Times New Roman" w:hAnsi="Times New Roman" w:cs="Times New Roman"/>
          <w:sz w:val="28"/>
          <w:szCs w:val="28"/>
        </w:rPr>
        <w:t>ệ</w:t>
      </w:r>
      <w:r w:rsidRPr="009511EF">
        <w:rPr>
          <w:rFonts w:ascii="Times New Roman" w:hAnsi="Times New Roman" w:cs="Times New Roman"/>
          <w:sz w:val="28"/>
          <w:szCs w:val="28"/>
        </w:rPr>
        <w:t xml:space="preserve"> góp v</w:t>
      </w:r>
      <w:r w:rsidRPr="009511EF">
        <w:rPr>
          <w:rFonts w:ascii="Times New Roman" w:hAnsi="Times New Roman" w:cs="Times New Roman"/>
          <w:sz w:val="28"/>
          <w:szCs w:val="28"/>
        </w:rPr>
        <w:t>ố</w:t>
      </w:r>
      <w:r w:rsidRPr="009511EF">
        <w:rPr>
          <w:rFonts w:ascii="Times New Roman" w:hAnsi="Times New Roman" w:cs="Times New Roman"/>
          <w:sz w:val="28"/>
          <w:szCs w:val="28"/>
        </w:rPr>
        <w:t>n sau khi đã th</w:t>
      </w:r>
      <w:r w:rsidRPr="009511EF">
        <w:rPr>
          <w:rFonts w:ascii="Times New Roman" w:hAnsi="Times New Roman" w:cs="Times New Roman"/>
          <w:sz w:val="28"/>
          <w:szCs w:val="28"/>
        </w:rPr>
        <w:t>ự</w:t>
      </w:r>
      <w:r w:rsidRPr="009511EF">
        <w:rPr>
          <w:rFonts w:ascii="Times New Roman" w:hAnsi="Times New Roman" w:cs="Times New Roman"/>
          <w:sz w:val="28"/>
          <w:szCs w:val="28"/>
        </w:rPr>
        <w:t>c hi</w:t>
      </w:r>
      <w:r w:rsidRPr="009511EF">
        <w:rPr>
          <w:rFonts w:ascii="Times New Roman" w:hAnsi="Times New Roman" w:cs="Times New Roman"/>
          <w:sz w:val="28"/>
          <w:szCs w:val="28"/>
        </w:rPr>
        <w:t>ệ</w:t>
      </w:r>
      <w:r w:rsidRPr="009511EF">
        <w:rPr>
          <w:rFonts w:ascii="Times New Roman" w:hAnsi="Times New Roman" w:cs="Times New Roman"/>
          <w:sz w:val="28"/>
          <w:szCs w:val="28"/>
        </w:rPr>
        <w:t>n nghĩa v</w:t>
      </w:r>
      <w:r w:rsidRPr="009511EF">
        <w:rPr>
          <w:rFonts w:ascii="Times New Roman" w:hAnsi="Times New Roman" w:cs="Times New Roman"/>
          <w:sz w:val="28"/>
          <w:szCs w:val="28"/>
        </w:rPr>
        <w:t>ụ</w:t>
      </w:r>
      <w:r w:rsidRPr="009511EF">
        <w:rPr>
          <w:rFonts w:ascii="Times New Roman" w:hAnsi="Times New Roman" w:cs="Times New Roman"/>
          <w:sz w:val="28"/>
          <w:szCs w:val="28"/>
        </w:rPr>
        <w:t xml:space="preserve"> thu</w:t>
      </w:r>
      <w:r w:rsidRPr="009511EF">
        <w:rPr>
          <w:rFonts w:ascii="Times New Roman" w:hAnsi="Times New Roman" w:cs="Times New Roman"/>
          <w:sz w:val="28"/>
          <w:szCs w:val="28"/>
        </w:rPr>
        <w:t>ế</w:t>
      </w:r>
      <w:r w:rsidRPr="009511EF">
        <w:rPr>
          <w:rFonts w:ascii="Times New Roman" w:hAnsi="Times New Roman" w:cs="Times New Roman"/>
          <w:sz w:val="28"/>
          <w:szCs w:val="28"/>
        </w:rPr>
        <w:t xml:space="preserve"> và chi phí h</w:t>
      </w:r>
      <w:r w:rsidRPr="009511EF">
        <w:rPr>
          <w:rFonts w:ascii="Times New Roman" w:hAnsi="Times New Roman" w:cs="Times New Roman"/>
          <w:sz w:val="28"/>
          <w:szCs w:val="28"/>
        </w:rPr>
        <w:t>ợ</w:t>
      </w:r>
      <w:r w:rsidRPr="009511EF">
        <w:rPr>
          <w:rFonts w:ascii="Times New Roman" w:hAnsi="Times New Roman" w:cs="Times New Roman"/>
          <w:sz w:val="28"/>
          <w:szCs w:val="28"/>
        </w:rPr>
        <w:t>p lý.</w:t>
      </w:r>
    </w:p>
    <w:p w:rsidR="004D4EBF" w:rsidRPr="009511EF" w:rsidRDefault="009511EF">
      <w:pPr>
        <w:pStyle w:val="Heading1"/>
        <w:rPr>
          <w:rFonts w:ascii="Times New Roman" w:hAnsi="Times New Roman" w:cs="Times New Roman"/>
          <w:color w:val="auto"/>
        </w:rPr>
      </w:pPr>
      <w:r w:rsidRPr="009511EF">
        <w:rPr>
          <w:rFonts w:ascii="Times New Roman" w:hAnsi="Times New Roman" w:cs="Times New Roman"/>
          <w:color w:val="auto"/>
        </w:rPr>
        <w:t>Đi</w:t>
      </w:r>
      <w:r w:rsidRPr="009511EF">
        <w:rPr>
          <w:rFonts w:ascii="Times New Roman" w:hAnsi="Times New Roman" w:cs="Times New Roman"/>
          <w:color w:val="auto"/>
        </w:rPr>
        <w:t>ề</w:t>
      </w:r>
      <w:r w:rsidRPr="009511EF">
        <w:rPr>
          <w:rFonts w:ascii="Times New Roman" w:hAnsi="Times New Roman" w:cs="Times New Roman"/>
          <w:color w:val="auto"/>
        </w:rPr>
        <w:t>u 7: Th</w:t>
      </w:r>
      <w:r w:rsidRPr="009511EF">
        <w:rPr>
          <w:rFonts w:ascii="Times New Roman" w:hAnsi="Times New Roman" w:cs="Times New Roman"/>
          <w:color w:val="auto"/>
        </w:rPr>
        <w:t>ờ</w:t>
      </w:r>
      <w:r w:rsidRPr="009511EF">
        <w:rPr>
          <w:rFonts w:ascii="Times New Roman" w:hAnsi="Times New Roman" w:cs="Times New Roman"/>
          <w:color w:val="auto"/>
        </w:rPr>
        <w:t>i h</w:t>
      </w:r>
      <w:r w:rsidRPr="009511EF">
        <w:rPr>
          <w:rFonts w:ascii="Times New Roman" w:hAnsi="Times New Roman" w:cs="Times New Roman"/>
          <w:color w:val="auto"/>
        </w:rPr>
        <w:t>ạ</w:t>
      </w:r>
      <w:r w:rsidRPr="009511EF">
        <w:rPr>
          <w:rFonts w:ascii="Times New Roman" w:hAnsi="Times New Roman" w:cs="Times New Roman"/>
          <w:color w:val="auto"/>
        </w:rPr>
        <w:t>n liên doanh</w:t>
      </w:r>
    </w:p>
    <w:p w:rsidR="004D4EBF" w:rsidRPr="009511EF" w:rsidRDefault="009511EF">
      <w:pPr>
        <w:rPr>
          <w:rFonts w:ascii="Times New Roman" w:hAnsi="Times New Roman" w:cs="Times New Roman"/>
          <w:sz w:val="28"/>
          <w:szCs w:val="28"/>
        </w:rPr>
      </w:pPr>
      <w:r w:rsidRPr="009511EF">
        <w:rPr>
          <w:rFonts w:ascii="Times New Roman" w:hAnsi="Times New Roman" w:cs="Times New Roman"/>
          <w:sz w:val="28"/>
          <w:szCs w:val="28"/>
        </w:rPr>
        <w:t>Th</w:t>
      </w:r>
      <w:r w:rsidRPr="009511EF">
        <w:rPr>
          <w:rFonts w:ascii="Times New Roman" w:hAnsi="Times New Roman" w:cs="Times New Roman"/>
          <w:sz w:val="28"/>
          <w:szCs w:val="28"/>
        </w:rPr>
        <w:t>ờ</w:t>
      </w:r>
      <w:r w:rsidRPr="009511EF">
        <w:rPr>
          <w:rFonts w:ascii="Times New Roman" w:hAnsi="Times New Roman" w:cs="Times New Roman"/>
          <w:sz w:val="28"/>
          <w:szCs w:val="28"/>
        </w:rPr>
        <w:t>i h</w:t>
      </w:r>
      <w:r w:rsidRPr="009511EF">
        <w:rPr>
          <w:rFonts w:ascii="Times New Roman" w:hAnsi="Times New Roman" w:cs="Times New Roman"/>
          <w:sz w:val="28"/>
          <w:szCs w:val="28"/>
        </w:rPr>
        <w:t>ạ</w:t>
      </w:r>
      <w:r w:rsidRPr="009511EF">
        <w:rPr>
          <w:rFonts w:ascii="Times New Roman" w:hAnsi="Times New Roman" w:cs="Times New Roman"/>
          <w:sz w:val="28"/>
          <w:szCs w:val="28"/>
        </w:rPr>
        <w:t>n liên doanh là .... năm, k</w:t>
      </w:r>
      <w:r w:rsidRPr="009511EF">
        <w:rPr>
          <w:rFonts w:ascii="Times New Roman" w:hAnsi="Times New Roman" w:cs="Times New Roman"/>
          <w:sz w:val="28"/>
          <w:szCs w:val="28"/>
        </w:rPr>
        <w:t>ể</w:t>
      </w:r>
      <w:r w:rsidRPr="009511EF">
        <w:rPr>
          <w:rFonts w:ascii="Times New Roman" w:hAnsi="Times New Roman" w:cs="Times New Roman"/>
          <w:sz w:val="28"/>
          <w:szCs w:val="28"/>
        </w:rPr>
        <w:t xml:space="preserve"> t</w:t>
      </w:r>
      <w:r w:rsidRPr="009511EF">
        <w:rPr>
          <w:rFonts w:ascii="Times New Roman" w:hAnsi="Times New Roman" w:cs="Times New Roman"/>
          <w:sz w:val="28"/>
          <w:szCs w:val="28"/>
        </w:rPr>
        <w:t>ừ</w:t>
      </w:r>
      <w:r w:rsidRPr="009511EF">
        <w:rPr>
          <w:rFonts w:ascii="Times New Roman" w:hAnsi="Times New Roman" w:cs="Times New Roman"/>
          <w:sz w:val="28"/>
          <w:szCs w:val="28"/>
        </w:rPr>
        <w:t xml:space="preserve"> ngày đư</w:t>
      </w:r>
      <w:r w:rsidRPr="009511EF">
        <w:rPr>
          <w:rFonts w:ascii="Times New Roman" w:hAnsi="Times New Roman" w:cs="Times New Roman"/>
          <w:sz w:val="28"/>
          <w:szCs w:val="28"/>
        </w:rPr>
        <w:t>ợ</w:t>
      </w:r>
      <w:r w:rsidRPr="009511EF">
        <w:rPr>
          <w:rFonts w:ascii="Times New Roman" w:hAnsi="Times New Roman" w:cs="Times New Roman"/>
          <w:sz w:val="28"/>
          <w:szCs w:val="28"/>
        </w:rPr>
        <w:t>c c</w:t>
      </w:r>
      <w:r w:rsidRPr="009511EF">
        <w:rPr>
          <w:rFonts w:ascii="Times New Roman" w:hAnsi="Times New Roman" w:cs="Times New Roman"/>
          <w:sz w:val="28"/>
          <w:szCs w:val="28"/>
        </w:rPr>
        <w:t>ấ</w:t>
      </w:r>
      <w:r w:rsidRPr="009511EF">
        <w:rPr>
          <w:rFonts w:ascii="Times New Roman" w:hAnsi="Times New Roman" w:cs="Times New Roman"/>
          <w:sz w:val="28"/>
          <w:szCs w:val="28"/>
        </w:rPr>
        <w:t>p Gi</w:t>
      </w:r>
      <w:r w:rsidRPr="009511EF">
        <w:rPr>
          <w:rFonts w:ascii="Times New Roman" w:hAnsi="Times New Roman" w:cs="Times New Roman"/>
          <w:sz w:val="28"/>
          <w:szCs w:val="28"/>
        </w:rPr>
        <w:t>ấ</w:t>
      </w:r>
      <w:r w:rsidRPr="009511EF">
        <w:rPr>
          <w:rFonts w:ascii="Times New Roman" w:hAnsi="Times New Roman" w:cs="Times New Roman"/>
          <w:sz w:val="28"/>
          <w:szCs w:val="28"/>
        </w:rPr>
        <w:t>y ch</w:t>
      </w:r>
      <w:r w:rsidRPr="009511EF">
        <w:rPr>
          <w:rFonts w:ascii="Times New Roman" w:hAnsi="Times New Roman" w:cs="Times New Roman"/>
          <w:sz w:val="28"/>
          <w:szCs w:val="28"/>
        </w:rPr>
        <w:t>ứ</w:t>
      </w:r>
      <w:r w:rsidRPr="009511EF">
        <w:rPr>
          <w:rFonts w:ascii="Times New Roman" w:hAnsi="Times New Roman" w:cs="Times New Roman"/>
          <w:sz w:val="28"/>
          <w:szCs w:val="28"/>
        </w:rPr>
        <w:t>ng nh</w:t>
      </w:r>
      <w:r w:rsidRPr="009511EF">
        <w:rPr>
          <w:rFonts w:ascii="Times New Roman" w:hAnsi="Times New Roman" w:cs="Times New Roman"/>
          <w:sz w:val="28"/>
          <w:szCs w:val="28"/>
        </w:rPr>
        <w:t>ậ</w:t>
      </w:r>
      <w:r w:rsidRPr="009511EF">
        <w:rPr>
          <w:rFonts w:ascii="Times New Roman" w:hAnsi="Times New Roman" w:cs="Times New Roman"/>
          <w:sz w:val="28"/>
          <w:szCs w:val="28"/>
        </w:rPr>
        <w:t>n đăng ký doanh nghi</w:t>
      </w:r>
      <w:r w:rsidRPr="009511EF">
        <w:rPr>
          <w:rFonts w:ascii="Times New Roman" w:hAnsi="Times New Roman" w:cs="Times New Roman"/>
          <w:sz w:val="28"/>
          <w:szCs w:val="28"/>
        </w:rPr>
        <w:t>ệ</w:t>
      </w:r>
      <w:r w:rsidRPr="009511EF">
        <w:rPr>
          <w:rFonts w:ascii="Times New Roman" w:hAnsi="Times New Roman" w:cs="Times New Roman"/>
          <w:sz w:val="28"/>
          <w:szCs w:val="28"/>
        </w:rPr>
        <w:t>p.</w:t>
      </w:r>
    </w:p>
    <w:p w:rsidR="004D4EBF" w:rsidRPr="009511EF" w:rsidRDefault="009511EF">
      <w:pPr>
        <w:pStyle w:val="Heading1"/>
        <w:rPr>
          <w:rFonts w:ascii="Times New Roman" w:hAnsi="Times New Roman" w:cs="Times New Roman"/>
          <w:color w:val="auto"/>
        </w:rPr>
      </w:pPr>
      <w:r w:rsidRPr="009511EF">
        <w:rPr>
          <w:rFonts w:ascii="Times New Roman" w:hAnsi="Times New Roman" w:cs="Times New Roman"/>
          <w:color w:val="auto"/>
        </w:rPr>
        <w:t>Đi</w:t>
      </w:r>
      <w:r w:rsidRPr="009511EF">
        <w:rPr>
          <w:rFonts w:ascii="Times New Roman" w:hAnsi="Times New Roman" w:cs="Times New Roman"/>
          <w:color w:val="auto"/>
        </w:rPr>
        <w:t>ề</w:t>
      </w:r>
      <w:r w:rsidRPr="009511EF">
        <w:rPr>
          <w:rFonts w:ascii="Times New Roman" w:hAnsi="Times New Roman" w:cs="Times New Roman"/>
          <w:color w:val="auto"/>
        </w:rPr>
        <w:t>u 8: Gi</w:t>
      </w:r>
      <w:r w:rsidRPr="009511EF">
        <w:rPr>
          <w:rFonts w:ascii="Times New Roman" w:hAnsi="Times New Roman" w:cs="Times New Roman"/>
          <w:color w:val="auto"/>
        </w:rPr>
        <w:t>ả</w:t>
      </w:r>
      <w:r w:rsidRPr="009511EF">
        <w:rPr>
          <w:rFonts w:ascii="Times New Roman" w:hAnsi="Times New Roman" w:cs="Times New Roman"/>
          <w:color w:val="auto"/>
        </w:rPr>
        <w:t>i quy</w:t>
      </w:r>
      <w:r w:rsidRPr="009511EF">
        <w:rPr>
          <w:rFonts w:ascii="Times New Roman" w:hAnsi="Times New Roman" w:cs="Times New Roman"/>
          <w:color w:val="auto"/>
        </w:rPr>
        <w:t>ế</w:t>
      </w:r>
      <w:r w:rsidRPr="009511EF">
        <w:rPr>
          <w:rFonts w:ascii="Times New Roman" w:hAnsi="Times New Roman" w:cs="Times New Roman"/>
          <w:color w:val="auto"/>
        </w:rPr>
        <w:t>t tranh ch</w:t>
      </w:r>
      <w:r w:rsidRPr="009511EF">
        <w:rPr>
          <w:rFonts w:ascii="Times New Roman" w:hAnsi="Times New Roman" w:cs="Times New Roman"/>
          <w:color w:val="auto"/>
        </w:rPr>
        <w:t>ấ</w:t>
      </w:r>
      <w:r w:rsidRPr="009511EF">
        <w:rPr>
          <w:rFonts w:ascii="Times New Roman" w:hAnsi="Times New Roman" w:cs="Times New Roman"/>
          <w:color w:val="auto"/>
        </w:rPr>
        <w:t>p</w:t>
      </w:r>
    </w:p>
    <w:p w:rsidR="004D4EBF" w:rsidRPr="009511EF" w:rsidRDefault="009511EF">
      <w:pPr>
        <w:rPr>
          <w:rFonts w:ascii="Times New Roman" w:hAnsi="Times New Roman" w:cs="Times New Roman"/>
          <w:sz w:val="28"/>
          <w:szCs w:val="28"/>
        </w:rPr>
      </w:pPr>
      <w:r w:rsidRPr="009511EF">
        <w:rPr>
          <w:rFonts w:ascii="Times New Roman" w:hAnsi="Times New Roman" w:cs="Times New Roman"/>
          <w:sz w:val="28"/>
          <w:szCs w:val="28"/>
        </w:rPr>
        <w:t>M</w:t>
      </w:r>
      <w:r w:rsidRPr="009511EF">
        <w:rPr>
          <w:rFonts w:ascii="Times New Roman" w:hAnsi="Times New Roman" w:cs="Times New Roman"/>
          <w:sz w:val="28"/>
          <w:szCs w:val="28"/>
        </w:rPr>
        <w:t>ọ</w:t>
      </w:r>
      <w:r w:rsidRPr="009511EF">
        <w:rPr>
          <w:rFonts w:ascii="Times New Roman" w:hAnsi="Times New Roman" w:cs="Times New Roman"/>
          <w:sz w:val="28"/>
          <w:szCs w:val="28"/>
        </w:rPr>
        <w:t>i tranh ch</w:t>
      </w:r>
      <w:r w:rsidRPr="009511EF">
        <w:rPr>
          <w:rFonts w:ascii="Times New Roman" w:hAnsi="Times New Roman" w:cs="Times New Roman"/>
          <w:sz w:val="28"/>
          <w:szCs w:val="28"/>
        </w:rPr>
        <w:t>ấ</w:t>
      </w:r>
      <w:r w:rsidRPr="009511EF">
        <w:rPr>
          <w:rFonts w:ascii="Times New Roman" w:hAnsi="Times New Roman" w:cs="Times New Roman"/>
          <w:sz w:val="28"/>
          <w:szCs w:val="28"/>
        </w:rPr>
        <w:t>p phát sinh t</w:t>
      </w:r>
      <w:r w:rsidRPr="009511EF">
        <w:rPr>
          <w:rFonts w:ascii="Times New Roman" w:hAnsi="Times New Roman" w:cs="Times New Roman"/>
          <w:sz w:val="28"/>
          <w:szCs w:val="28"/>
        </w:rPr>
        <w:t>ừ</w:t>
      </w:r>
      <w:r w:rsidRPr="009511EF">
        <w:rPr>
          <w:rFonts w:ascii="Times New Roman" w:hAnsi="Times New Roman" w:cs="Times New Roman"/>
          <w:sz w:val="28"/>
          <w:szCs w:val="28"/>
        </w:rPr>
        <w:t xml:space="preserve"> h</w:t>
      </w:r>
      <w:r w:rsidRPr="009511EF">
        <w:rPr>
          <w:rFonts w:ascii="Times New Roman" w:hAnsi="Times New Roman" w:cs="Times New Roman"/>
          <w:sz w:val="28"/>
          <w:szCs w:val="28"/>
        </w:rPr>
        <w:t>ợ</w:t>
      </w:r>
      <w:r w:rsidRPr="009511EF">
        <w:rPr>
          <w:rFonts w:ascii="Times New Roman" w:hAnsi="Times New Roman" w:cs="Times New Roman"/>
          <w:sz w:val="28"/>
          <w:szCs w:val="28"/>
        </w:rPr>
        <w:t>p đ</w:t>
      </w:r>
      <w:r w:rsidRPr="009511EF">
        <w:rPr>
          <w:rFonts w:ascii="Times New Roman" w:hAnsi="Times New Roman" w:cs="Times New Roman"/>
          <w:sz w:val="28"/>
          <w:szCs w:val="28"/>
        </w:rPr>
        <w:t>ồ</w:t>
      </w:r>
      <w:r w:rsidRPr="009511EF">
        <w:rPr>
          <w:rFonts w:ascii="Times New Roman" w:hAnsi="Times New Roman" w:cs="Times New Roman"/>
          <w:sz w:val="28"/>
          <w:szCs w:val="28"/>
        </w:rPr>
        <w:t>ng này s</w:t>
      </w:r>
      <w:r w:rsidRPr="009511EF">
        <w:rPr>
          <w:rFonts w:ascii="Times New Roman" w:hAnsi="Times New Roman" w:cs="Times New Roman"/>
          <w:sz w:val="28"/>
          <w:szCs w:val="28"/>
        </w:rPr>
        <w:t>ẽ</w:t>
      </w:r>
      <w:r w:rsidRPr="009511EF">
        <w:rPr>
          <w:rFonts w:ascii="Times New Roman" w:hAnsi="Times New Roman" w:cs="Times New Roman"/>
          <w:sz w:val="28"/>
          <w:szCs w:val="28"/>
        </w:rPr>
        <w:t xml:space="preserve"> đư</w:t>
      </w:r>
      <w:r w:rsidRPr="009511EF">
        <w:rPr>
          <w:rFonts w:ascii="Times New Roman" w:hAnsi="Times New Roman" w:cs="Times New Roman"/>
          <w:sz w:val="28"/>
          <w:szCs w:val="28"/>
        </w:rPr>
        <w:t>ợ</w:t>
      </w:r>
      <w:r w:rsidRPr="009511EF">
        <w:rPr>
          <w:rFonts w:ascii="Times New Roman" w:hAnsi="Times New Roman" w:cs="Times New Roman"/>
          <w:sz w:val="28"/>
          <w:szCs w:val="28"/>
        </w:rPr>
        <w:t>c gi</w:t>
      </w:r>
      <w:r w:rsidRPr="009511EF">
        <w:rPr>
          <w:rFonts w:ascii="Times New Roman" w:hAnsi="Times New Roman" w:cs="Times New Roman"/>
          <w:sz w:val="28"/>
          <w:szCs w:val="28"/>
        </w:rPr>
        <w:t>ả</w:t>
      </w:r>
      <w:r w:rsidRPr="009511EF">
        <w:rPr>
          <w:rFonts w:ascii="Times New Roman" w:hAnsi="Times New Roman" w:cs="Times New Roman"/>
          <w:sz w:val="28"/>
          <w:szCs w:val="28"/>
        </w:rPr>
        <w:t>i quy</w:t>
      </w:r>
      <w:r w:rsidRPr="009511EF">
        <w:rPr>
          <w:rFonts w:ascii="Times New Roman" w:hAnsi="Times New Roman" w:cs="Times New Roman"/>
          <w:sz w:val="28"/>
          <w:szCs w:val="28"/>
        </w:rPr>
        <w:t>ế</w:t>
      </w:r>
      <w:r w:rsidRPr="009511EF">
        <w:rPr>
          <w:rFonts w:ascii="Times New Roman" w:hAnsi="Times New Roman" w:cs="Times New Roman"/>
          <w:sz w:val="28"/>
          <w:szCs w:val="28"/>
        </w:rPr>
        <w:t>t trư</w:t>
      </w:r>
      <w:r w:rsidRPr="009511EF">
        <w:rPr>
          <w:rFonts w:ascii="Times New Roman" w:hAnsi="Times New Roman" w:cs="Times New Roman"/>
          <w:sz w:val="28"/>
          <w:szCs w:val="28"/>
        </w:rPr>
        <w:t>ớ</w:t>
      </w:r>
      <w:r w:rsidRPr="009511EF">
        <w:rPr>
          <w:rFonts w:ascii="Times New Roman" w:hAnsi="Times New Roman" w:cs="Times New Roman"/>
          <w:sz w:val="28"/>
          <w:szCs w:val="28"/>
        </w:rPr>
        <w:t>c tiên b</w:t>
      </w:r>
      <w:r w:rsidRPr="009511EF">
        <w:rPr>
          <w:rFonts w:ascii="Times New Roman" w:hAnsi="Times New Roman" w:cs="Times New Roman"/>
          <w:sz w:val="28"/>
          <w:szCs w:val="28"/>
        </w:rPr>
        <w:t>ằ</w:t>
      </w:r>
      <w:r w:rsidRPr="009511EF">
        <w:rPr>
          <w:rFonts w:ascii="Times New Roman" w:hAnsi="Times New Roman" w:cs="Times New Roman"/>
          <w:sz w:val="28"/>
          <w:szCs w:val="28"/>
        </w:rPr>
        <w:t>ng thương lư</w:t>
      </w:r>
      <w:r w:rsidRPr="009511EF">
        <w:rPr>
          <w:rFonts w:ascii="Times New Roman" w:hAnsi="Times New Roman" w:cs="Times New Roman"/>
          <w:sz w:val="28"/>
          <w:szCs w:val="28"/>
        </w:rPr>
        <w:t>ợ</w:t>
      </w:r>
      <w:r w:rsidRPr="009511EF">
        <w:rPr>
          <w:rFonts w:ascii="Times New Roman" w:hAnsi="Times New Roman" w:cs="Times New Roman"/>
          <w:sz w:val="28"/>
          <w:szCs w:val="28"/>
        </w:rPr>
        <w:t>ng. N</w:t>
      </w:r>
      <w:r w:rsidRPr="009511EF">
        <w:rPr>
          <w:rFonts w:ascii="Times New Roman" w:hAnsi="Times New Roman" w:cs="Times New Roman"/>
          <w:sz w:val="28"/>
          <w:szCs w:val="28"/>
        </w:rPr>
        <w:t>ế</w:t>
      </w:r>
      <w:r w:rsidRPr="009511EF">
        <w:rPr>
          <w:rFonts w:ascii="Times New Roman" w:hAnsi="Times New Roman" w:cs="Times New Roman"/>
          <w:sz w:val="28"/>
          <w:szCs w:val="28"/>
        </w:rPr>
        <w:t>u không đ</w:t>
      </w:r>
      <w:r w:rsidRPr="009511EF">
        <w:rPr>
          <w:rFonts w:ascii="Times New Roman" w:hAnsi="Times New Roman" w:cs="Times New Roman"/>
          <w:sz w:val="28"/>
          <w:szCs w:val="28"/>
        </w:rPr>
        <w:t>ạ</w:t>
      </w:r>
      <w:r w:rsidRPr="009511EF">
        <w:rPr>
          <w:rFonts w:ascii="Times New Roman" w:hAnsi="Times New Roman" w:cs="Times New Roman"/>
          <w:sz w:val="28"/>
          <w:szCs w:val="28"/>
        </w:rPr>
        <w:t>t đư</w:t>
      </w:r>
      <w:r w:rsidRPr="009511EF">
        <w:rPr>
          <w:rFonts w:ascii="Times New Roman" w:hAnsi="Times New Roman" w:cs="Times New Roman"/>
          <w:sz w:val="28"/>
          <w:szCs w:val="28"/>
        </w:rPr>
        <w:t>ợ</w:t>
      </w:r>
      <w:r w:rsidRPr="009511EF">
        <w:rPr>
          <w:rFonts w:ascii="Times New Roman" w:hAnsi="Times New Roman" w:cs="Times New Roman"/>
          <w:sz w:val="28"/>
          <w:szCs w:val="28"/>
        </w:rPr>
        <w:t>c th</w:t>
      </w:r>
      <w:r w:rsidRPr="009511EF">
        <w:rPr>
          <w:rFonts w:ascii="Times New Roman" w:hAnsi="Times New Roman" w:cs="Times New Roman"/>
          <w:sz w:val="28"/>
          <w:szCs w:val="28"/>
        </w:rPr>
        <w:t>ỏ</w:t>
      </w:r>
      <w:r w:rsidRPr="009511EF">
        <w:rPr>
          <w:rFonts w:ascii="Times New Roman" w:hAnsi="Times New Roman" w:cs="Times New Roman"/>
          <w:sz w:val="28"/>
          <w:szCs w:val="28"/>
        </w:rPr>
        <w:t>a thu</w:t>
      </w:r>
      <w:r w:rsidRPr="009511EF">
        <w:rPr>
          <w:rFonts w:ascii="Times New Roman" w:hAnsi="Times New Roman" w:cs="Times New Roman"/>
          <w:sz w:val="28"/>
          <w:szCs w:val="28"/>
        </w:rPr>
        <w:t>ậ</w:t>
      </w:r>
      <w:r w:rsidRPr="009511EF">
        <w:rPr>
          <w:rFonts w:ascii="Times New Roman" w:hAnsi="Times New Roman" w:cs="Times New Roman"/>
          <w:sz w:val="28"/>
          <w:szCs w:val="28"/>
        </w:rPr>
        <w:t>n, s</w:t>
      </w:r>
      <w:r w:rsidRPr="009511EF">
        <w:rPr>
          <w:rFonts w:ascii="Times New Roman" w:hAnsi="Times New Roman" w:cs="Times New Roman"/>
          <w:sz w:val="28"/>
          <w:szCs w:val="28"/>
        </w:rPr>
        <w:t>ẽ</w:t>
      </w:r>
      <w:r w:rsidRPr="009511EF">
        <w:rPr>
          <w:rFonts w:ascii="Times New Roman" w:hAnsi="Times New Roman" w:cs="Times New Roman"/>
          <w:sz w:val="28"/>
          <w:szCs w:val="28"/>
        </w:rPr>
        <w:t xml:space="preserve"> đư</w:t>
      </w:r>
      <w:r w:rsidRPr="009511EF">
        <w:rPr>
          <w:rFonts w:ascii="Times New Roman" w:hAnsi="Times New Roman" w:cs="Times New Roman"/>
          <w:sz w:val="28"/>
          <w:szCs w:val="28"/>
        </w:rPr>
        <w:t>ợ</w:t>
      </w:r>
      <w:r w:rsidRPr="009511EF">
        <w:rPr>
          <w:rFonts w:ascii="Times New Roman" w:hAnsi="Times New Roman" w:cs="Times New Roman"/>
          <w:sz w:val="28"/>
          <w:szCs w:val="28"/>
        </w:rPr>
        <w:t>c đưa ra gi</w:t>
      </w:r>
      <w:r w:rsidRPr="009511EF">
        <w:rPr>
          <w:rFonts w:ascii="Times New Roman" w:hAnsi="Times New Roman" w:cs="Times New Roman"/>
          <w:sz w:val="28"/>
          <w:szCs w:val="28"/>
        </w:rPr>
        <w:t>ả</w:t>
      </w:r>
      <w:r w:rsidRPr="009511EF">
        <w:rPr>
          <w:rFonts w:ascii="Times New Roman" w:hAnsi="Times New Roman" w:cs="Times New Roman"/>
          <w:sz w:val="28"/>
          <w:szCs w:val="28"/>
        </w:rPr>
        <w:t>i quy</w:t>
      </w:r>
      <w:r w:rsidRPr="009511EF">
        <w:rPr>
          <w:rFonts w:ascii="Times New Roman" w:hAnsi="Times New Roman" w:cs="Times New Roman"/>
          <w:sz w:val="28"/>
          <w:szCs w:val="28"/>
        </w:rPr>
        <w:t>ế</w:t>
      </w:r>
      <w:r w:rsidRPr="009511EF">
        <w:rPr>
          <w:rFonts w:ascii="Times New Roman" w:hAnsi="Times New Roman" w:cs="Times New Roman"/>
          <w:sz w:val="28"/>
          <w:szCs w:val="28"/>
        </w:rPr>
        <w:t>t t</w:t>
      </w:r>
      <w:r w:rsidRPr="009511EF">
        <w:rPr>
          <w:rFonts w:ascii="Times New Roman" w:hAnsi="Times New Roman" w:cs="Times New Roman"/>
          <w:sz w:val="28"/>
          <w:szCs w:val="28"/>
        </w:rPr>
        <w:t>ạ</w:t>
      </w:r>
      <w:r w:rsidRPr="009511EF">
        <w:rPr>
          <w:rFonts w:ascii="Times New Roman" w:hAnsi="Times New Roman" w:cs="Times New Roman"/>
          <w:sz w:val="28"/>
          <w:szCs w:val="28"/>
        </w:rPr>
        <w:t>i Trung tâm Tr</w:t>
      </w:r>
      <w:r w:rsidRPr="009511EF">
        <w:rPr>
          <w:rFonts w:ascii="Times New Roman" w:hAnsi="Times New Roman" w:cs="Times New Roman"/>
          <w:sz w:val="28"/>
          <w:szCs w:val="28"/>
        </w:rPr>
        <w:t>ọ</w:t>
      </w:r>
      <w:r w:rsidRPr="009511EF">
        <w:rPr>
          <w:rFonts w:ascii="Times New Roman" w:hAnsi="Times New Roman" w:cs="Times New Roman"/>
          <w:sz w:val="28"/>
          <w:szCs w:val="28"/>
        </w:rPr>
        <w:t>ng tài q</w:t>
      </w:r>
      <w:r w:rsidRPr="009511EF">
        <w:rPr>
          <w:rFonts w:ascii="Times New Roman" w:hAnsi="Times New Roman" w:cs="Times New Roman"/>
          <w:sz w:val="28"/>
          <w:szCs w:val="28"/>
        </w:rPr>
        <w:t>u</w:t>
      </w:r>
      <w:r w:rsidRPr="009511EF">
        <w:rPr>
          <w:rFonts w:ascii="Times New Roman" w:hAnsi="Times New Roman" w:cs="Times New Roman"/>
          <w:sz w:val="28"/>
          <w:szCs w:val="28"/>
        </w:rPr>
        <w:t>ố</w:t>
      </w:r>
      <w:r w:rsidRPr="009511EF">
        <w:rPr>
          <w:rFonts w:ascii="Times New Roman" w:hAnsi="Times New Roman" w:cs="Times New Roman"/>
          <w:sz w:val="28"/>
          <w:szCs w:val="28"/>
        </w:rPr>
        <w:t>c t</w:t>
      </w:r>
      <w:r w:rsidRPr="009511EF">
        <w:rPr>
          <w:rFonts w:ascii="Times New Roman" w:hAnsi="Times New Roman" w:cs="Times New Roman"/>
          <w:sz w:val="28"/>
          <w:szCs w:val="28"/>
        </w:rPr>
        <w:t>ế</w:t>
      </w:r>
      <w:r w:rsidRPr="009511EF">
        <w:rPr>
          <w:rFonts w:ascii="Times New Roman" w:hAnsi="Times New Roman" w:cs="Times New Roman"/>
          <w:sz w:val="28"/>
          <w:szCs w:val="28"/>
        </w:rPr>
        <w:t xml:space="preserve"> Vi</w:t>
      </w:r>
      <w:r w:rsidRPr="009511EF">
        <w:rPr>
          <w:rFonts w:ascii="Times New Roman" w:hAnsi="Times New Roman" w:cs="Times New Roman"/>
          <w:sz w:val="28"/>
          <w:szCs w:val="28"/>
        </w:rPr>
        <w:t>ệ</w:t>
      </w:r>
      <w:r w:rsidRPr="009511EF">
        <w:rPr>
          <w:rFonts w:ascii="Times New Roman" w:hAnsi="Times New Roman" w:cs="Times New Roman"/>
          <w:sz w:val="28"/>
          <w:szCs w:val="28"/>
        </w:rPr>
        <w:t>t Nam (VIAC).</w:t>
      </w:r>
    </w:p>
    <w:p w:rsidR="004D4EBF" w:rsidRPr="009511EF" w:rsidRDefault="009511EF">
      <w:pPr>
        <w:pStyle w:val="Heading1"/>
        <w:rPr>
          <w:rFonts w:ascii="Times New Roman" w:hAnsi="Times New Roman" w:cs="Times New Roman"/>
          <w:color w:val="auto"/>
        </w:rPr>
      </w:pPr>
      <w:r w:rsidRPr="009511EF">
        <w:rPr>
          <w:rFonts w:ascii="Times New Roman" w:hAnsi="Times New Roman" w:cs="Times New Roman"/>
          <w:color w:val="auto"/>
        </w:rPr>
        <w:t>Đi</w:t>
      </w:r>
      <w:r w:rsidRPr="009511EF">
        <w:rPr>
          <w:rFonts w:ascii="Times New Roman" w:hAnsi="Times New Roman" w:cs="Times New Roman"/>
          <w:color w:val="auto"/>
        </w:rPr>
        <w:t>ề</w:t>
      </w:r>
      <w:r w:rsidRPr="009511EF">
        <w:rPr>
          <w:rFonts w:ascii="Times New Roman" w:hAnsi="Times New Roman" w:cs="Times New Roman"/>
          <w:color w:val="auto"/>
        </w:rPr>
        <w:t>u 9: Hi</w:t>
      </w:r>
      <w:r w:rsidRPr="009511EF">
        <w:rPr>
          <w:rFonts w:ascii="Times New Roman" w:hAnsi="Times New Roman" w:cs="Times New Roman"/>
          <w:color w:val="auto"/>
        </w:rPr>
        <w:t>ệ</w:t>
      </w:r>
      <w:r w:rsidRPr="009511EF">
        <w:rPr>
          <w:rFonts w:ascii="Times New Roman" w:hAnsi="Times New Roman" w:cs="Times New Roman"/>
          <w:color w:val="auto"/>
        </w:rPr>
        <w:t>u l</w:t>
      </w:r>
      <w:r w:rsidRPr="009511EF">
        <w:rPr>
          <w:rFonts w:ascii="Times New Roman" w:hAnsi="Times New Roman" w:cs="Times New Roman"/>
          <w:color w:val="auto"/>
        </w:rPr>
        <w:t>ự</w:t>
      </w:r>
      <w:r w:rsidRPr="009511EF">
        <w:rPr>
          <w:rFonts w:ascii="Times New Roman" w:hAnsi="Times New Roman" w:cs="Times New Roman"/>
          <w:color w:val="auto"/>
        </w:rPr>
        <w:t>c h</w:t>
      </w:r>
      <w:r w:rsidRPr="009511EF">
        <w:rPr>
          <w:rFonts w:ascii="Times New Roman" w:hAnsi="Times New Roman" w:cs="Times New Roman"/>
          <w:color w:val="auto"/>
        </w:rPr>
        <w:t>ợ</w:t>
      </w:r>
      <w:r w:rsidRPr="009511EF">
        <w:rPr>
          <w:rFonts w:ascii="Times New Roman" w:hAnsi="Times New Roman" w:cs="Times New Roman"/>
          <w:color w:val="auto"/>
        </w:rPr>
        <w:t>p đ</w:t>
      </w:r>
      <w:r w:rsidRPr="009511EF">
        <w:rPr>
          <w:rFonts w:ascii="Times New Roman" w:hAnsi="Times New Roman" w:cs="Times New Roman"/>
          <w:color w:val="auto"/>
        </w:rPr>
        <w:t>ồ</w:t>
      </w:r>
      <w:r w:rsidRPr="009511EF">
        <w:rPr>
          <w:rFonts w:ascii="Times New Roman" w:hAnsi="Times New Roman" w:cs="Times New Roman"/>
          <w:color w:val="auto"/>
        </w:rPr>
        <w:t>ng</w:t>
      </w:r>
    </w:p>
    <w:p w:rsidR="004D4EBF" w:rsidRPr="009511EF" w:rsidRDefault="009511EF">
      <w:pPr>
        <w:rPr>
          <w:rFonts w:ascii="Times New Roman" w:hAnsi="Times New Roman" w:cs="Times New Roman"/>
          <w:sz w:val="28"/>
          <w:szCs w:val="28"/>
        </w:rPr>
      </w:pPr>
      <w:r w:rsidRPr="009511EF">
        <w:rPr>
          <w:rFonts w:ascii="Times New Roman" w:hAnsi="Times New Roman" w:cs="Times New Roman"/>
          <w:sz w:val="28"/>
          <w:szCs w:val="28"/>
        </w:rPr>
        <w:t>H</w:t>
      </w:r>
      <w:r w:rsidRPr="009511EF">
        <w:rPr>
          <w:rFonts w:ascii="Times New Roman" w:hAnsi="Times New Roman" w:cs="Times New Roman"/>
          <w:sz w:val="28"/>
          <w:szCs w:val="28"/>
        </w:rPr>
        <w:t>ợ</w:t>
      </w:r>
      <w:r w:rsidRPr="009511EF">
        <w:rPr>
          <w:rFonts w:ascii="Times New Roman" w:hAnsi="Times New Roman" w:cs="Times New Roman"/>
          <w:sz w:val="28"/>
          <w:szCs w:val="28"/>
        </w:rPr>
        <w:t>p đ</w:t>
      </w:r>
      <w:r w:rsidRPr="009511EF">
        <w:rPr>
          <w:rFonts w:ascii="Times New Roman" w:hAnsi="Times New Roman" w:cs="Times New Roman"/>
          <w:sz w:val="28"/>
          <w:szCs w:val="28"/>
        </w:rPr>
        <w:t>ồ</w:t>
      </w:r>
      <w:r w:rsidRPr="009511EF">
        <w:rPr>
          <w:rFonts w:ascii="Times New Roman" w:hAnsi="Times New Roman" w:cs="Times New Roman"/>
          <w:sz w:val="28"/>
          <w:szCs w:val="28"/>
        </w:rPr>
        <w:t>ng này có hi</w:t>
      </w:r>
      <w:r w:rsidRPr="009511EF">
        <w:rPr>
          <w:rFonts w:ascii="Times New Roman" w:hAnsi="Times New Roman" w:cs="Times New Roman"/>
          <w:sz w:val="28"/>
          <w:szCs w:val="28"/>
        </w:rPr>
        <w:t>ệ</w:t>
      </w:r>
      <w:r w:rsidRPr="009511EF">
        <w:rPr>
          <w:rFonts w:ascii="Times New Roman" w:hAnsi="Times New Roman" w:cs="Times New Roman"/>
          <w:sz w:val="28"/>
          <w:szCs w:val="28"/>
        </w:rPr>
        <w:t>u l</w:t>
      </w:r>
      <w:r w:rsidRPr="009511EF">
        <w:rPr>
          <w:rFonts w:ascii="Times New Roman" w:hAnsi="Times New Roman" w:cs="Times New Roman"/>
          <w:sz w:val="28"/>
          <w:szCs w:val="28"/>
        </w:rPr>
        <w:t>ự</w:t>
      </w:r>
      <w:r w:rsidRPr="009511EF">
        <w:rPr>
          <w:rFonts w:ascii="Times New Roman" w:hAnsi="Times New Roman" w:cs="Times New Roman"/>
          <w:sz w:val="28"/>
          <w:szCs w:val="28"/>
        </w:rPr>
        <w:t>c k</w:t>
      </w:r>
      <w:r w:rsidRPr="009511EF">
        <w:rPr>
          <w:rFonts w:ascii="Times New Roman" w:hAnsi="Times New Roman" w:cs="Times New Roman"/>
          <w:sz w:val="28"/>
          <w:szCs w:val="28"/>
        </w:rPr>
        <w:t>ể</w:t>
      </w:r>
      <w:r w:rsidRPr="009511EF">
        <w:rPr>
          <w:rFonts w:ascii="Times New Roman" w:hAnsi="Times New Roman" w:cs="Times New Roman"/>
          <w:sz w:val="28"/>
          <w:szCs w:val="28"/>
        </w:rPr>
        <w:t xml:space="preserve"> t</w:t>
      </w:r>
      <w:r w:rsidRPr="009511EF">
        <w:rPr>
          <w:rFonts w:ascii="Times New Roman" w:hAnsi="Times New Roman" w:cs="Times New Roman"/>
          <w:sz w:val="28"/>
          <w:szCs w:val="28"/>
        </w:rPr>
        <w:t>ừ</w:t>
      </w:r>
      <w:r w:rsidRPr="009511EF">
        <w:rPr>
          <w:rFonts w:ascii="Times New Roman" w:hAnsi="Times New Roman" w:cs="Times New Roman"/>
          <w:sz w:val="28"/>
          <w:szCs w:val="28"/>
        </w:rPr>
        <w:t xml:space="preserve"> ngày ký. Đư</w:t>
      </w:r>
      <w:r w:rsidRPr="009511EF">
        <w:rPr>
          <w:rFonts w:ascii="Times New Roman" w:hAnsi="Times New Roman" w:cs="Times New Roman"/>
          <w:sz w:val="28"/>
          <w:szCs w:val="28"/>
        </w:rPr>
        <w:t>ợ</w:t>
      </w:r>
      <w:r w:rsidRPr="009511EF">
        <w:rPr>
          <w:rFonts w:ascii="Times New Roman" w:hAnsi="Times New Roman" w:cs="Times New Roman"/>
          <w:sz w:val="28"/>
          <w:szCs w:val="28"/>
        </w:rPr>
        <w:t>c l</w:t>
      </w:r>
      <w:r w:rsidRPr="009511EF">
        <w:rPr>
          <w:rFonts w:ascii="Times New Roman" w:hAnsi="Times New Roman" w:cs="Times New Roman"/>
          <w:sz w:val="28"/>
          <w:szCs w:val="28"/>
        </w:rPr>
        <w:t>ậ</w:t>
      </w:r>
      <w:r w:rsidRPr="009511EF">
        <w:rPr>
          <w:rFonts w:ascii="Times New Roman" w:hAnsi="Times New Roman" w:cs="Times New Roman"/>
          <w:sz w:val="28"/>
          <w:szCs w:val="28"/>
        </w:rPr>
        <w:t>p thành 02 b</w:t>
      </w:r>
      <w:r w:rsidRPr="009511EF">
        <w:rPr>
          <w:rFonts w:ascii="Times New Roman" w:hAnsi="Times New Roman" w:cs="Times New Roman"/>
          <w:sz w:val="28"/>
          <w:szCs w:val="28"/>
        </w:rPr>
        <w:t>ả</w:t>
      </w:r>
      <w:r w:rsidRPr="009511EF">
        <w:rPr>
          <w:rFonts w:ascii="Times New Roman" w:hAnsi="Times New Roman" w:cs="Times New Roman"/>
          <w:sz w:val="28"/>
          <w:szCs w:val="28"/>
        </w:rPr>
        <w:t>n g</w:t>
      </w:r>
      <w:r w:rsidRPr="009511EF">
        <w:rPr>
          <w:rFonts w:ascii="Times New Roman" w:hAnsi="Times New Roman" w:cs="Times New Roman"/>
          <w:sz w:val="28"/>
          <w:szCs w:val="28"/>
        </w:rPr>
        <w:t>ố</w:t>
      </w:r>
      <w:r w:rsidRPr="009511EF">
        <w:rPr>
          <w:rFonts w:ascii="Times New Roman" w:hAnsi="Times New Roman" w:cs="Times New Roman"/>
          <w:sz w:val="28"/>
          <w:szCs w:val="28"/>
        </w:rPr>
        <w:t>c b</w:t>
      </w:r>
      <w:r w:rsidRPr="009511EF">
        <w:rPr>
          <w:rFonts w:ascii="Times New Roman" w:hAnsi="Times New Roman" w:cs="Times New Roman"/>
          <w:sz w:val="28"/>
          <w:szCs w:val="28"/>
        </w:rPr>
        <w:t>ằ</w:t>
      </w:r>
      <w:r w:rsidRPr="009511EF">
        <w:rPr>
          <w:rFonts w:ascii="Times New Roman" w:hAnsi="Times New Roman" w:cs="Times New Roman"/>
          <w:sz w:val="28"/>
          <w:szCs w:val="28"/>
        </w:rPr>
        <w:t>ng ti</w:t>
      </w:r>
      <w:r w:rsidRPr="009511EF">
        <w:rPr>
          <w:rFonts w:ascii="Times New Roman" w:hAnsi="Times New Roman" w:cs="Times New Roman"/>
          <w:sz w:val="28"/>
          <w:szCs w:val="28"/>
        </w:rPr>
        <w:t>ế</w:t>
      </w:r>
      <w:r w:rsidRPr="009511EF">
        <w:rPr>
          <w:rFonts w:ascii="Times New Roman" w:hAnsi="Times New Roman" w:cs="Times New Roman"/>
          <w:sz w:val="28"/>
          <w:szCs w:val="28"/>
        </w:rPr>
        <w:t>ng Vi</w:t>
      </w:r>
      <w:r w:rsidRPr="009511EF">
        <w:rPr>
          <w:rFonts w:ascii="Times New Roman" w:hAnsi="Times New Roman" w:cs="Times New Roman"/>
          <w:sz w:val="28"/>
          <w:szCs w:val="28"/>
        </w:rPr>
        <w:t>ệ</w:t>
      </w:r>
      <w:r w:rsidRPr="009511EF">
        <w:rPr>
          <w:rFonts w:ascii="Times New Roman" w:hAnsi="Times New Roman" w:cs="Times New Roman"/>
          <w:sz w:val="28"/>
          <w:szCs w:val="28"/>
        </w:rPr>
        <w:t>t, m</w:t>
      </w:r>
      <w:r w:rsidRPr="009511EF">
        <w:rPr>
          <w:rFonts w:ascii="Times New Roman" w:hAnsi="Times New Roman" w:cs="Times New Roman"/>
          <w:sz w:val="28"/>
          <w:szCs w:val="28"/>
        </w:rPr>
        <w:t>ỗ</w:t>
      </w:r>
      <w:r w:rsidRPr="009511EF">
        <w:rPr>
          <w:rFonts w:ascii="Times New Roman" w:hAnsi="Times New Roman" w:cs="Times New Roman"/>
          <w:sz w:val="28"/>
          <w:szCs w:val="28"/>
        </w:rPr>
        <w:t>i bên gi</w:t>
      </w:r>
      <w:r w:rsidRPr="009511EF">
        <w:rPr>
          <w:rFonts w:ascii="Times New Roman" w:hAnsi="Times New Roman" w:cs="Times New Roman"/>
          <w:sz w:val="28"/>
          <w:szCs w:val="28"/>
        </w:rPr>
        <w:t>ữ</w:t>
      </w:r>
      <w:r w:rsidRPr="009511EF">
        <w:rPr>
          <w:rFonts w:ascii="Times New Roman" w:hAnsi="Times New Roman" w:cs="Times New Roman"/>
          <w:sz w:val="28"/>
          <w:szCs w:val="28"/>
        </w:rPr>
        <w:t xml:space="preserve"> 01 b</w:t>
      </w:r>
      <w:r w:rsidRPr="009511EF">
        <w:rPr>
          <w:rFonts w:ascii="Times New Roman" w:hAnsi="Times New Roman" w:cs="Times New Roman"/>
          <w:sz w:val="28"/>
          <w:szCs w:val="28"/>
        </w:rPr>
        <w:t>ả</w:t>
      </w:r>
      <w:r w:rsidRPr="009511EF">
        <w:rPr>
          <w:rFonts w:ascii="Times New Roman" w:hAnsi="Times New Roman" w:cs="Times New Roman"/>
          <w:sz w:val="28"/>
          <w:szCs w:val="28"/>
        </w:rPr>
        <w:t>n có giá tr</w:t>
      </w:r>
      <w:r w:rsidRPr="009511EF">
        <w:rPr>
          <w:rFonts w:ascii="Times New Roman" w:hAnsi="Times New Roman" w:cs="Times New Roman"/>
          <w:sz w:val="28"/>
          <w:szCs w:val="28"/>
        </w:rPr>
        <w:t>ị</w:t>
      </w:r>
      <w:r w:rsidRPr="009511EF">
        <w:rPr>
          <w:rFonts w:ascii="Times New Roman" w:hAnsi="Times New Roman" w:cs="Times New Roman"/>
          <w:sz w:val="28"/>
          <w:szCs w:val="28"/>
        </w:rPr>
        <w:t xml:space="preserve"> pháp lý như nhau.</w:t>
      </w:r>
    </w:p>
    <w:p w:rsidR="009511EF" w:rsidRPr="009511EF" w:rsidRDefault="009511EF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  <w:bookmarkStart w:id="0" w:name="_GoBack"/>
      <w:bookmarkEnd w:id="0"/>
      <w:r w:rsidRPr="009511E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BÊN A                                                                                 BÊN B </w:t>
      </w:r>
    </w:p>
    <w:p w:rsidR="009511EF" w:rsidRPr="009511EF" w:rsidRDefault="009511EF">
      <w:pPr>
        <w:rPr>
          <w:rFonts w:ascii="Times New Roman" w:hAnsi="Times New Roman" w:cs="Times New Roman"/>
          <w:sz w:val="28"/>
          <w:szCs w:val="28"/>
        </w:rPr>
      </w:pPr>
      <w:r w:rsidRPr="009511EF">
        <w:rPr>
          <w:rFonts w:ascii="Times New Roman" w:eastAsia="Times New Roman" w:hAnsi="Times New Roman" w:cs="Times New Roman"/>
          <w:b/>
          <w:bCs/>
          <w:sz w:val="28"/>
          <w:szCs w:val="28"/>
        </w:rPr>
        <w:t>(Ký và đống dâu)</w:t>
      </w:r>
      <w:r w:rsidRPr="009511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9511EF">
        <w:rPr>
          <w:rFonts w:ascii="Times New Roman" w:eastAsia="Times New Roman" w:hAnsi="Times New Roman" w:cs="Times New Roman"/>
          <w:b/>
          <w:bCs/>
          <w:sz w:val="28"/>
          <w:szCs w:val="28"/>
        </w:rPr>
        <w:t>(Ký và đống dâu)</w:t>
      </w:r>
    </w:p>
    <w:sectPr w:rsidR="009511EF" w:rsidRPr="009511E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1D32C67"/>
    <w:multiLevelType w:val="multilevel"/>
    <w:tmpl w:val="353CB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4EBF"/>
    <w:rsid w:val="009511E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4A542FEE-293C-4EB7-BF81-4E0AD253C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6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96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23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59C59A-A999-45B3-96B1-28E3BEF66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Điều 1: Thông tin các bên liên doanh</vt:lpstr>
      <vt:lpstr>Điều 2: Mục tiêu liên doanh</vt:lpstr>
      <vt:lpstr>Điều 3: Tên và trụ sở công ty liên doanh</vt:lpstr>
      <vt:lpstr>Điều 4: Vốn điều lệ và tỷ lệ góp vốn</vt:lpstr>
      <vt:lpstr>Điều 5: Quản lý và điều hành</vt:lpstr>
      <vt:lpstr>Điều 6: Phân chia lợi nhuận và xử lý lỗ</vt:lpstr>
      <vt:lpstr>Điều 7: Thời hạn liên doanh</vt:lpstr>
      <vt:lpstr>Điều 8: Giải quyết tranh chấp</vt:lpstr>
      <vt:lpstr>Điều 9: Hiệu lực hợp đồng</vt:lpstr>
    </vt:vector>
  </TitlesOfParts>
  <Manager/>
  <Company/>
  <LinksUpToDate>false</LinksUpToDate>
  <CharactersWithSpaces>2222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2025-06-23T09:10:00Z</dcterms:created>
  <dcterms:modified xsi:type="dcterms:W3CDTF">2025-06-23T09:10:00Z</dcterms:modified>
  <cp:category/>
</cp:coreProperties>
</file>