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8F71A4" w:rsidRPr="00674CF4" w:rsidRDefault="00674CF4" w:rsidP="00674CF4">
      <w:pPr>
        <w:jc w:val="center"/>
        <w:rPr>
          <w:rFonts w:ascii="Times New Roman" w:hAnsi="Times New Roman" w:cs="Times New Roman"/>
          <w:b/>
          <w:sz w:val="28"/>
          <w:szCs w:val="28"/>
        </w:rPr>
      </w:pPr>
      <w:r w:rsidRPr="00674CF4">
        <w:rPr>
          <w:rFonts w:ascii="Times New Roman" w:hAnsi="Times New Roman" w:cs="Times New Roman"/>
          <w:b/>
          <w:sz w:val="28"/>
          <w:szCs w:val="28"/>
        </w:rPr>
        <w:t>C</w:t>
      </w:r>
      <w:r w:rsidRPr="00674CF4">
        <w:rPr>
          <w:rFonts w:ascii="Times New Roman" w:hAnsi="Times New Roman" w:cs="Times New Roman"/>
          <w:b/>
          <w:sz w:val="28"/>
          <w:szCs w:val="28"/>
        </w:rPr>
        <w:t>Ộ</w:t>
      </w:r>
      <w:r w:rsidRPr="00674CF4">
        <w:rPr>
          <w:rFonts w:ascii="Times New Roman" w:hAnsi="Times New Roman" w:cs="Times New Roman"/>
          <w:b/>
          <w:sz w:val="28"/>
          <w:szCs w:val="28"/>
        </w:rPr>
        <w:t>NG HÒA XÃ H</w:t>
      </w:r>
      <w:r w:rsidRPr="00674CF4">
        <w:rPr>
          <w:rFonts w:ascii="Times New Roman" w:hAnsi="Times New Roman" w:cs="Times New Roman"/>
          <w:b/>
          <w:sz w:val="28"/>
          <w:szCs w:val="28"/>
        </w:rPr>
        <w:t>Ộ</w:t>
      </w:r>
      <w:r w:rsidRPr="00674CF4">
        <w:rPr>
          <w:rFonts w:ascii="Times New Roman" w:hAnsi="Times New Roman" w:cs="Times New Roman"/>
          <w:b/>
          <w:sz w:val="28"/>
          <w:szCs w:val="28"/>
        </w:rPr>
        <w:t>I CH</w:t>
      </w:r>
      <w:r w:rsidRPr="00674CF4">
        <w:rPr>
          <w:rFonts w:ascii="Times New Roman" w:hAnsi="Times New Roman" w:cs="Times New Roman"/>
          <w:b/>
          <w:sz w:val="28"/>
          <w:szCs w:val="28"/>
        </w:rPr>
        <w:t>Ủ</w:t>
      </w:r>
      <w:r w:rsidRPr="00674CF4">
        <w:rPr>
          <w:rFonts w:ascii="Times New Roman" w:hAnsi="Times New Roman" w:cs="Times New Roman"/>
          <w:b/>
          <w:sz w:val="28"/>
          <w:szCs w:val="28"/>
        </w:rPr>
        <w:t xml:space="preserve"> NGHĨA VI</w:t>
      </w:r>
      <w:r w:rsidRPr="00674CF4">
        <w:rPr>
          <w:rFonts w:ascii="Times New Roman" w:hAnsi="Times New Roman" w:cs="Times New Roman"/>
          <w:b/>
          <w:sz w:val="28"/>
          <w:szCs w:val="28"/>
        </w:rPr>
        <w:t>Ệ</w:t>
      </w:r>
      <w:r w:rsidRPr="00674CF4">
        <w:rPr>
          <w:rFonts w:ascii="Times New Roman" w:hAnsi="Times New Roman" w:cs="Times New Roman"/>
          <w:b/>
          <w:sz w:val="28"/>
          <w:szCs w:val="28"/>
        </w:rPr>
        <w:t>T NAM</w:t>
      </w:r>
      <w:r w:rsidRPr="00674CF4">
        <w:rPr>
          <w:rFonts w:ascii="Times New Roman" w:hAnsi="Times New Roman" w:cs="Times New Roman"/>
          <w:b/>
          <w:sz w:val="28"/>
          <w:szCs w:val="28"/>
        </w:rPr>
        <w:br/>
        <w:t>Đ</w:t>
      </w:r>
      <w:r w:rsidRPr="00674CF4">
        <w:rPr>
          <w:rFonts w:ascii="Times New Roman" w:hAnsi="Times New Roman" w:cs="Times New Roman"/>
          <w:b/>
          <w:sz w:val="28"/>
          <w:szCs w:val="28"/>
        </w:rPr>
        <w:t>ộ</w:t>
      </w:r>
      <w:r w:rsidRPr="00674CF4">
        <w:rPr>
          <w:rFonts w:ascii="Times New Roman" w:hAnsi="Times New Roman" w:cs="Times New Roman"/>
          <w:b/>
          <w:sz w:val="28"/>
          <w:szCs w:val="28"/>
        </w:rPr>
        <w:t>c l</w:t>
      </w:r>
      <w:r w:rsidRPr="00674CF4">
        <w:rPr>
          <w:rFonts w:ascii="Times New Roman" w:hAnsi="Times New Roman" w:cs="Times New Roman"/>
          <w:b/>
          <w:sz w:val="28"/>
          <w:szCs w:val="28"/>
        </w:rPr>
        <w:t>ậ</w:t>
      </w:r>
      <w:r w:rsidRPr="00674CF4">
        <w:rPr>
          <w:rFonts w:ascii="Times New Roman" w:hAnsi="Times New Roman" w:cs="Times New Roman"/>
          <w:b/>
          <w:sz w:val="28"/>
          <w:szCs w:val="28"/>
        </w:rPr>
        <w:t>p – T</w:t>
      </w:r>
      <w:r w:rsidRPr="00674CF4">
        <w:rPr>
          <w:rFonts w:ascii="Times New Roman" w:hAnsi="Times New Roman" w:cs="Times New Roman"/>
          <w:b/>
          <w:sz w:val="28"/>
          <w:szCs w:val="28"/>
        </w:rPr>
        <w:t>ự</w:t>
      </w:r>
      <w:r w:rsidRPr="00674CF4">
        <w:rPr>
          <w:rFonts w:ascii="Times New Roman" w:hAnsi="Times New Roman" w:cs="Times New Roman"/>
          <w:b/>
          <w:sz w:val="28"/>
          <w:szCs w:val="28"/>
        </w:rPr>
        <w:t xml:space="preserve"> do – H</w:t>
      </w:r>
      <w:r w:rsidRPr="00674CF4">
        <w:rPr>
          <w:rFonts w:ascii="Times New Roman" w:hAnsi="Times New Roman" w:cs="Times New Roman"/>
          <w:b/>
          <w:sz w:val="28"/>
          <w:szCs w:val="28"/>
        </w:rPr>
        <w:t>ạ</w:t>
      </w:r>
      <w:r w:rsidRPr="00674CF4">
        <w:rPr>
          <w:rFonts w:ascii="Times New Roman" w:hAnsi="Times New Roman" w:cs="Times New Roman"/>
          <w:b/>
          <w:sz w:val="28"/>
          <w:szCs w:val="28"/>
        </w:rPr>
        <w:t>nh phúc</w:t>
      </w:r>
      <w:r w:rsidRPr="00674CF4">
        <w:rPr>
          <w:rFonts w:ascii="Times New Roman" w:hAnsi="Times New Roman" w:cs="Times New Roman"/>
          <w:b/>
          <w:sz w:val="28"/>
          <w:szCs w:val="28"/>
        </w:rPr>
        <w:br/>
      </w:r>
    </w:p>
    <w:p w:rsidR="00674CF4" w:rsidRPr="00674CF4" w:rsidRDefault="00674CF4" w:rsidP="00674CF4">
      <w:pPr>
        <w:jc w:val="center"/>
        <w:rPr>
          <w:rFonts w:ascii="Times New Roman" w:hAnsi="Times New Roman" w:cs="Times New Roman"/>
          <w:b/>
          <w:sz w:val="28"/>
          <w:szCs w:val="28"/>
        </w:rPr>
      </w:pPr>
      <w:r w:rsidRPr="00674CF4">
        <w:rPr>
          <w:rFonts w:ascii="Times New Roman" w:hAnsi="Times New Roman" w:cs="Times New Roman"/>
          <w:b/>
          <w:sz w:val="28"/>
          <w:szCs w:val="28"/>
        </w:rPr>
        <w:t>HỢP ĐỒNG DỊCH VỤ VỆ SINH VĂN PHÒNG HÀNG NGÀY</w:t>
      </w:r>
    </w:p>
    <w:p w:rsidR="00674CF4" w:rsidRPr="00674CF4" w:rsidRDefault="00674CF4" w:rsidP="00674CF4">
      <w:pPr>
        <w:jc w:val="center"/>
        <w:rPr>
          <w:rFonts w:ascii="Times New Roman" w:hAnsi="Times New Roman" w:cs="Times New Roman"/>
          <w:b/>
          <w:sz w:val="28"/>
          <w:szCs w:val="28"/>
        </w:rPr>
      </w:pPr>
      <w:r w:rsidRPr="00674CF4">
        <w:rPr>
          <w:rFonts w:ascii="Times New Roman" w:hAnsi="Times New Roman" w:cs="Times New Roman"/>
          <w:b/>
          <w:sz w:val="28"/>
          <w:szCs w:val="28"/>
        </w:rPr>
        <w:t>Số:…/HĐDVVS/2025</w:t>
      </w:r>
    </w:p>
    <w:p w:rsidR="008F71A4" w:rsidRPr="00674CF4" w:rsidRDefault="00674CF4">
      <w:pPr>
        <w:pStyle w:val="Heading2"/>
        <w:rPr>
          <w:rFonts w:ascii="Times New Roman" w:hAnsi="Times New Roman" w:cs="Times New Roman"/>
          <w:color w:val="auto"/>
          <w:sz w:val="28"/>
          <w:szCs w:val="28"/>
        </w:rPr>
      </w:pPr>
      <w:r w:rsidRPr="00674CF4">
        <w:rPr>
          <w:rFonts w:ascii="Times New Roman" w:hAnsi="Times New Roman" w:cs="Times New Roman"/>
          <w:color w:val="auto"/>
          <w:sz w:val="28"/>
          <w:szCs w:val="28"/>
        </w:rPr>
        <w:t>Căn c</w:t>
      </w:r>
      <w:r w:rsidRPr="00674CF4">
        <w:rPr>
          <w:rFonts w:ascii="Times New Roman" w:hAnsi="Times New Roman" w:cs="Times New Roman"/>
          <w:color w:val="auto"/>
          <w:sz w:val="28"/>
          <w:szCs w:val="28"/>
        </w:rPr>
        <w:t>ứ</w:t>
      </w:r>
      <w:r w:rsidRPr="00674CF4">
        <w:rPr>
          <w:rFonts w:ascii="Times New Roman" w:hAnsi="Times New Roman" w:cs="Times New Roman"/>
          <w:color w:val="auto"/>
          <w:sz w:val="28"/>
          <w:szCs w:val="28"/>
        </w:rPr>
        <w:t>:</w:t>
      </w:r>
    </w:p>
    <w:p w:rsidR="008F71A4" w:rsidRPr="00674CF4" w:rsidRDefault="00674CF4">
      <w:pPr>
        <w:rPr>
          <w:rFonts w:ascii="Times New Roman" w:hAnsi="Times New Roman" w:cs="Times New Roman"/>
          <w:sz w:val="28"/>
          <w:szCs w:val="28"/>
        </w:rPr>
      </w:pPr>
      <w:r w:rsidRPr="00674CF4">
        <w:rPr>
          <w:rFonts w:ascii="Times New Roman" w:hAnsi="Times New Roman" w:cs="Times New Roman"/>
          <w:sz w:val="28"/>
          <w:szCs w:val="28"/>
        </w:rPr>
        <w:t>- B</w:t>
      </w:r>
      <w:r w:rsidRPr="00674CF4">
        <w:rPr>
          <w:rFonts w:ascii="Times New Roman" w:hAnsi="Times New Roman" w:cs="Times New Roman"/>
          <w:sz w:val="28"/>
          <w:szCs w:val="28"/>
        </w:rPr>
        <w:t>ộ</w:t>
      </w:r>
      <w:r w:rsidRPr="00674CF4">
        <w:rPr>
          <w:rFonts w:ascii="Times New Roman" w:hAnsi="Times New Roman" w:cs="Times New Roman"/>
          <w:sz w:val="28"/>
          <w:szCs w:val="28"/>
        </w:rPr>
        <w:t xml:space="preserve"> lu</w:t>
      </w:r>
      <w:r w:rsidRPr="00674CF4">
        <w:rPr>
          <w:rFonts w:ascii="Times New Roman" w:hAnsi="Times New Roman" w:cs="Times New Roman"/>
          <w:sz w:val="28"/>
          <w:szCs w:val="28"/>
        </w:rPr>
        <w:t>ậ</w:t>
      </w:r>
      <w:r w:rsidRPr="00674CF4">
        <w:rPr>
          <w:rFonts w:ascii="Times New Roman" w:hAnsi="Times New Roman" w:cs="Times New Roman"/>
          <w:sz w:val="28"/>
          <w:szCs w:val="28"/>
        </w:rPr>
        <w:t>t Dân s</w:t>
      </w:r>
      <w:r w:rsidRPr="00674CF4">
        <w:rPr>
          <w:rFonts w:ascii="Times New Roman" w:hAnsi="Times New Roman" w:cs="Times New Roman"/>
          <w:sz w:val="28"/>
          <w:szCs w:val="28"/>
        </w:rPr>
        <w:t>ự</w:t>
      </w:r>
      <w:r w:rsidRPr="00674CF4">
        <w:rPr>
          <w:rFonts w:ascii="Times New Roman" w:hAnsi="Times New Roman" w:cs="Times New Roman"/>
          <w:sz w:val="28"/>
          <w:szCs w:val="28"/>
        </w:rPr>
        <w:t xml:space="preserve"> 2015 và các văn b</w:t>
      </w:r>
      <w:r w:rsidRPr="00674CF4">
        <w:rPr>
          <w:rFonts w:ascii="Times New Roman" w:hAnsi="Times New Roman" w:cs="Times New Roman"/>
          <w:sz w:val="28"/>
          <w:szCs w:val="28"/>
        </w:rPr>
        <w:t>ả</w:t>
      </w:r>
      <w:r w:rsidRPr="00674CF4">
        <w:rPr>
          <w:rFonts w:ascii="Times New Roman" w:hAnsi="Times New Roman" w:cs="Times New Roman"/>
          <w:sz w:val="28"/>
          <w:szCs w:val="28"/>
        </w:rPr>
        <w:t>n pháp lu</w:t>
      </w:r>
      <w:r w:rsidRPr="00674CF4">
        <w:rPr>
          <w:rFonts w:ascii="Times New Roman" w:hAnsi="Times New Roman" w:cs="Times New Roman"/>
          <w:sz w:val="28"/>
          <w:szCs w:val="28"/>
        </w:rPr>
        <w:t>ậ</w:t>
      </w:r>
      <w:r w:rsidRPr="00674CF4">
        <w:rPr>
          <w:rFonts w:ascii="Times New Roman" w:hAnsi="Times New Roman" w:cs="Times New Roman"/>
          <w:sz w:val="28"/>
          <w:szCs w:val="28"/>
        </w:rPr>
        <w:t>t hi</w:t>
      </w:r>
      <w:r w:rsidRPr="00674CF4">
        <w:rPr>
          <w:rFonts w:ascii="Times New Roman" w:hAnsi="Times New Roman" w:cs="Times New Roman"/>
          <w:sz w:val="28"/>
          <w:szCs w:val="28"/>
        </w:rPr>
        <w:t>ệ</w:t>
      </w:r>
      <w:r w:rsidRPr="00674CF4">
        <w:rPr>
          <w:rFonts w:ascii="Times New Roman" w:hAnsi="Times New Roman" w:cs="Times New Roman"/>
          <w:sz w:val="28"/>
          <w:szCs w:val="28"/>
        </w:rPr>
        <w:t>n hành;</w:t>
      </w:r>
    </w:p>
    <w:p w:rsidR="008F71A4" w:rsidRPr="00674CF4" w:rsidRDefault="00674CF4">
      <w:pPr>
        <w:rPr>
          <w:rFonts w:ascii="Times New Roman" w:hAnsi="Times New Roman" w:cs="Times New Roman"/>
          <w:sz w:val="28"/>
          <w:szCs w:val="28"/>
        </w:rPr>
      </w:pPr>
      <w:r w:rsidRPr="00674CF4">
        <w:rPr>
          <w:rFonts w:ascii="Times New Roman" w:hAnsi="Times New Roman" w:cs="Times New Roman"/>
          <w:sz w:val="28"/>
          <w:szCs w:val="28"/>
        </w:rPr>
        <w:t>- Nhu c</w:t>
      </w:r>
      <w:r w:rsidRPr="00674CF4">
        <w:rPr>
          <w:rFonts w:ascii="Times New Roman" w:hAnsi="Times New Roman" w:cs="Times New Roman"/>
          <w:sz w:val="28"/>
          <w:szCs w:val="28"/>
        </w:rPr>
        <w:t>ầ</w:t>
      </w:r>
      <w:r w:rsidRPr="00674CF4">
        <w:rPr>
          <w:rFonts w:ascii="Times New Roman" w:hAnsi="Times New Roman" w:cs="Times New Roman"/>
          <w:sz w:val="28"/>
          <w:szCs w:val="28"/>
        </w:rPr>
        <w:t>u s</w:t>
      </w:r>
      <w:r w:rsidRPr="00674CF4">
        <w:rPr>
          <w:rFonts w:ascii="Times New Roman" w:hAnsi="Times New Roman" w:cs="Times New Roman"/>
          <w:sz w:val="28"/>
          <w:szCs w:val="28"/>
        </w:rPr>
        <w:t>ử</w:t>
      </w:r>
      <w:r w:rsidRPr="00674CF4">
        <w:rPr>
          <w:rFonts w:ascii="Times New Roman" w:hAnsi="Times New Roman" w:cs="Times New Roman"/>
          <w:sz w:val="28"/>
          <w:szCs w:val="28"/>
        </w:rPr>
        <w:t xml:space="preserve"> d</w:t>
      </w:r>
      <w:r w:rsidRPr="00674CF4">
        <w:rPr>
          <w:rFonts w:ascii="Times New Roman" w:hAnsi="Times New Roman" w:cs="Times New Roman"/>
          <w:sz w:val="28"/>
          <w:szCs w:val="28"/>
        </w:rPr>
        <w:t>ụ</w:t>
      </w:r>
      <w:r w:rsidRPr="00674CF4">
        <w:rPr>
          <w:rFonts w:ascii="Times New Roman" w:hAnsi="Times New Roman" w:cs="Times New Roman"/>
          <w:sz w:val="28"/>
          <w:szCs w:val="28"/>
        </w:rPr>
        <w:t>ng d</w:t>
      </w:r>
      <w:r w:rsidRPr="00674CF4">
        <w:rPr>
          <w:rFonts w:ascii="Times New Roman" w:hAnsi="Times New Roman" w:cs="Times New Roman"/>
          <w:sz w:val="28"/>
          <w:szCs w:val="28"/>
        </w:rPr>
        <w:t>ị</w:t>
      </w:r>
      <w:r w:rsidRPr="00674CF4">
        <w:rPr>
          <w:rFonts w:ascii="Times New Roman" w:hAnsi="Times New Roman" w:cs="Times New Roman"/>
          <w:sz w:val="28"/>
          <w:szCs w:val="28"/>
        </w:rPr>
        <w:t>ch v</w:t>
      </w:r>
      <w:r w:rsidRPr="00674CF4">
        <w:rPr>
          <w:rFonts w:ascii="Times New Roman" w:hAnsi="Times New Roman" w:cs="Times New Roman"/>
          <w:sz w:val="28"/>
          <w:szCs w:val="28"/>
        </w:rPr>
        <w:t>ụ</w:t>
      </w:r>
      <w:r w:rsidRPr="00674CF4">
        <w:rPr>
          <w:rFonts w:ascii="Times New Roman" w:hAnsi="Times New Roman" w:cs="Times New Roman"/>
          <w:sz w:val="28"/>
          <w:szCs w:val="28"/>
        </w:rPr>
        <w:t xml:space="preserve"> v</w:t>
      </w:r>
      <w:r w:rsidRPr="00674CF4">
        <w:rPr>
          <w:rFonts w:ascii="Times New Roman" w:hAnsi="Times New Roman" w:cs="Times New Roman"/>
          <w:sz w:val="28"/>
          <w:szCs w:val="28"/>
        </w:rPr>
        <w:t>ệ</w:t>
      </w:r>
      <w:r w:rsidRPr="00674CF4">
        <w:rPr>
          <w:rFonts w:ascii="Times New Roman" w:hAnsi="Times New Roman" w:cs="Times New Roman"/>
          <w:sz w:val="28"/>
          <w:szCs w:val="28"/>
        </w:rPr>
        <w:t xml:space="preserve"> sinh </w:t>
      </w:r>
      <w:r w:rsidRPr="00674CF4">
        <w:rPr>
          <w:rFonts w:ascii="Times New Roman" w:hAnsi="Times New Roman" w:cs="Times New Roman"/>
          <w:sz w:val="28"/>
          <w:szCs w:val="28"/>
        </w:rPr>
        <w:t>c</w:t>
      </w:r>
      <w:r w:rsidRPr="00674CF4">
        <w:rPr>
          <w:rFonts w:ascii="Times New Roman" w:hAnsi="Times New Roman" w:cs="Times New Roman"/>
          <w:sz w:val="28"/>
          <w:szCs w:val="28"/>
        </w:rPr>
        <w:t>ủ</w:t>
      </w:r>
      <w:r w:rsidRPr="00674CF4">
        <w:rPr>
          <w:rFonts w:ascii="Times New Roman" w:hAnsi="Times New Roman" w:cs="Times New Roman"/>
          <w:sz w:val="28"/>
          <w:szCs w:val="28"/>
        </w:rPr>
        <w:t>a Bên A và kh</w:t>
      </w:r>
      <w:r w:rsidRPr="00674CF4">
        <w:rPr>
          <w:rFonts w:ascii="Times New Roman" w:hAnsi="Times New Roman" w:cs="Times New Roman"/>
          <w:sz w:val="28"/>
          <w:szCs w:val="28"/>
        </w:rPr>
        <w:t>ả</w:t>
      </w:r>
      <w:r w:rsidRPr="00674CF4">
        <w:rPr>
          <w:rFonts w:ascii="Times New Roman" w:hAnsi="Times New Roman" w:cs="Times New Roman"/>
          <w:sz w:val="28"/>
          <w:szCs w:val="28"/>
        </w:rPr>
        <w:t xml:space="preserve"> năng cung c</w:t>
      </w:r>
      <w:r w:rsidRPr="00674CF4">
        <w:rPr>
          <w:rFonts w:ascii="Times New Roman" w:hAnsi="Times New Roman" w:cs="Times New Roman"/>
          <w:sz w:val="28"/>
          <w:szCs w:val="28"/>
        </w:rPr>
        <w:t>ấ</w:t>
      </w:r>
      <w:r w:rsidRPr="00674CF4">
        <w:rPr>
          <w:rFonts w:ascii="Times New Roman" w:hAnsi="Times New Roman" w:cs="Times New Roman"/>
          <w:sz w:val="28"/>
          <w:szCs w:val="28"/>
        </w:rPr>
        <w:t>p d</w:t>
      </w:r>
      <w:r w:rsidRPr="00674CF4">
        <w:rPr>
          <w:rFonts w:ascii="Times New Roman" w:hAnsi="Times New Roman" w:cs="Times New Roman"/>
          <w:sz w:val="28"/>
          <w:szCs w:val="28"/>
        </w:rPr>
        <w:t>ị</w:t>
      </w:r>
      <w:r w:rsidRPr="00674CF4">
        <w:rPr>
          <w:rFonts w:ascii="Times New Roman" w:hAnsi="Times New Roman" w:cs="Times New Roman"/>
          <w:sz w:val="28"/>
          <w:szCs w:val="28"/>
        </w:rPr>
        <w:t>ch v</w:t>
      </w:r>
      <w:r w:rsidRPr="00674CF4">
        <w:rPr>
          <w:rFonts w:ascii="Times New Roman" w:hAnsi="Times New Roman" w:cs="Times New Roman"/>
          <w:sz w:val="28"/>
          <w:szCs w:val="28"/>
        </w:rPr>
        <w:t>ụ</w:t>
      </w:r>
      <w:r w:rsidRPr="00674CF4">
        <w:rPr>
          <w:rFonts w:ascii="Times New Roman" w:hAnsi="Times New Roman" w:cs="Times New Roman"/>
          <w:sz w:val="28"/>
          <w:szCs w:val="28"/>
        </w:rPr>
        <w:t xml:space="preserve"> c</w:t>
      </w:r>
      <w:r w:rsidRPr="00674CF4">
        <w:rPr>
          <w:rFonts w:ascii="Times New Roman" w:hAnsi="Times New Roman" w:cs="Times New Roman"/>
          <w:sz w:val="28"/>
          <w:szCs w:val="28"/>
        </w:rPr>
        <w:t>ủ</w:t>
      </w:r>
      <w:r w:rsidRPr="00674CF4">
        <w:rPr>
          <w:rFonts w:ascii="Times New Roman" w:hAnsi="Times New Roman" w:cs="Times New Roman"/>
          <w:sz w:val="28"/>
          <w:szCs w:val="28"/>
        </w:rPr>
        <w:t>a Bên B.</w:t>
      </w:r>
    </w:p>
    <w:p w:rsidR="008F71A4" w:rsidRPr="00674CF4" w:rsidRDefault="00674CF4">
      <w:pPr>
        <w:rPr>
          <w:rFonts w:ascii="Times New Roman" w:hAnsi="Times New Roman" w:cs="Times New Roman"/>
          <w:sz w:val="28"/>
          <w:szCs w:val="28"/>
        </w:rPr>
      </w:pPr>
      <w:r w:rsidRPr="00674CF4">
        <w:rPr>
          <w:rFonts w:ascii="Times New Roman" w:hAnsi="Times New Roman" w:cs="Times New Roman"/>
          <w:sz w:val="28"/>
          <w:szCs w:val="28"/>
        </w:rPr>
        <w:t>Hôm nay, ngày…tháng…năm 2025, t</w:t>
      </w:r>
      <w:r w:rsidRPr="00674CF4">
        <w:rPr>
          <w:rFonts w:ascii="Times New Roman" w:hAnsi="Times New Roman" w:cs="Times New Roman"/>
          <w:sz w:val="28"/>
          <w:szCs w:val="28"/>
        </w:rPr>
        <w:t>ạ</w:t>
      </w:r>
      <w:r w:rsidRPr="00674CF4">
        <w:rPr>
          <w:rFonts w:ascii="Times New Roman" w:hAnsi="Times New Roman" w:cs="Times New Roman"/>
          <w:sz w:val="28"/>
          <w:szCs w:val="28"/>
        </w:rPr>
        <w:t>i …, chúng tôi g</w:t>
      </w:r>
      <w:r w:rsidRPr="00674CF4">
        <w:rPr>
          <w:rFonts w:ascii="Times New Roman" w:hAnsi="Times New Roman" w:cs="Times New Roman"/>
          <w:sz w:val="28"/>
          <w:szCs w:val="28"/>
        </w:rPr>
        <w:t>ồ</w:t>
      </w:r>
      <w:r w:rsidRPr="00674CF4">
        <w:rPr>
          <w:rFonts w:ascii="Times New Roman" w:hAnsi="Times New Roman" w:cs="Times New Roman"/>
          <w:sz w:val="28"/>
          <w:szCs w:val="28"/>
        </w:rPr>
        <w:t>m:</w:t>
      </w:r>
    </w:p>
    <w:p w:rsidR="008F71A4" w:rsidRPr="00674CF4" w:rsidRDefault="00674CF4">
      <w:pPr>
        <w:pStyle w:val="Heading2"/>
        <w:rPr>
          <w:rFonts w:ascii="Times New Roman" w:hAnsi="Times New Roman" w:cs="Times New Roman"/>
          <w:color w:val="auto"/>
          <w:sz w:val="28"/>
          <w:szCs w:val="28"/>
        </w:rPr>
      </w:pPr>
      <w:r w:rsidRPr="00674CF4">
        <w:rPr>
          <w:rFonts w:ascii="Times New Roman" w:hAnsi="Times New Roman" w:cs="Times New Roman"/>
          <w:color w:val="auto"/>
          <w:sz w:val="28"/>
          <w:szCs w:val="28"/>
        </w:rPr>
        <w:t>BÊN A: BÊN S</w:t>
      </w:r>
      <w:r w:rsidRPr="00674CF4">
        <w:rPr>
          <w:rFonts w:ascii="Times New Roman" w:hAnsi="Times New Roman" w:cs="Times New Roman"/>
          <w:color w:val="auto"/>
          <w:sz w:val="28"/>
          <w:szCs w:val="28"/>
        </w:rPr>
        <w:t>Ử</w:t>
      </w:r>
      <w:r w:rsidRPr="00674CF4">
        <w:rPr>
          <w:rFonts w:ascii="Times New Roman" w:hAnsi="Times New Roman" w:cs="Times New Roman"/>
          <w:color w:val="auto"/>
          <w:sz w:val="28"/>
          <w:szCs w:val="28"/>
        </w:rPr>
        <w:t xml:space="preserve"> D</w:t>
      </w:r>
      <w:r w:rsidRPr="00674CF4">
        <w:rPr>
          <w:rFonts w:ascii="Times New Roman" w:hAnsi="Times New Roman" w:cs="Times New Roman"/>
          <w:color w:val="auto"/>
          <w:sz w:val="28"/>
          <w:szCs w:val="28"/>
        </w:rPr>
        <w:t>Ụ</w:t>
      </w:r>
      <w:r w:rsidRPr="00674CF4">
        <w:rPr>
          <w:rFonts w:ascii="Times New Roman" w:hAnsi="Times New Roman" w:cs="Times New Roman"/>
          <w:color w:val="auto"/>
          <w:sz w:val="28"/>
          <w:szCs w:val="28"/>
        </w:rPr>
        <w:t>NG D</w:t>
      </w:r>
      <w:r w:rsidRPr="00674CF4">
        <w:rPr>
          <w:rFonts w:ascii="Times New Roman" w:hAnsi="Times New Roman" w:cs="Times New Roman"/>
          <w:color w:val="auto"/>
          <w:sz w:val="28"/>
          <w:szCs w:val="28"/>
        </w:rPr>
        <w:t>Ị</w:t>
      </w:r>
      <w:r w:rsidRPr="00674CF4">
        <w:rPr>
          <w:rFonts w:ascii="Times New Roman" w:hAnsi="Times New Roman" w:cs="Times New Roman"/>
          <w:color w:val="auto"/>
          <w:sz w:val="28"/>
          <w:szCs w:val="28"/>
        </w:rPr>
        <w:t>CH V</w:t>
      </w:r>
      <w:r w:rsidRPr="00674CF4">
        <w:rPr>
          <w:rFonts w:ascii="Times New Roman" w:hAnsi="Times New Roman" w:cs="Times New Roman"/>
          <w:color w:val="auto"/>
          <w:sz w:val="28"/>
          <w:szCs w:val="28"/>
        </w:rPr>
        <w:t>Ụ</w:t>
      </w:r>
    </w:p>
    <w:p w:rsidR="008F71A4" w:rsidRPr="00674CF4" w:rsidRDefault="00674CF4">
      <w:pPr>
        <w:rPr>
          <w:rFonts w:ascii="Times New Roman" w:hAnsi="Times New Roman" w:cs="Times New Roman"/>
          <w:sz w:val="28"/>
          <w:szCs w:val="28"/>
        </w:rPr>
      </w:pPr>
      <w:r w:rsidRPr="00674CF4">
        <w:rPr>
          <w:rFonts w:ascii="Times New Roman" w:hAnsi="Times New Roman" w:cs="Times New Roman"/>
          <w:sz w:val="28"/>
          <w:szCs w:val="28"/>
        </w:rPr>
        <w:t>Tên đơn v</w:t>
      </w:r>
      <w:r w:rsidRPr="00674CF4">
        <w:rPr>
          <w:rFonts w:ascii="Times New Roman" w:hAnsi="Times New Roman" w:cs="Times New Roman"/>
          <w:sz w:val="28"/>
          <w:szCs w:val="28"/>
        </w:rPr>
        <w:t>ị</w:t>
      </w:r>
      <w:r w:rsidRPr="00674CF4">
        <w:rPr>
          <w:rFonts w:ascii="Times New Roman" w:hAnsi="Times New Roman" w:cs="Times New Roman"/>
          <w:sz w:val="28"/>
          <w:szCs w:val="28"/>
        </w:rPr>
        <w:t>: …</w:t>
      </w:r>
      <w:r w:rsidRPr="00674CF4">
        <w:rPr>
          <w:rFonts w:ascii="Times New Roman" w:hAnsi="Times New Roman" w:cs="Times New Roman"/>
          <w:sz w:val="28"/>
          <w:szCs w:val="28"/>
        </w:rPr>
        <w:br/>
        <w:t>Đ</w:t>
      </w:r>
      <w:r w:rsidRPr="00674CF4">
        <w:rPr>
          <w:rFonts w:ascii="Times New Roman" w:hAnsi="Times New Roman" w:cs="Times New Roman"/>
          <w:sz w:val="28"/>
          <w:szCs w:val="28"/>
        </w:rPr>
        <w:t>ị</w:t>
      </w:r>
      <w:r w:rsidRPr="00674CF4">
        <w:rPr>
          <w:rFonts w:ascii="Times New Roman" w:hAnsi="Times New Roman" w:cs="Times New Roman"/>
          <w:sz w:val="28"/>
          <w:szCs w:val="28"/>
        </w:rPr>
        <w:t>a ch</w:t>
      </w:r>
      <w:r w:rsidRPr="00674CF4">
        <w:rPr>
          <w:rFonts w:ascii="Times New Roman" w:hAnsi="Times New Roman" w:cs="Times New Roman"/>
          <w:sz w:val="28"/>
          <w:szCs w:val="28"/>
        </w:rPr>
        <w:t>ỉ</w:t>
      </w:r>
      <w:r w:rsidRPr="00674CF4">
        <w:rPr>
          <w:rFonts w:ascii="Times New Roman" w:hAnsi="Times New Roman" w:cs="Times New Roman"/>
          <w:sz w:val="28"/>
          <w:szCs w:val="28"/>
        </w:rPr>
        <w:t>: …</w:t>
      </w:r>
      <w:r w:rsidRPr="00674CF4">
        <w:rPr>
          <w:rFonts w:ascii="Times New Roman" w:hAnsi="Times New Roman" w:cs="Times New Roman"/>
          <w:sz w:val="28"/>
          <w:szCs w:val="28"/>
        </w:rPr>
        <w:br/>
        <w:t>Đ</w:t>
      </w:r>
      <w:r w:rsidRPr="00674CF4">
        <w:rPr>
          <w:rFonts w:ascii="Times New Roman" w:hAnsi="Times New Roman" w:cs="Times New Roman"/>
          <w:sz w:val="28"/>
          <w:szCs w:val="28"/>
        </w:rPr>
        <w:t>ạ</w:t>
      </w:r>
      <w:r w:rsidRPr="00674CF4">
        <w:rPr>
          <w:rFonts w:ascii="Times New Roman" w:hAnsi="Times New Roman" w:cs="Times New Roman"/>
          <w:sz w:val="28"/>
          <w:szCs w:val="28"/>
        </w:rPr>
        <w:t>i di</w:t>
      </w:r>
      <w:r w:rsidRPr="00674CF4">
        <w:rPr>
          <w:rFonts w:ascii="Times New Roman" w:hAnsi="Times New Roman" w:cs="Times New Roman"/>
          <w:sz w:val="28"/>
          <w:szCs w:val="28"/>
        </w:rPr>
        <w:t>ệ</w:t>
      </w:r>
      <w:r w:rsidRPr="00674CF4">
        <w:rPr>
          <w:rFonts w:ascii="Times New Roman" w:hAnsi="Times New Roman" w:cs="Times New Roman"/>
          <w:sz w:val="28"/>
          <w:szCs w:val="28"/>
        </w:rPr>
        <w:t>n: … – Ch</w:t>
      </w:r>
      <w:r w:rsidRPr="00674CF4">
        <w:rPr>
          <w:rFonts w:ascii="Times New Roman" w:hAnsi="Times New Roman" w:cs="Times New Roman"/>
          <w:sz w:val="28"/>
          <w:szCs w:val="28"/>
        </w:rPr>
        <w:t>ứ</w:t>
      </w:r>
      <w:r w:rsidRPr="00674CF4">
        <w:rPr>
          <w:rFonts w:ascii="Times New Roman" w:hAnsi="Times New Roman" w:cs="Times New Roman"/>
          <w:sz w:val="28"/>
          <w:szCs w:val="28"/>
        </w:rPr>
        <w:t>c v</w:t>
      </w:r>
      <w:r w:rsidRPr="00674CF4">
        <w:rPr>
          <w:rFonts w:ascii="Times New Roman" w:hAnsi="Times New Roman" w:cs="Times New Roman"/>
          <w:sz w:val="28"/>
          <w:szCs w:val="28"/>
        </w:rPr>
        <w:t>ụ</w:t>
      </w:r>
      <w:r w:rsidRPr="00674CF4">
        <w:rPr>
          <w:rFonts w:ascii="Times New Roman" w:hAnsi="Times New Roman" w:cs="Times New Roman"/>
          <w:sz w:val="28"/>
          <w:szCs w:val="28"/>
        </w:rPr>
        <w:t>: …</w:t>
      </w:r>
      <w:r w:rsidRPr="00674CF4">
        <w:rPr>
          <w:rFonts w:ascii="Times New Roman" w:hAnsi="Times New Roman" w:cs="Times New Roman"/>
          <w:sz w:val="28"/>
          <w:szCs w:val="28"/>
        </w:rPr>
        <w:br/>
        <w:t>Đi</w:t>
      </w:r>
      <w:r w:rsidRPr="00674CF4">
        <w:rPr>
          <w:rFonts w:ascii="Times New Roman" w:hAnsi="Times New Roman" w:cs="Times New Roman"/>
          <w:sz w:val="28"/>
          <w:szCs w:val="28"/>
        </w:rPr>
        <w:t>ệ</w:t>
      </w:r>
      <w:r w:rsidRPr="00674CF4">
        <w:rPr>
          <w:rFonts w:ascii="Times New Roman" w:hAnsi="Times New Roman" w:cs="Times New Roman"/>
          <w:sz w:val="28"/>
          <w:szCs w:val="28"/>
        </w:rPr>
        <w:t>n tho</w:t>
      </w:r>
      <w:r w:rsidRPr="00674CF4">
        <w:rPr>
          <w:rFonts w:ascii="Times New Roman" w:hAnsi="Times New Roman" w:cs="Times New Roman"/>
          <w:sz w:val="28"/>
          <w:szCs w:val="28"/>
        </w:rPr>
        <w:t>ạ</w:t>
      </w:r>
      <w:r w:rsidRPr="00674CF4">
        <w:rPr>
          <w:rFonts w:ascii="Times New Roman" w:hAnsi="Times New Roman" w:cs="Times New Roman"/>
          <w:sz w:val="28"/>
          <w:szCs w:val="28"/>
        </w:rPr>
        <w:t>i: … – Email: …</w:t>
      </w:r>
    </w:p>
    <w:p w:rsidR="008F71A4" w:rsidRPr="00674CF4" w:rsidRDefault="00674CF4">
      <w:pPr>
        <w:pStyle w:val="Heading2"/>
        <w:rPr>
          <w:rFonts w:ascii="Times New Roman" w:hAnsi="Times New Roman" w:cs="Times New Roman"/>
          <w:color w:val="auto"/>
          <w:sz w:val="28"/>
          <w:szCs w:val="28"/>
        </w:rPr>
      </w:pPr>
      <w:r w:rsidRPr="00674CF4">
        <w:rPr>
          <w:rFonts w:ascii="Times New Roman" w:hAnsi="Times New Roman" w:cs="Times New Roman"/>
          <w:color w:val="auto"/>
          <w:sz w:val="28"/>
          <w:szCs w:val="28"/>
        </w:rPr>
        <w:t>BÊN B: BÊN CUNG C</w:t>
      </w:r>
      <w:r w:rsidRPr="00674CF4">
        <w:rPr>
          <w:rFonts w:ascii="Times New Roman" w:hAnsi="Times New Roman" w:cs="Times New Roman"/>
          <w:color w:val="auto"/>
          <w:sz w:val="28"/>
          <w:szCs w:val="28"/>
        </w:rPr>
        <w:t>Ấ</w:t>
      </w:r>
      <w:r w:rsidRPr="00674CF4">
        <w:rPr>
          <w:rFonts w:ascii="Times New Roman" w:hAnsi="Times New Roman" w:cs="Times New Roman"/>
          <w:color w:val="auto"/>
          <w:sz w:val="28"/>
          <w:szCs w:val="28"/>
        </w:rPr>
        <w:t>P D</w:t>
      </w:r>
      <w:r w:rsidRPr="00674CF4">
        <w:rPr>
          <w:rFonts w:ascii="Times New Roman" w:hAnsi="Times New Roman" w:cs="Times New Roman"/>
          <w:color w:val="auto"/>
          <w:sz w:val="28"/>
          <w:szCs w:val="28"/>
        </w:rPr>
        <w:t>Ị</w:t>
      </w:r>
      <w:r w:rsidRPr="00674CF4">
        <w:rPr>
          <w:rFonts w:ascii="Times New Roman" w:hAnsi="Times New Roman" w:cs="Times New Roman"/>
          <w:color w:val="auto"/>
          <w:sz w:val="28"/>
          <w:szCs w:val="28"/>
        </w:rPr>
        <w:t>CH V</w:t>
      </w:r>
      <w:r w:rsidRPr="00674CF4">
        <w:rPr>
          <w:rFonts w:ascii="Times New Roman" w:hAnsi="Times New Roman" w:cs="Times New Roman"/>
          <w:color w:val="auto"/>
          <w:sz w:val="28"/>
          <w:szCs w:val="28"/>
        </w:rPr>
        <w:t>Ụ</w:t>
      </w:r>
    </w:p>
    <w:p w:rsidR="008F71A4" w:rsidRPr="00674CF4" w:rsidRDefault="00674CF4">
      <w:pPr>
        <w:rPr>
          <w:rFonts w:ascii="Times New Roman" w:hAnsi="Times New Roman" w:cs="Times New Roman"/>
          <w:sz w:val="28"/>
          <w:szCs w:val="28"/>
        </w:rPr>
      </w:pPr>
      <w:r w:rsidRPr="00674CF4">
        <w:rPr>
          <w:rFonts w:ascii="Times New Roman" w:hAnsi="Times New Roman" w:cs="Times New Roman"/>
          <w:sz w:val="28"/>
          <w:szCs w:val="28"/>
        </w:rPr>
        <w:t>Tên công ty: …</w:t>
      </w:r>
      <w:r w:rsidRPr="00674CF4">
        <w:rPr>
          <w:rFonts w:ascii="Times New Roman" w:hAnsi="Times New Roman" w:cs="Times New Roman"/>
          <w:sz w:val="28"/>
          <w:szCs w:val="28"/>
        </w:rPr>
        <w:br/>
        <w:t>Đ</w:t>
      </w:r>
      <w:r w:rsidRPr="00674CF4">
        <w:rPr>
          <w:rFonts w:ascii="Times New Roman" w:hAnsi="Times New Roman" w:cs="Times New Roman"/>
          <w:sz w:val="28"/>
          <w:szCs w:val="28"/>
        </w:rPr>
        <w:t>ị</w:t>
      </w:r>
      <w:r w:rsidRPr="00674CF4">
        <w:rPr>
          <w:rFonts w:ascii="Times New Roman" w:hAnsi="Times New Roman" w:cs="Times New Roman"/>
          <w:sz w:val="28"/>
          <w:szCs w:val="28"/>
        </w:rPr>
        <w:t>a ch</w:t>
      </w:r>
      <w:r w:rsidRPr="00674CF4">
        <w:rPr>
          <w:rFonts w:ascii="Times New Roman" w:hAnsi="Times New Roman" w:cs="Times New Roman"/>
          <w:sz w:val="28"/>
          <w:szCs w:val="28"/>
        </w:rPr>
        <w:t>ỉ</w:t>
      </w:r>
      <w:r w:rsidRPr="00674CF4">
        <w:rPr>
          <w:rFonts w:ascii="Times New Roman" w:hAnsi="Times New Roman" w:cs="Times New Roman"/>
          <w:sz w:val="28"/>
          <w:szCs w:val="28"/>
        </w:rPr>
        <w:t xml:space="preserve">: </w:t>
      </w:r>
      <w:r w:rsidRPr="00674CF4">
        <w:rPr>
          <w:rFonts w:ascii="Times New Roman" w:hAnsi="Times New Roman" w:cs="Times New Roman"/>
          <w:sz w:val="28"/>
          <w:szCs w:val="28"/>
        </w:rPr>
        <w:t>…</w:t>
      </w:r>
      <w:r w:rsidRPr="00674CF4">
        <w:rPr>
          <w:rFonts w:ascii="Times New Roman" w:hAnsi="Times New Roman" w:cs="Times New Roman"/>
          <w:sz w:val="28"/>
          <w:szCs w:val="28"/>
        </w:rPr>
        <w:br/>
        <w:t>Đ</w:t>
      </w:r>
      <w:r w:rsidRPr="00674CF4">
        <w:rPr>
          <w:rFonts w:ascii="Times New Roman" w:hAnsi="Times New Roman" w:cs="Times New Roman"/>
          <w:sz w:val="28"/>
          <w:szCs w:val="28"/>
        </w:rPr>
        <w:t>ạ</w:t>
      </w:r>
      <w:r w:rsidRPr="00674CF4">
        <w:rPr>
          <w:rFonts w:ascii="Times New Roman" w:hAnsi="Times New Roman" w:cs="Times New Roman"/>
          <w:sz w:val="28"/>
          <w:szCs w:val="28"/>
        </w:rPr>
        <w:t>i di</w:t>
      </w:r>
      <w:r w:rsidRPr="00674CF4">
        <w:rPr>
          <w:rFonts w:ascii="Times New Roman" w:hAnsi="Times New Roman" w:cs="Times New Roman"/>
          <w:sz w:val="28"/>
          <w:szCs w:val="28"/>
        </w:rPr>
        <w:t>ệ</w:t>
      </w:r>
      <w:r w:rsidRPr="00674CF4">
        <w:rPr>
          <w:rFonts w:ascii="Times New Roman" w:hAnsi="Times New Roman" w:cs="Times New Roman"/>
          <w:sz w:val="28"/>
          <w:szCs w:val="28"/>
        </w:rPr>
        <w:t>n: … – Ch</w:t>
      </w:r>
      <w:r w:rsidRPr="00674CF4">
        <w:rPr>
          <w:rFonts w:ascii="Times New Roman" w:hAnsi="Times New Roman" w:cs="Times New Roman"/>
          <w:sz w:val="28"/>
          <w:szCs w:val="28"/>
        </w:rPr>
        <w:t>ứ</w:t>
      </w:r>
      <w:r w:rsidRPr="00674CF4">
        <w:rPr>
          <w:rFonts w:ascii="Times New Roman" w:hAnsi="Times New Roman" w:cs="Times New Roman"/>
          <w:sz w:val="28"/>
          <w:szCs w:val="28"/>
        </w:rPr>
        <w:t>c v</w:t>
      </w:r>
      <w:r w:rsidRPr="00674CF4">
        <w:rPr>
          <w:rFonts w:ascii="Times New Roman" w:hAnsi="Times New Roman" w:cs="Times New Roman"/>
          <w:sz w:val="28"/>
          <w:szCs w:val="28"/>
        </w:rPr>
        <w:t>ụ</w:t>
      </w:r>
      <w:r w:rsidRPr="00674CF4">
        <w:rPr>
          <w:rFonts w:ascii="Times New Roman" w:hAnsi="Times New Roman" w:cs="Times New Roman"/>
          <w:sz w:val="28"/>
          <w:szCs w:val="28"/>
        </w:rPr>
        <w:t>: …</w:t>
      </w:r>
      <w:r w:rsidRPr="00674CF4">
        <w:rPr>
          <w:rFonts w:ascii="Times New Roman" w:hAnsi="Times New Roman" w:cs="Times New Roman"/>
          <w:sz w:val="28"/>
          <w:szCs w:val="28"/>
        </w:rPr>
        <w:br/>
        <w:t>Mã s</w:t>
      </w:r>
      <w:r w:rsidRPr="00674CF4">
        <w:rPr>
          <w:rFonts w:ascii="Times New Roman" w:hAnsi="Times New Roman" w:cs="Times New Roman"/>
          <w:sz w:val="28"/>
          <w:szCs w:val="28"/>
        </w:rPr>
        <w:t>ố</w:t>
      </w:r>
      <w:r w:rsidRPr="00674CF4">
        <w:rPr>
          <w:rFonts w:ascii="Times New Roman" w:hAnsi="Times New Roman" w:cs="Times New Roman"/>
          <w:sz w:val="28"/>
          <w:szCs w:val="28"/>
        </w:rPr>
        <w:t xml:space="preserve"> thu</w:t>
      </w:r>
      <w:r w:rsidRPr="00674CF4">
        <w:rPr>
          <w:rFonts w:ascii="Times New Roman" w:hAnsi="Times New Roman" w:cs="Times New Roman"/>
          <w:sz w:val="28"/>
          <w:szCs w:val="28"/>
        </w:rPr>
        <w:t>ế</w:t>
      </w:r>
      <w:r w:rsidRPr="00674CF4">
        <w:rPr>
          <w:rFonts w:ascii="Times New Roman" w:hAnsi="Times New Roman" w:cs="Times New Roman"/>
          <w:sz w:val="28"/>
          <w:szCs w:val="28"/>
        </w:rPr>
        <w:t>: …</w:t>
      </w:r>
      <w:r w:rsidRPr="00674CF4">
        <w:rPr>
          <w:rFonts w:ascii="Times New Roman" w:hAnsi="Times New Roman" w:cs="Times New Roman"/>
          <w:sz w:val="28"/>
          <w:szCs w:val="28"/>
        </w:rPr>
        <w:br/>
        <w:t>Đi</w:t>
      </w:r>
      <w:r w:rsidRPr="00674CF4">
        <w:rPr>
          <w:rFonts w:ascii="Times New Roman" w:hAnsi="Times New Roman" w:cs="Times New Roman"/>
          <w:sz w:val="28"/>
          <w:szCs w:val="28"/>
        </w:rPr>
        <w:t>ệ</w:t>
      </w:r>
      <w:r w:rsidRPr="00674CF4">
        <w:rPr>
          <w:rFonts w:ascii="Times New Roman" w:hAnsi="Times New Roman" w:cs="Times New Roman"/>
          <w:sz w:val="28"/>
          <w:szCs w:val="28"/>
        </w:rPr>
        <w:t>n tho</w:t>
      </w:r>
      <w:r w:rsidRPr="00674CF4">
        <w:rPr>
          <w:rFonts w:ascii="Times New Roman" w:hAnsi="Times New Roman" w:cs="Times New Roman"/>
          <w:sz w:val="28"/>
          <w:szCs w:val="28"/>
        </w:rPr>
        <w:t>ạ</w:t>
      </w:r>
      <w:r w:rsidRPr="00674CF4">
        <w:rPr>
          <w:rFonts w:ascii="Times New Roman" w:hAnsi="Times New Roman" w:cs="Times New Roman"/>
          <w:sz w:val="28"/>
          <w:szCs w:val="28"/>
        </w:rPr>
        <w:t>i: … – Email: …</w:t>
      </w:r>
    </w:p>
    <w:p w:rsidR="008F71A4" w:rsidRPr="00674CF4" w:rsidRDefault="00674CF4">
      <w:pPr>
        <w:pStyle w:val="Heading2"/>
        <w:rPr>
          <w:rFonts w:ascii="Times New Roman" w:hAnsi="Times New Roman" w:cs="Times New Roman"/>
          <w:color w:val="auto"/>
          <w:sz w:val="28"/>
          <w:szCs w:val="28"/>
        </w:rPr>
      </w:pPr>
      <w:r w:rsidRPr="00674CF4">
        <w:rPr>
          <w:rFonts w:ascii="Times New Roman" w:hAnsi="Times New Roman" w:cs="Times New Roman"/>
          <w:color w:val="auto"/>
          <w:sz w:val="28"/>
          <w:szCs w:val="28"/>
        </w:rPr>
        <w:t>ĐI</w:t>
      </w:r>
      <w:r w:rsidRPr="00674CF4">
        <w:rPr>
          <w:rFonts w:ascii="Times New Roman" w:hAnsi="Times New Roman" w:cs="Times New Roman"/>
          <w:color w:val="auto"/>
          <w:sz w:val="28"/>
          <w:szCs w:val="28"/>
        </w:rPr>
        <w:t>Ề</w:t>
      </w:r>
      <w:r w:rsidRPr="00674CF4">
        <w:rPr>
          <w:rFonts w:ascii="Times New Roman" w:hAnsi="Times New Roman" w:cs="Times New Roman"/>
          <w:color w:val="auto"/>
          <w:sz w:val="28"/>
          <w:szCs w:val="28"/>
        </w:rPr>
        <w:t>U 1: N</w:t>
      </w:r>
      <w:r w:rsidRPr="00674CF4">
        <w:rPr>
          <w:rFonts w:ascii="Times New Roman" w:hAnsi="Times New Roman" w:cs="Times New Roman"/>
          <w:color w:val="auto"/>
          <w:sz w:val="28"/>
          <w:szCs w:val="28"/>
        </w:rPr>
        <w:t>Ộ</w:t>
      </w:r>
      <w:r w:rsidRPr="00674CF4">
        <w:rPr>
          <w:rFonts w:ascii="Times New Roman" w:hAnsi="Times New Roman" w:cs="Times New Roman"/>
          <w:color w:val="auto"/>
          <w:sz w:val="28"/>
          <w:szCs w:val="28"/>
        </w:rPr>
        <w:t>I DUNG D</w:t>
      </w:r>
      <w:r w:rsidRPr="00674CF4">
        <w:rPr>
          <w:rFonts w:ascii="Times New Roman" w:hAnsi="Times New Roman" w:cs="Times New Roman"/>
          <w:color w:val="auto"/>
          <w:sz w:val="28"/>
          <w:szCs w:val="28"/>
        </w:rPr>
        <w:t>Ị</w:t>
      </w:r>
      <w:r w:rsidRPr="00674CF4">
        <w:rPr>
          <w:rFonts w:ascii="Times New Roman" w:hAnsi="Times New Roman" w:cs="Times New Roman"/>
          <w:color w:val="auto"/>
          <w:sz w:val="28"/>
          <w:szCs w:val="28"/>
        </w:rPr>
        <w:t>CH V</w:t>
      </w:r>
      <w:r w:rsidRPr="00674CF4">
        <w:rPr>
          <w:rFonts w:ascii="Times New Roman" w:hAnsi="Times New Roman" w:cs="Times New Roman"/>
          <w:color w:val="auto"/>
          <w:sz w:val="28"/>
          <w:szCs w:val="28"/>
        </w:rPr>
        <w:t>Ụ</w:t>
      </w:r>
    </w:p>
    <w:p w:rsidR="008F71A4" w:rsidRPr="00674CF4" w:rsidRDefault="00674CF4">
      <w:pPr>
        <w:rPr>
          <w:rFonts w:ascii="Times New Roman" w:hAnsi="Times New Roman" w:cs="Times New Roman"/>
          <w:sz w:val="28"/>
          <w:szCs w:val="28"/>
        </w:rPr>
      </w:pPr>
      <w:r w:rsidRPr="00674CF4">
        <w:rPr>
          <w:rFonts w:ascii="Times New Roman" w:hAnsi="Times New Roman" w:cs="Times New Roman"/>
          <w:sz w:val="28"/>
          <w:szCs w:val="28"/>
        </w:rPr>
        <w:t>Bên B cung c</w:t>
      </w:r>
      <w:r w:rsidRPr="00674CF4">
        <w:rPr>
          <w:rFonts w:ascii="Times New Roman" w:hAnsi="Times New Roman" w:cs="Times New Roman"/>
          <w:sz w:val="28"/>
          <w:szCs w:val="28"/>
        </w:rPr>
        <w:t>ấ</w:t>
      </w:r>
      <w:r w:rsidRPr="00674CF4">
        <w:rPr>
          <w:rFonts w:ascii="Times New Roman" w:hAnsi="Times New Roman" w:cs="Times New Roman"/>
          <w:sz w:val="28"/>
          <w:szCs w:val="28"/>
        </w:rPr>
        <w:t>p d</w:t>
      </w:r>
      <w:r w:rsidRPr="00674CF4">
        <w:rPr>
          <w:rFonts w:ascii="Times New Roman" w:hAnsi="Times New Roman" w:cs="Times New Roman"/>
          <w:sz w:val="28"/>
          <w:szCs w:val="28"/>
        </w:rPr>
        <w:t>ị</w:t>
      </w:r>
      <w:r w:rsidRPr="00674CF4">
        <w:rPr>
          <w:rFonts w:ascii="Times New Roman" w:hAnsi="Times New Roman" w:cs="Times New Roman"/>
          <w:sz w:val="28"/>
          <w:szCs w:val="28"/>
        </w:rPr>
        <w:t>ch v</w:t>
      </w:r>
      <w:r w:rsidRPr="00674CF4">
        <w:rPr>
          <w:rFonts w:ascii="Times New Roman" w:hAnsi="Times New Roman" w:cs="Times New Roman"/>
          <w:sz w:val="28"/>
          <w:szCs w:val="28"/>
        </w:rPr>
        <w:t>ụ</w:t>
      </w:r>
      <w:r w:rsidRPr="00674CF4">
        <w:rPr>
          <w:rFonts w:ascii="Times New Roman" w:hAnsi="Times New Roman" w:cs="Times New Roman"/>
          <w:sz w:val="28"/>
          <w:szCs w:val="28"/>
        </w:rPr>
        <w:t xml:space="preserve"> v</w:t>
      </w:r>
      <w:r w:rsidRPr="00674CF4">
        <w:rPr>
          <w:rFonts w:ascii="Times New Roman" w:hAnsi="Times New Roman" w:cs="Times New Roman"/>
          <w:sz w:val="28"/>
          <w:szCs w:val="28"/>
        </w:rPr>
        <w:t>ệ</w:t>
      </w:r>
      <w:r w:rsidRPr="00674CF4">
        <w:rPr>
          <w:rFonts w:ascii="Times New Roman" w:hAnsi="Times New Roman" w:cs="Times New Roman"/>
          <w:sz w:val="28"/>
          <w:szCs w:val="28"/>
        </w:rPr>
        <w:t xml:space="preserve"> sinh h</w:t>
      </w:r>
      <w:r w:rsidRPr="00674CF4">
        <w:rPr>
          <w:rFonts w:ascii="Times New Roman" w:hAnsi="Times New Roman" w:cs="Times New Roman"/>
          <w:sz w:val="28"/>
          <w:szCs w:val="28"/>
        </w:rPr>
        <w:t>ằ</w:t>
      </w:r>
      <w:r w:rsidRPr="00674CF4">
        <w:rPr>
          <w:rFonts w:ascii="Times New Roman" w:hAnsi="Times New Roman" w:cs="Times New Roman"/>
          <w:sz w:val="28"/>
          <w:szCs w:val="28"/>
        </w:rPr>
        <w:t>ng ngày t</w:t>
      </w:r>
      <w:r w:rsidRPr="00674CF4">
        <w:rPr>
          <w:rFonts w:ascii="Times New Roman" w:hAnsi="Times New Roman" w:cs="Times New Roman"/>
          <w:sz w:val="28"/>
          <w:szCs w:val="28"/>
        </w:rPr>
        <w:t>ạ</w:t>
      </w:r>
      <w:r w:rsidRPr="00674CF4">
        <w:rPr>
          <w:rFonts w:ascii="Times New Roman" w:hAnsi="Times New Roman" w:cs="Times New Roman"/>
          <w:sz w:val="28"/>
          <w:szCs w:val="28"/>
        </w:rPr>
        <w:t>i văn phòng c</w:t>
      </w:r>
      <w:r w:rsidRPr="00674CF4">
        <w:rPr>
          <w:rFonts w:ascii="Times New Roman" w:hAnsi="Times New Roman" w:cs="Times New Roman"/>
          <w:sz w:val="28"/>
          <w:szCs w:val="28"/>
        </w:rPr>
        <w:t>ủ</w:t>
      </w:r>
      <w:r w:rsidRPr="00674CF4">
        <w:rPr>
          <w:rFonts w:ascii="Times New Roman" w:hAnsi="Times New Roman" w:cs="Times New Roman"/>
          <w:sz w:val="28"/>
          <w:szCs w:val="28"/>
        </w:rPr>
        <w:t>a Bên A, bao g</w:t>
      </w:r>
      <w:r w:rsidRPr="00674CF4">
        <w:rPr>
          <w:rFonts w:ascii="Times New Roman" w:hAnsi="Times New Roman" w:cs="Times New Roman"/>
          <w:sz w:val="28"/>
          <w:szCs w:val="28"/>
        </w:rPr>
        <w:t>ồ</w:t>
      </w:r>
      <w:r w:rsidRPr="00674CF4">
        <w:rPr>
          <w:rFonts w:ascii="Times New Roman" w:hAnsi="Times New Roman" w:cs="Times New Roman"/>
          <w:sz w:val="28"/>
          <w:szCs w:val="28"/>
        </w:rPr>
        <w:t>m nhưng không gi</w:t>
      </w:r>
      <w:r w:rsidRPr="00674CF4">
        <w:rPr>
          <w:rFonts w:ascii="Times New Roman" w:hAnsi="Times New Roman" w:cs="Times New Roman"/>
          <w:sz w:val="28"/>
          <w:szCs w:val="28"/>
        </w:rPr>
        <w:t>ớ</w:t>
      </w:r>
      <w:r w:rsidRPr="00674CF4">
        <w:rPr>
          <w:rFonts w:ascii="Times New Roman" w:hAnsi="Times New Roman" w:cs="Times New Roman"/>
          <w:sz w:val="28"/>
          <w:szCs w:val="28"/>
        </w:rPr>
        <w:t>i h</w:t>
      </w:r>
      <w:r w:rsidRPr="00674CF4">
        <w:rPr>
          <w:rFonts w:ascii="Times New Roman" w:hAnsi="Times New Roman" w:cs="Times New Roman"/>
          <w:sz w:val="28"/>
          <w:szCs w:val="28"/>
        </w:rPr>
        <w:t>ạ</w:t>
      </w:r>
      <w:r w:rsidRPr="00674CF4">
        <w:rPr>
          <w:rFonts w:ascii="Times New Roman" w:hAnsi="Times New Roman" w:cs="Times New Roman"/>
          <w:sz w:val="28"/>
          <w:szCs w:val="28"/>
        </w:rPr>
        <w:t>n:</w:t>
      </w:r>
    </w:p>
    <w:p w:rsidR="008F71A4" w:rsidRPr="00674CF4" w:rsidRDefault="00674CF4">
      <w:pPr>
        <w:rPr>
          <w:rFonts w:ascii="Times New Roman" w:hAnsi="Times New Roman" w:cs="Times New Roman"/>
          <w:sz w:val="28"/>
          <w:szCs w:val="28"/>
        </w:rPr>
      </w:pPr>
      <w:r w:rsidRPr="00674CF4">
        <w:rPr>
          <w:rFonts w:ascii="Times New Roman" w:hAnsi="Times New Roman" w:cs="Times New Roman"/>
          <w:sz w:val="28"/>
          <w:szCs w:val="28"/>
        </w:rPr>
        <w:t>- Quét, lau sàn, v</w:t>
      </w:r>
      <w:r w:rsidRPr="00674CF4">
        <w:rPr>
          <w:rFonts w:ascii="Times New Roman" w:hAnsi="Times New Roman" w:cs="Times New Roman"/>
          <w:sz w:val="28"/>
          <w:szCs w:val="28"/>
        </w:rPr>
        <w:t>ệ</w:t>
      </w:r>
      <w:r w:rsidRPr="00674CF4">
        <w:rPr>
          <w:rFonts w:ascii="Times New Roman" w:hAnsi="Times New Roman" w:cs="Times New Roman"/>
          <w:sz w:val="28"/>
          <w:szCs w:val="28"/>
        </w:rPr>
        <w:t xml:space="preserve"> sinh nhà v</w:t>
      </w:r>
      <w:r w:rsidRPr="00674CF4">
        <w:rPr>
          <w:rFonts w:ascii="Times New Roman" w:hAnsi="Times New Roman" w:cs="Times New Roman"/>
          <w:sz w:val="28"/>
          <w:szCs w:val="28"/>
        </w:rPr>
        <w:t>ệ</w:t>
      </w:r>
      <w:r w:rsidRPr="00674CF4">
        <w:rPr>
          <w:rFonts w:ascii="Times New Roman" w:hAnsi="Times New Roman" w:cs="Times New Roman"/>
          <w:sz w:val="28"/>
          <w:szCs w:val="28"/>
        </w:rPr>
        <w:t xml:space="preserve"> sinh h</w:t>
      </w:r>
      <w:r w:rsidRPr="00674CF4">
        <w:rPr>
          <w:rFonts w:ascii="Times New Roman" w:hAnsi="Times New Roman" w:cs="Times New Roman"/>
          <w:sz w:val="28"/>
          <w:szCs w:val="28"/>
        </w:rPr>
        <w:t>ằ</w:t>
      </w:r>
      <w:r w:rsidRPr="00674CF4">
        <w:rPr>
          <w:rFonts w:ascii="Times New Roman" w:hAnsi="Times New Roman" w:cs="Times New Roman"/>
          <w:sz w:val="28"/>
          <w:szCs w:val="28"/>
        </w:rPr>
        <w:t>ng ngày;</w:t>
      </w:r>
    </w:p>
    <w:p w:rsidR="008F71A4" w:rsidRPr="00674CF4" w:rsidRDefault="00674CF4">
      <w:pPr>
        <w:rPr>
          <w:rFonts w:ascii="Times New Roman" w:hAnsi="Times New Roman" w:cs="Times New Roman"/>
          <w:sz w:val="28"/>
          <w:szCs w:val="28"/>
        </w:rPr>
      </w:pPr>
      <w:r w:rsidRPr="00674CF4">
        <w:rPr>
          <w:rFonts w:ascii="Times New Roman" w:hAnsi="Times New Roman" w:cs="Times New Roman"/>
          <w:sz w:val="28"/>
          <w:szCs w:val="28"/>
        </w:rPr>
        <w:t>- Lau chùi bàn gh</w:t>
      </w:r>
      <w:r w:rsidRPr="00674CF4">
        <w:rPr>
          <w:rFonts w:ascii="Times New Roman" w:hAnsi="Times New Roman" w:cs="Times New Roman"/>
          <w:sz w:val="28"/>
          <w:szCs w:val="28"/>
        </w:rPr>
        <w:t>ế</w:t>
      </w:r>
      <w:r w:rsidRPr="00674CF4">
        <w:rPr>
          <w:rFonts w:ascii="Times New Roman" w:hAnsi="Times New Roman" w:cs="Times New Roman"/>
          <w:sz w:val="28"/>
          <w:szCs w:val="28"/>
        </w:rPr>
        <w:t>, k</w:t>
      </w:r>
      <w:r w:rsidRPr="00674CF4">
        <w:rPr>
          <w:rFonts w:ascii="Times New Roman" w:hAnsi="Times New Roman" w:cs="Times New Roman"/>
          <w:sz w:val="28"/>
          <w:szCs w:val="28"/>
        </w:rPr>
        <w:t>ính, tay n</w:t>
      </w:r>
      <w:r w:rsidRPr="00674CF4">
        <w:rPr>
          <w:rFonts w:ascii="Times New Roman" w:hAnsi="Times New Roman" w:cs="Times New Roman"/>
          <w:sz w:val="28"/>
          <w:szCs w:val="28"/>
        </w:rPr>
        <w:t>ắ</w:t>
      </w:r>
      <w:r w:rsidRPr="00674CF4">
        <w:rPr>
          <w:rFonts w:ascii="Times New Roman" w:hAnsi="Times New Roman" w:cs="Times New Roman"/>
          <w:sz w:val="28"/>
          <w:szCs w:val="28"/>
        </w:rPr>
        <w:t>m c</w:t>
      </w:r>
      <w:r w:rsidRPr="00674CF4">
        <w:rPr>
          <w:rFonts w:ascii="Times New Roman" w:hAnsi="Times New Roman" w:cs="Times New Roman"/>
          <w:sz w:val="28"/>
          <w:szCs w:val="28"/>
        </w:rPr>
        <w:t>ử</w:t>
      </w:r>
      <w:r w:rsidRPr="00674CF4">
        <w:rPr>
          <w:rFonts w:ascii="Times New Roman" w:hAnsi="Times New Roman" w:cs="Times New Roman"/>
          <w:sz w:val="28"/>
          <w:szCs w:val="28"/>
        </w:rPr>
        <w:t>a, thi</w:t>
      </w:r>
      <w:r w:rsidRPr="00674CF4">
        <w:rPr>
          <w:rFonts w:ascii="Times New Roman" w:hAnsi="Times New Roman" w:cs="Times New Roman"/>
          <w:sz w:val="28"/>
          <w:szCs w:val="28"/>
        </w:rPr>
        <w:t>ế</w:t>
      </w:r>
      <w:r w:rsidRPr="00674CF4">
        <w:rPr>
          <w:rFonts w:ascii="Times New Roman" w:hAnsi="Times New Roman" w:cs="Times New Roman"/>
          <w:sz w:val="28"/>
          <w:szCs w:val="28"/>
        </w:rPr>
        <w:t>t b</w:t>
      </w:r>
      <w:r w:rsidRPr="00674CF4">
        <w:rPr>
          <w:rFonts w:ascii="Times New Roman" w:hAnsi="Times New Roman" w:cs="Times New Roman"/>
          <w:sz w:val="28"/>
          <w:szCs w:val="28"/>
        </w:rPr>
        <w:t>ị</w:t>
      </w:r>
      <w:r w:rsidRPr="00674CF4">
        <w:rPr>
          <w:rFonts w:ascii="Times New Roman" w:hAnsi="Times New Roman" w:cs="Times New Roman"/>
          <w:sz w:val="28"/>
          <w:szCs w:val="28"/>
        </w:rPr>
        <w:t xml:space="preserve"> văn phòng;</w:t>
      </w:r>
    </w:p>
    <w:p w:rsidR="008F71A4" w:rsidRPr="00674CF4" w:rsidRDefault="00674CF4">
      <w:pPr>
        <w:rPr>
          <w:rFonts w:ascii="Times New Roman" w:hAnsi="Times New Roman" w:cs="Times New Roman"/>
          <w:sz w:val="28"/>
          <w:szCs w:val="28"/>
        </w:rPr>
      </w:pPr>
      <w:r w:rsidRPr="00674CF4">
        <w:rPr>
          <w:rFonts w:ascii="Times New Roman" w:hAnsi="Times New Roman" w:cs="Times New Roman"/>
          <w:sz w:val="28"/>
          <w:szCs w:val="28"/>
        </w:rPr>
        <w:t>- Đ</w:t>
      </w:r>
      <w:r w:rsidRPr="00674CF4">
        <w:rPr>
          <w:rFonts w:ascii="Times New Roman" w:hAnsi="Times New Roman" w:cs="Times New Roman"/>
          <w:sz w:val="28"/>
          <w:szCs w:val="28"/>
        </w:rPr>
        <w:t>ổ</w:t>
      </w:r>
      <w:r w:rsidRPr="00674CF4">
        <w:rPr>
          <w:rFonts w:ascii="Times New Roman" w:hAnsi="Times New Roman" w:cs="Times New Roman"/>
          <w:sz w:val="28"/>
          <w:szCs w:val="28"/>
        </w:rPr>
        <w:t xml:space="preserve"> rác và thay túi rác;</w:t>
      </w:r>
    </w:p>
    <w:p w:rsidR="008F71A4" w:rsidRPr="00674CF4" w:rsidRDefault="00674CF4">
      <w:pPr>
        <w:rPr>
          <w:rFonts w:ascii="Times New Roman" w:hAnsi="Times New Roman" w:cs="Times New Roman"/>
          <w:sz w:val="28"/>
          <w:szCs w:val="28"/>
        </w:rPr>
      </w:pPr>
      <w:r w:rsidRPr="00674CF4">
        <w:rPr>
          <w:rFonts w:ascii="Times New Roman" w:hAnsi="Times New Roman" w:cs="Times New Roman"/>
          <w:sz w:val="28"/>
          <w:szCs w:val="28"/>
        </w:rPr>
        <w:t>- Các công vi</w:t>
      </w:r>
      <w:r w:rsidRPr="00674CF4">
        <w:rPr>
          <w:rFonts w:ascii="Times New Roman" w:hAnsi="Times New Roman" w:cs="Times New Roman"/>
          <w:sz w:val="28"/>
          <w:szCs w:val="28"/>
        </w:rPr>
        <w:t>ệ</w:t>
      </w:r>
      <w:r w:rsidRPr="00674CF4">
        <w:rPr>
          <w:rFonts w:ascii="Times New Roman" w:hAnsi="Times New Roman" w:cs="Times New Roman"/>
          <w:sz w:val="28"/>
          <w:szCs w:val="28"/>
        </w:rPr>
        <w:t>c khác theo yêu c</w:t>
      </w:r>
      <w:r w:rsidRPr="00674CF4">
        <w:rPr>
          <w:rFonts w:ascii="Times New Roman" w:hAnsi="Times New Roman" w:cs="Times New Roman"/>
          <w:sz w:val="28"/>
          <w:szCs w:val="28"/>
        </w:rPr>
        <w:t>ầ</w:t>
      </w:r>
      <w:r w:rsidRPr="00674CF4">
        <w:rPr>
          <w:rFonts w:ascii="Times New Roman" w:hAnsi="Times New Roman" w:cs="Times New Roman"/>
          <w:sz w:val="28"/>
          <w:szCs w:val="28"/>
        </w:rPr>
        <w:t>u c</w:t>
      </w:r>
      <w:r w:rsidRPr="00674CF4">
        <w:rPr>
          <w:rFonts w:ascii="Times New Roman" w:hAnsi="Times New Roman" w:cs="Times New Roman"/>
          <w:sz w:val="28"/>
          <w:szCs w:val="28"/>
        </w:rPr>
        <w:t>ủ</w:t>
      </w:r>
      <w:r w:rsidRPr="00674CF4">
        <w:rPr>
          <w:rFonts w:ascii="Times New Roman" w:hAnsi="Times New Roman" w:cs="Times New Roman"/>
          <w:sz w:val="28"/>
          <w:szCs w:val="28"/>
        </w:rPr>
        <w:t>a Bên A.</w:t>
      </w:r>
    </w:p>
    <w:p w:rsidR="008F71A4" w:rsidRPr="00674CF4" w:rsidRDefault="00674CF4">
      <w:pPr>
        <w:pStyle w:val="Heading2"/>
        <w:rPr>
          <w:rFonts w:ascii="Times New Roman" w:hAnsi="Times New Roman" w:cs="Times New Roman"/>
          <w:color w:val="auto"/>
          <w:sz w:val="28"/>
          <w:szCs w:val="28"/>
        </w:rPr>
      </w:pPr>
      <w:r w:rsidRPr="00674CF4">
        <w:rPr>
          <w:rFonts w:ascii="Times New Roman" w:hAnsi="Times New Roman" w:cs="Times New Roman"/>
          <w:color w:val="auto"/>
          <w:sz w:val="28"/>
          <w:szCs w:val="28"/>
        </w:rPr>
        <w:lastRenderedPageBreak/>
        <w:t>ĐI</w:t>
      </w:r>
      <w:r w:rsidRPr="00674CF4">
        <w:rPr>
          <w:rFonts w:ascii="Times New Roman" w:hAnsi="Times New Roman" w:cs="Times New Roman"/>
          <w:color w:val="auto"/>
          <w:sz w:val="28"/>
          <w:szCs w:val="28"/>
        </w:rPr>
        <w:t>Ề</w:t>
      </w:r>
      <w:r w:rsidRPr="00674CF4">
        <w:rPr>
          <w:rFonts w:ascii="Times New Roman" w:hAnsi="Times New Roman" w:cs="Times New Roman"/>
          <w:color w:val="auto"/>
          <w:sz w:val="28"/>
          <w:szCs w:val="28"/>
        </w:rPr>
        <w:t>U 2: TH</w:t>
      </w:r>
      <w:r w:rsidRPr="00674CF4">
        <w:rPr>
          <w:rFonts w:ascii="Times New Roman" w:hAnsi="Times New Roman" w:cs="Times New Roman"/>
          <w:color w:val="auto"/>
          <w:sz w:val="28"/>
          <w:szCs w:val="28"/>
        </w:rPr>
        <w:t>Ờ</w:t>
      </w:r>
      <w:r w:rsidRPr="00674CF4">
        <w:rPr>
          <w:rFonts w:ascii="Times New Roman" w:hAnsi="Times New Roman" w:cs="Times New Roman"/>
          <w:color w:val="auto"/>
          <w:sz w:val="28"/>
          <w:szCs w:val="28"/>
        </w:rPr>
        <w:t>I GIAN &amp; T</w:t>
      </w:r>
      <w:r w:rsidRPr="00674CF4">
        <w:rPr>
          <w:rFonts w:ascii="Times New Roman" w:hAnsi="Times New Roman" w:cs="Times New Roman"/>
          <w:color w:val="auto"/>
          <w:sz w:val="28"/>
          <w:szCs w:val="28"/>
        </w:rPr>
        <w:t>Ầ</w:t>
      </w:r>
      <w:r w:rsidRPr="00674CF4">
        <w:rPr>
          <w:rFonts w:ascii="Times New Roman" w:hAnsi="Times New Roman" w:cs="Times New Roman"/>
          <w:color w:val="auto"/>
          <w:sz w:val="28"/>
          <w:szCs w:val="28"/>
        </w:rPr>
        <w:t>N SU</w:t>
      </w:r>
      <w:r w:rsidRPr="00674CF4">
        <w:rPr>
          <w:rFonts w:ascii="Times New Roman" w:hAnsi="Times New Roman" w:cs="Times New Roman"/>
          <w:color w:val="auto"/>
          <w:sz w:val="28"/>
          <w:szCs w:val="28"/>
        </w:rPr>
        <w:t>Ấ</w:t>
      </w:r>
      <w:r w:rsidRPr="00674CF4">
        <w:rPr>
          <w:rFonts w:ascii="Times New Roman" w:hAnsi="Times New Roman" w:cs="Times New Roman"/>
          <w:color w:val="auto"/>
          <w:sz w:val="28"/>
          <w:szCs w:val="28"/>
        </w:rPr>
        <w:t>T TH</w:t>
      </w:r>
      <w:r w:rsidRPr="00674CF4">
        <w:rPr>
          <w:rFonts w:ascii="Times New Roman" w:hAnsi="Times New Roman" w:cs="Times New Roman"/>
          <w:color w:val="auto"/>
          <w:sz w:val="28"/>
          <w:szCs w:val="28"/>
        </w:rPr>
        <w:t>Ự</w:t>
      </w:r>
      <w:r w:rsidRPr="00674CF4">
        <w:rPr>
          <w:rFonts w:ascii="Times New Roman" w:hAnsi="Times New Roman" w:cs="Times New Roman"/>
          <w:color w:val="auto"/>
          <w:sz w:val="28"/>
          <w:szCs w:val="28"/>
        </w:rPr>
        <w:t>C HI</w:t>
      </w:r>
      <w:r w:rsidRPr="00674CF4">
        <w:rPr>
          <w:rFonts w:ascii="Times New Roman" w:hAnsi="Times New Roman" w:cs="Times New Roman"/>
          <w:color w:val="auto"/>
          <w:sz w:val="28"/>
          <w:szCs w:val="28"/>
        </w:rPr>
        <w:t>Ệ</w:t>
      </w:r>
      <w:r w:rsidRPr="00674CF4">
        <w:rPr>
          <w:rFonts w:ascii="Times New Roman" w:hAnsi="Times New Roman" w:cs="Times New Roman"/>
          <w:color w:val="auto"/>
          <w:sz w:val="28"/>
          <w:szCs w:val="28"/>
        </w:rPr>
        <w:t>N</w:t>
      </w:r>
    </w:p>
    <w:p w:rsidR="008F71A4" w:rsidRPr="00674CF4" w:rsidRDefault="00674CF4">
      <w:pPr>
        <w:rPr>
          <w:rFonts w:ascii="Times New Roman" w:hAnsi="Times New Roman" w:cs="Times New Roman"/>
          <w:sz w:val="28"/>
          <w:szCs w:val="28"/>
        </w:rPr>
      </w:pPr>
      <w:r w:rsidRPr="00674CF4">
        <w:rPr>
          <w:rFonts w:ascii="Times New Roman" w:hAnsi="Times New Roman" w:cs="Times New Roman"/>
          <w:sz w:val="28"/>
          <w:szCs w:val="28"/>
        </w:rPr>
        <w:t>- T</w:t>
      </w:r>
      <w:r w:rsidRPr="00674CF4">
        <w:rPr>
          <w:rFonts w:ascii="Times New Roman" w:hAnsi="Times New Roman" w:cs="Times New Roman"/>
          <w:sz w:val="28"/>
          <w:szCs w:val="28"/>
        </w:rPr>
        <w:t>ầ</w:t>
      </w:r>
      <w:r w:rsidRPr="00674CF4">
        <w:rPr>
          <w:rFonts w:ascii="Times New Roman" w:hAnsi="Times New Roman" w:cs="Times New Roman"/>
          <w:sz w:val="28"/>
          <w:szCs w:val="28"/>
        </w:rPr>
        <w:t>n su</w:t>
      </w:r>
      <w:r w:rsidRPr="00674CF4">
        <w:rPr>
          <w:rFonts w:ascii="Times New Roman" w:hAnsi="Times New Roman" w:cs="Times New Roman"/>
          <w:sz w:val="28"/>
          <w:szCs w:val="28"/>
        </w:rPr>
        <w:t>ấ</w:t>
      </w:r>
      <w:r w:rsidRPr="00674CF4">
        <w:rPr>
          <w:rFonts w:ascii="Times New Roman" w:hAnsi="Times New Roman" w:cs="Times New Roman"/>
          <w:sz w:val="28"/>
          <w:szCs w:val="28"/>
        </w:rPr>
        <w:t>t: Hàng ngày (tr</w:t>
      </w:r>
      <w:r w:rsidRPr="00674CF4">
        <w:rPr>
          <w:rFonts w:ascii="Times New Roman" w:hAnsi="Times New Roman" w:cs="Times New Roman"/>
          <w:sz w:val="28"/>
          <w:szCs w:val="28"/>
        </w:rPr>
        <w:t>ừ</w:t>
      </w:r>
      <w:r w:rsidRPr="00674CF4">
        <w:rPr>
          <w:rFonts w:ascii="Times New Roman" w:hAnsi="Times New Roman" w:cs="Times New Roman"/>
          <w:sz w:val="28"/>
          <w:szCs w:val="28"/>
        </w:rPr>
        <w:t xml:space="preserve"> Th</w:t>
      </w:r>
      <w:r w:rsidRPr="00674CF4">
        <w:rPr>
          <w:rFonts w:ascii="Times New Roman" w:hAnsi="Times New Roman" w:cs="Times New Roman"/>
          <w:sz w:val="28"/>
          <w:szCs w:val="28"/>
        </w:rPr>
        <w:t>ứ</w:t>
      </w:r>
      <w:r w:rsidRPr="00674CF4">
        <w:rPr>
          <w:rFonts w:ascii="Times New Roman" w:hAnsi="Times New Roman" w:cs="Times New Roman"/>
          <w:sz w:val="28"/>
          <w:szCs w:val="28"/>
        </w:rPr>
        <w:t xml:space="preserve"> B</w:t>
      </w:r>
      <w:r w:rsidRPr="00674CF4">
        <w:rPr>
          <w:rFonts w:ascii="Times New Roman" w:hAnsi="Times New Roman" w:cs="Times New Roman"/>
          <w:sz w:val="28"/>
          <w:szCs w:val="28"/>
        </w:rPr>
        <w:t>ả</w:t>
      </w:r>
      <w:r w:rsidRPr="00674CF4">
        <w:rPr>
          <w:rFonts w:ascii="Times New Roman" w:hAnsi="Times New Roman" w:cs="Times New Roman"/>
          <w:sz w:val="28"/>
          <w:szCs w:val="28"/>
        </w:rPr>
        <w:t>y, Ch</w:t>
      </w:r>
      <w:r w:rsidRPr="00674CF4">
        <w:rPr>
          <w:rFonts w:ascii="Times New Roman" w:hAnsi="Times New Roman" w:cs="Times New Roman"/>
          <w:sz w:val="28"/>
          <w:szCs w:val="28"/>
        </w:rPr>
        <w:t>ủ</w:t>
      </w:r>
      <w:r w:rsidRPr="00674CF4">
        <w:rPr>
          <w:rFonts w:ascii="Times New Roman" w:hAnsi="Times New Roman" w:cs="Times New Roman"/>
          <w:sz w:val="28"/>
          <w:szCs w:val="28"/>
        </w:rPr>
        <w:t xml:space="preserve"> nh</w:t>
      </w:r>
      <w:r w:rsidRPr="00674CF4">
        <w:rPr>
          <w:rFonts w:ascii="Times New Roman" w:hAnsi="Times New Roman" w:cs="Times New Roman"/>
          <w:sz w:val="28"/>
          <w:szCs w:val="28"/>
        </w:rPr>
        <w:t>ậ</w:t>
      </w:r>
      <w:r w:rsidRPr="00674CF4">
        <w:rPr>
          <w:rFonts w:ascii="Times New Roman" w:hAnsi="Times New Roman" w:cs="Times New Roman"/>
          <w:sz w:val="28"/>
          <w:szCs w:val="28"/>
        </w:rPr>
        <w:t>t và ngày l</w:t>
      </w:r>
      <w:r w:rsidRPr="00674CF4">
        <w:rPr>
          <w:rFonts w:ascii="Times New Roman" w:hAnsi="Times New Roman" w:cs="Times New Roman"/>
          <w:sz w:val="28"/>
          <w:szCs w:val="28"/>
        </w:rPr>
        <w:t>ễ</w:t>
      </w:r>
      <w:r w:rsidRPr="00674CF4">
        <w:rPr>
          <w:rFonts w:ascii="Times New Roman" w:hAnsi="Times New Roman" w:cs="Times New Roman"/>
          <w:sz w:val="28"/>
          <w:szCs w:val="28"/>
        </w:rPr>
        <w:t xml:space="preserve"> – ho</w:t>
      </w:r>
      <w:r w:rsidRPr="00674CF4">
        <w:rPr>
          <w:rFonts w:ascii="Times New Roman" w:hAnsi="Times New Roman" w:cs="Times New Roman"/>
          <w:sz w:val="28"/>
          <w:szCs w:val="28"/>
        </w:rPr>
        <w:t>ặ</w:t>
      </w:r>
      <w:r w:rsidRPr="00674CF4">
        <w:rPr>
          <w:rFonts w:ascii="Times New Roman" w:hAnsi="Times New Roman" w:cs="Times New Roman"/>
          <w:sz w:val="28"/>
          <w:szCs w:val="28"/>
        </w:rPr>
        <w:t>c theo th</w:t>
      </w:r>
      <w:r w:rsidRPr="00674CF4">
        <w:rPr>
          <w:rFonts w:ascii="Times New Roman" w:hAnsi="Times New Roman" w:cs="Times New Roman"/>
          <w:sz w:val="28"/>
          <w:szCs w:val="28"/>
        </w:rPr>
        <w:t>ỏ</w:t>
      </w:r>
      <w:r w:rsidRPr="00674CF4">
        <w:rPr>
          <w:rFonts w:ascii="Times New Roman" w:hAnsi="Times New Roman" w:cs="Times New Roman"/>
          <w:sz w:val="28"/>
          <w:szCs w:val="28"/>
        </w:rPr>
        <w:t>a thu</w:t>
      </w:r>
      <w:r w:rsidRPr="00674CF4">
        <w:rPr>
          <w:rFonts w:ascii="Times New Roman" w:hAnsi="Times New Roman" w:cs="Times New Roman"/>
          <w:sz w:val="28"/>
          <w:szCs w:val="28"/>
        </w:rPr>
        <w:t>ậ</w:t>
      </w:r>
      <w:r w:rsidRPr="00674CF4">
        <w:rPr>
          <w:rFonts w:ascii="Times New Roman" w:hAnsi="Times New Roman" w:cs="Times New Roman"/>
          <w:sz w:val="28"/>
          <w:szCs w:val="28"/>
        </w:rPr>
        <w:t>n).</w:t>
      </w:r>
    </w:p>
    <w:p w:rsidR="008F71A4" w:rsidRPr="00674CF4" w:rsidRDefault="00674CF4">
      <w:pPr>
        <w:rPr>
          <w:rFonts w:ascii="Times New Roman" w:hAnsi="Times New Roman" w:cs="Times New Roman"/>
          <w:sz w:val="28"/>
          <w:szCs w:val="28"/>
        </w:rPr>
      </w:pPr>
      <w:r w:rsidRPr="00674CF4">
        <w:rPr>
          <w:rFonts w:ascii="Times New Roman" w:hAnsi="Times New Roman" w:cs="Times New Roman"/>
          <w:sz w:val="28"/>
          <w:szCs w:val="28"/>
        </w:rPr>
        <w:t>- Khung gi</w:t>
      </w:r>
      <w:r w:rsidRPr="00674CF4">
        <w:rPr>
          <w:rFonts w:ascii="Times New Roman" w:hAnsi="Times New Roman" w:cs="Times New Roman"/>
          <w:sz w:val="28"/>
          <w:szCs w:val="28"/>
        </w:rPr>
        <w:t>ờ</w:t>
      </w:r>
      <w:r w:rsidRPr="00674CF4">
        <w:rPr>
          <w:rFonts w:ascii="Times New Roman" w:hAnsi="Times New Roman" w:cs="Times New Roman"/>
          <w:sz w:val="28"/>
          <w:szCs w:val="28"/>
        </w:rPr>
        <w:t>: … (VD: t</w:t>
      </w:r>
      <w:r w:rsidRPr="00674CF4">
        <w:rPr>
          <w:rFonts w:ascii="Times New Roman" w:hAnsi="Times New Roman" w:cs="Times New Roman"/>
          <w:sz w:val="28"/>
          <w:szCs w:val="28"/>
        </w:rPr>
        <w:t>ừ</w:t>
      </w:r>
      <w:r w:rsidRPr="00674CF4">
        <w:rPr>
          <w:rFonts w:ascii="Times New Roman" w:hAnsi="Times New Roman" w:cs="Times New Roman"/>
          <w:sz w:val="28"/>
          <w:szCs w:val="28"/>
        </w:rPr>
        <w:t xml:space="preserve"> 7h30</w:t>
      </w:r>
      <w:r w:rsidRPr="00674CF4">
        <w:rPr>
          <w:rFonts w:ascii="Times New Roman" w:hAnsi="Times New Roman" w:cs="Times New Roman"/>
          <w:sz w:val="28"/>
          <w:szCs w:val="28"/>
        </w:rPr>
        <w:t xml:space="preserve"> đ</w:t>
      </w:r>
      <w:r w:rsidRPr="00674CF4">
        <w:rPr>
          <w:rFonts w:ascii="Times New Roman" w:hAnsi="Times New Roman" w:cs="Times New Roman"/>
          <w:sz w:val="28"/>
          <w:szCs w:val="28"/>
        </w:rPr>
        <w:t>ế</w:t>
      </w:r>
      <w:r w:rsidRPr="00674CF4">
        <w:rPr>
          <w:rFonts w:ascii="Times New Roman" w:hAnsi="Times New Roman" w:cs="Times New Roman"/>
          <w:sz w:val="28"/>
          <w:szCs w:val="28"/>
        </w:rPr>
        <w:t>n 9h30 m</w:t>
      </w:r>
      <w:r w:rsidRPr="00674CF4">
        <w:rPr>
          <w:rFonts w:ascii="Times New Roman" w:hAnsi="Times New Roman" w:cs="Times New Roman"/>
          <w:sz w:val="28"/>
          <w:szCs w:val="28"/>
        </w:rPr>
        <w:t>ỗ</w:t>
      </w:r>
      <w:r w:rsidRPr="00674CF4">
        <w:rPr>
          <w:rFonts w:ascii="Times New Roman" w:hAnsi="Times New Roman" w:cs="Times New Roman"/>
          <w:sz w:val="28"/>
          <w:szCs w:val="28"/>
        </w:rPr>
        <w:t>i ngày).</w:t>
      </w:r>
    </w:p>
    <w:p w:rsidR="008F71A4" w:rsidRPr="00674CF4" w:rsidRDefault="00674CF4">
      <w:pPr>
        <w:rPr>
          <w:rFonts w:ascii="Times New Roman" w:hAnsi="Times New Roman" w:cs="Times New Roman"/>
          <w:sz w:val="28"/>
          <w:szCs w:val="28"/>
        </w:rPr>
      </w:pPr>
      <w:r w:rsidRPr="00674CF4">
        <w:rPr>
          <w:rFonts w:ascii="Times New Roman" w:hAnsi="Times New Roman" w:cs="Times New Roman"/>
          <w:sz w:val="28"/>
          <w:szCs w:val="28"/>
        </w:rPr>
        <w:t>- Th</w:t>
      </w:r>
      <w:r w:rsidRPr="00674CF4">
        <w:rPr>
          <w:rFonts w:ascii="Times New Roman" w:hAnsi="Times New Roman" w:cs="Times New Roman"/>
          <w:sz w:val="28"/>
          <w:szCs w:val="28"/>
        </w:rPr>
        <w:t>ờ</w:t>
      </w:r>
      <w:r w:rsidRPr="00674CF4">
        <w:rPr>
          <w:rFonts w:ascii="Times New Roman" w:hAnsi="Times New Roman" w:cs="Times New Roman"/>
          <w:sz w:val="28"/>
          <w:szCs w:val="28"/>
        </w:rPr>
        <w:t>i h</w:t>
      </w:r>
      <w:r w:rsidRPr="00674CF4">
        <w:rPr>
          <w:rFonts w:ascii="Times New Roman" w:hAnsi="Times New Roman" w:cs="Times New Roman"/>
          <w:sz w:val="28"/>
          <w:szCs w:val="28"/>
        </w:rPr>
        <w:t>ạ</w:t>
      </w:r>
      <w:r w:rsidRPr="00674CF4">
        <w:rPr>
          <w:rFonts w:ascii="Times New Roman" w:hAnsi="Times New Roman" w:cs="Times New Roman"/>
          <w:sz w:val="28"/>
          <w:szCs w:val="28"/>
        </w:rPr>
        <w:t>n h</w:t>
      </w:r>
      <w:r w:rsidRPr="00674CF4">
        <w:rPr>
          <w:rFonts w:ascii="Times New Roman" w:hAnsi="Times New Roman" w:cs="Times New Roman"/>
          <w:sz w:val="28"/>
          <w:szCs w:val="28"/>
        </w:rPr>
        <w:t>ợ</w:t>
      </w:r>
      <w:r w:rsidRPr="00674CF4">
        <w:rPr>
          <w:rFonts w:ascii="Times New Roman" w:hAnsi="Times New Roman" w:cs="Times New Roman"/>
          <w:sz w:val="28"/>
          <w:szCs w:val="28"/>
        </w:rPr>
        <w:t>p đ</w:t>
      </w:r>
      <w:r w:rsidRPr="00674CF4">
        <w:rPr>
          <w:rFonts w:ascii="Times New Roman" w:hAnsi="Times New Roman" w:cs="Times New Roman"/>
          <w:sz w:val="28"/>
          <w:szCs w:val="28"/>
        </w:rPr>
        <w:t>ồ</w:t>
      </w:r>
      <w:r w:rsidRPr="00674CF4">
        <w:rPr>
          <w:rFonts w:ascii="Times New Roman" w:hAnsi="Times New Roman" w:cs="Times New Roman"/>
          <w:sz w:val="28"/>
          <w:szCs w:val="28"/>
        </w:rPr>
        <w:t>ng: … tháng, k</w:t>
      </w:r>
      <w:r w:rsidRPr="00674CF4">
        <w:rPr>
          <w:rFonts w:ascii="Times New Roman" w:hAnsi="Times New Roman" w:cs="Times New Roman"/>
          <w:sz w:val="28"/>
          <w:szCs w:val="28"/>
        </w:rPr>
        <w:t>ể</w:t>
      </w:r>
      <w:r w:rsidRPr="00674CF4">
        <w:rPr>
          <w:rFonts w:ascii="Times New Roman" w:hAnsi="Times New Roman" w:cs="Times New Roman"/>
          <w:sz w:val="28"/>
          <w:szCs w:val="28"/>
        </w:rPr>
        <w:t xml:space="preserve"> t</w:t>
      </w:r>
      <w:r w:rsidRPr="00674CF4">
        <w:rPr>
          <w:rFonts w:ascii="Times New Roman" w:hAnsi="Times New Roman" w:cs="Times New Roman"/>
          <w:sz w:val="28"/>
          <w:szCs w:val="28"/>
        </w:rPr>
        <w:t>ừ</w:t>
      </w:r>
      <w:r w:rsidRPr="00674CF4">
        <w:rPr>
          <w:rFonts w:ascii="Times New Roman" w:hAnsi="Times New Roman" w:cs="Times New Roman"/>
          <w:sz w:val="28"/>
          <w:szCs w:val="28"/>
        </w:rPr>
        <w:t xml:space="preserve"> ngày: …/…/2025 đ</w:t>
      </w:r>
      <w:r w:rsidRPr="00674CF4">
        <w:rPr>
          <w:rFonts w:ascii="Times New Roman" w:hAnsi="Times New Roman" w:cs="Times New Roman"/>
          <w:sz w:val="28"/>
          <w:szCs w:val="28"/>
        </w:rPr>
        <w:t>ế</w:t>
      </w:r>
      <w:r w:rsidRPr="00674CF4">
        <w:rPr>
          <w:rFonts w:ascii="Times New Roman" w:hAnsi="Times New Roman" w:cs="Times New Roman"/>
          <w:sz w:val="28"/>
          <w:szCs w:val="28"/>
        </w:rPr>
        <w:t>n …/…/2025.</w:t>
      </w:r>
    </w:p>
    <w:p w:rsidR="008F71A4" w:rsidRPr="00674CF4" w:rsidRDefault="00674CF4">
      <w:pPr>
        <w:pStyle w:val="Heading2"/>
        <w:rPr>
          <w:rFonts w:ascii="Times New Roman" w:hAnsi="Times New Roman" w:cs="Times New Roman"/>
          <w:color w:val="auto"/>
          <w:sz w:val="28"/>
          <w:szCs w:val="28"/>
        </w:rPr>
      </w:pPr>
      <w:r w:rsidRPr="00674CF4">
        <w:rPr>
          <w:rFonts w:ascii="Times New Roman" w:hAnsi="Times New Roman" w:cs="Times New Roman"/>
          <w:color w:val="auto"/>
          <w:sz w:val="28"/>
          <w:szCs w:val="28"/>
        </w:rPr>
        <w:t>ĐI</w:t>
      </w:r>
      <w:r w:rsidRPr="00674CF4">
        <w:rPr>
          <w:rFonts w:ascii="Times New Roman" w:hAnsi="Times New Roman" w:cs="Times New Roman"/>
          <w:color w:val="auto"/>
          <w:sz w:val="28"/>
          <w:szCs w:val="28"/>
        </w:rPr>
        <w:t>Ề</w:t>
      </w:r>
      <w:r w:rsidRPr="00674CF4">
        <w:rPr>
          <w:rFonts w:ascii="Times New Roman" w:hAnsi="Times New Roman" w:cs="Times New Roman"/>
          <w:color w:val="auto"/>
          <w:sz w:val="28"/>
          <w:szCs w:val="28"/>
        </w:rPr>
        <w:t>U 3: PHÍ D</w:t>
      </w:r>
      <w:r w:rsidRPr="00674CF4">
        <w:rPr>
          <w:rFonts w:ascii="Times New Roman" w:hAnsi="Times New Roman" w:cs="Times New Roman"/>
          <w:color w:val="auto"/>
          <w:sz w:val="28"/>
          <w:szCs w:val="28"/>
        </w:rPr>
        <w:t>Ị</w:t>
      </w:r>
      <w:r w:rsidRPr="00674CF4">
        <w:rPr>
          <w:rFonts w:ascii="Times New Roman" w:hAnsi="Times New Roman" w:cs="Times New Roman"/>
          <w:color w:val="auto"/>
          <w:sz w:val="28"/>
          <w:szCs w:val="28"/>
        </w:rPr>
        <w:t>CH V</w:t>
      </w:r>
      <w:r w:rsidRPr="00674CF4">
        <w:rPr>
          <w:rFonts w:ascii="Times New Roman" w:hAnsi="Times New Roman" w:cs="Times New Roman"/>
          <w:color w:val="auto"/>
          <w:sz w:val="28"/>
          <w:szCs w:val="28"/>
        </w:rPr>
        <w:t>Ụ</w:t>
      </w:r>
      <w:r w:rsidRPr="00674CF4">
        <w:rPr>
          <w:rFonts w:ascii="Times New Roman" w:hAnsi="Times New Roman" w:cs="Times New Roman"/>
          <w:color w:val="auto"/>
          <w:sz w:val="28"/>
          <w:szCs w:val="28"/>
        </w:rPr>
        <w:t xml:space="preserve"> &amp; THANH TOÁN</w:t>
      </w:r>
    </w:p>
    <w:p w:rsidR="008F71A4" w:rsidRPr="00674CF4" w:rsidRDefault="00674CF4">
      <w:pPr>
        <w:rPr>
          <w:rFonts w:ascii="Times New Roman" w:hAnsi="Times New Roman" w:cs="Times New Roman"/>
          <w:sz w:val="28"/>
          <w:szCs w:val="28"/>
        </w:rPr>
      </w:pPr>
      <w:r w:rsidRPr="00674CF4">
        <w:rPr>
          <w:rFonts w:ascii="Times New Roman" w:hAnsi="Times New Roman" w:cs="Times New Roman"/>
          <w:sz w:val="28"/>
          <w:szCs w:val="28"/>
        </w:rPr>
        <w:t>- Đơn giá: … VNĐ/tháng</w:t>
      </w:r>
    </w:p>
    <w:p w:rsidR="008F71A4" w:rsidRPr="00674CF4" w:rsidRDefault="00674CF4">
      <w:pPr>
        <w:rPr>
          <w:rFonts w:ascii="Times New Roman" w:hAnsi="Times New Roman" w:cs="Times New Roman"/>
          <w:sz w:val="28"/>
          <w:szCs w:val="28"/>
        </w:rPr>
      </w:pPr>
      <w:r w:rsidRPr="00674CF4">
        <w:rPr>
          <w:rFonts w:ascii="Times New Roman" w:hAnsi="Times New Roman" w:cs="Times New Roman"/>
          <w:sz w:val="28"/>
          <w:szCs w:val="28"/>
        </w:rPr>
        <w:t>- Hình th</w:t>
      </w:r>
      <w:r w:rsidRPr="00674CF4">
        <w:rPr>
          <w:rFonts w:ascii="Times New Roman" w:hAnsi="Times New Roman" w:cs="Times New Roman"/>
          <w:sz w:val="28"/>
          <w:szCs w:val="28"/>
        </w:rPr>
        <w:t>ứ</w:t>
      </w:r>
      <w:r w:rsidRPr="00674CF4">
        <w:rPr>
          <w:rFonts w:ascii="Times New Roman" w:hAnsi="Times New Roman" w:cs="Times New Roman"/>
          <w:sz w:val="28"/>
          <w:szCs w:val="28"/>
        </w:rPr>
        <w:t>c thanh toán: Chuy</w:t>
      </w:r>
      <w:r w:rsidRPr="00674CF4">
        <w:rPr>
          <w:rFonts w:ascii="Times New Roman" w:hAnsi="Times New Roman" w:cs="Times New Roman"/>
          <w:sz w:val="28"/>
          <w:szCs w:val="28"/>
        </w:rPr>
        <w:t>ể</w:t>
      </w:r>
      <w:r w:rsidRPr="00674CF4">
        <w:rPr>
          <w:rFonts w:ascii="Times New Roman" w:hAnsi="Times New Roman" w:cs="Times New Roman"/>
          <w:sz w:val="28"/>
          <w:szCs w:val="28"/>
        </w:rPr>
        <w:t>n kho</w:t>
      </w:r>
      <w:r w:rsidRPr="00674CF4">
        <w:rPr>
          <w:rFonts w:ascii="Times New Roman" w:hAnsi="Times New Roman" w:cs="Times New Roman"/>
          <w:sz w:val="28"/>
          <w:szCs w:val="28"/>
        </w:rPr>
        <w:t>ả</w:t>
      </w:r>
      <w:r w:rsidRPr="00674CF4">
        <w:rPr>
          <w:rFonts w:ascii="Times New Roman" w:hAnsi="Times New Roman" w:cs="Times New Roman"/>
          <w:sz w:val="28"/>
          <w:szCs w:val="28"/>
        </w:rPr>
        <w:t>n</w:t>
      </w:r>
    </w:p>
    <w:p w:rsidR="008F71A4" w:rsidRPr="00674CF4" w:rsidRDefault="00674CF4">
      <w:pPr>
        <w:rPr>
          <w:rFonts w:ascii="Times New Roman" w:hAnsi="Times New Roman" w:cs="Times New Roman"/>
          <w:sz w:val="28"/>
          <w:szCs w:val="28"/>
        </w:rPr>
      </w:pPr>
      <w:r w:rsidRPr="00674CF4">
        <w:rPr>
          <w:rFonts w:ascii="Times New Roman" w:hAnsi="Times New Roman" w:cs="Times New Roman"/>
          <w:sz w:val="28"/>
          <w:szCs w:val="28"/>
        </w:rPr>
        <w:t>- Th</w:t>
      </w:r>
      <w:r w:rsidRPr="00674CF4">
        <w:rPr>
          <w:rFonts w:ascii="Times New Roman" w:hAnsi="Times New Roman" w:cs="Times New Roman"/>
          <w:sz w:val="28"/>
          <w:szCs w:val="28"/>
        </w:rPr>
        <w:t>ờ</w:t>
      </w:r>
      <w:r w:rsidRPr="00674CF4">
        <w:rPr>
          <w:rFonts w:ascii="Times New Roman" w:hAnsi="Times New Roman" w:cs="Times New Roman"/>
          <w:sz w:val="28"/>
          <w:szCs w:val="28"/>
        </w:rPr>
        <w:t>i h</w:t>
      </w:r>
      <w:r w:rsidRPr="00674CF4">
        <w:rPr>
          <w:rFonts w:ascii="Times New Roman" w:hAnsi="Times New Roman" w:cs="Times New Roman"/>
          <w:sz w:val="28"/>
          <w:szCs w:val="28"/>
        </w:rPr>
        <w:t>ạ</w:t>
      </w:r>
      <w:r w:rsidRPr="00674CF4">
        <w:rPr>
          <w:rFonts w:ascii="Times New Roman" w:hAnsi="Times New Roman" w:cs="Times New Roman"/>
          <w:sz w:val="28"/>
          <w:szCs w:val="28"/>
        </w:rPr>
        <w:t>n thanh toán: Trong vòng 05 ngày k</w:t>
      </w:r>
      <w:r w:rsidRPr="00674CF4">
        <w:rPr>
          <w:rFonts w:ascii="Times New Roman" w:hAnsi="Times New Roman" w:cs="Times New Roman"/>
          <w:sz w:val="28"/>
          <w:szCs w:val="28"/>
        </w:rPr>
        <w:t>ể</w:t>
      </w:r>
      <w:r w:rsidRPr="00674CF4">
        <w:rPr>
          <w:rFonts w:ascii="Times New Roman" w:hAnsi="Times New Roman" w:cs="Times New Roman"/>
          <w:sz w:val="28"/>
          <w:szCs w:val="28"/>
        </w:rPr>
        <w:t xml:space="preserve"> t</w:t>
      </w:r>
      <w:r w:rsidRPr="00674CF4">
        <w:rPr>
          <w:rFonts w:ascii="Times New Roman" w:hAnsi="Times New Roman" w:cs="Times New Roman"/>
          <w:sz w:val="28"/>
          <w:szCs w:val="28"/>
        </w:rPr>
        <w:t>ừ</w:t>
      </w:r>
      <w:r w:rsidRPr="00674CF4">
        <w:rPr>
          <w:rFonts w:ascii="Times New Roman" w:hAnsi="Times New Roman" w:cs="Times New Roman"/>
          <w:sz w:val="28"/>
          <w:szCs w:val="28"/>
        </w:rPr>
        <w:t xml:space="preserve"> khi nh</w:t>
      </w:r>
      <w:r w:rsidRPr="00674CF4">
        <w:rPr>
          <w:rFonts w:ascii="Times New Roman" w:hAnsi="Times New Roman" w:cs="Times New Roman"/>
          <w:sz w:val="28"/>
          <w:szCs w:val="28"/>
        </w:rPr>
        <w:t>ậ</w:t>
      </w:r>
      <w:r w:rsidRPr="00674CF4">
        <w:rPr>
          <w:rFonts w:ascii="Times New Roman" w:hAnsi="Times New Roman" w:cs="Times New Roman"/>
          <w:sz w:val="28"/>
          <w:szCs w:val="28"/>
        </w:rPr>
        <w:t>n hóa đơn.</w:t>
      </w:r>
    </w:p>
    <w:p w:rsidR="008F71A4" w:rsidRPr="00674CF4" w:rsidRDefault="00674CF4">
      <w:pPr>
        <w:pStyle w:val="Heading2"/>
        <w:rPr>
          <w:rFonts w:ascii="Times New Roman" w:hAnsi="Times New Roman" w:cs="Times New Roman"/>
          <w:color w:val="auto"/>
          <w:sz w:val="28"/>
          <w:szCs w:val="28"/>
        </w:rPr>
      </w:pPr>
      <w:r w:rsidRPr="00674CF4">
        <w:rPr>
          <w:rFonts w:ascii="Times New Roman" w:hAnsi="Times New Roman" w:cs="Times New Roman"/>
          <w:color w:val="auto"/>
          <w:sz w:val="28"/>
          <w:szCs w:val="28"/>
        </w:rPr>
        <w:t>ĐI</w:t>
      </w:r>
      <w:r w:rsidRPr="00674CF4">
        <w:rPr>
          <w:rFonts w:ascii="Times New Roman" w:hAnsi="Times New Roman" w:cs="Times New Roman"/>
          <w:color w:val="auto"/>
          <w:sz w:val="28"/>
          <w:szCs w:val="28"/>
        </w:rPr>
        <w:t>Ề</w:t>
      </w:r>
      <w:r w:rsidRPr="00674CF4">
        <w:rPr>
          <w:rFonts w:ascii="Times New Roman" w:hAnsi="Times New Roman" w:cs="Times New Roman"/>
          <w:color w:val="auto"/>
          <w:sz w:val="28"/>
          <w:szCs w:val="28"/>
        </w:rPr>
        <w:t>U 4: TRÁ</w:t>
      </w:r>
      <w:r w:rsidRPr="00674CF4">
        <w:rPr>
          <w:rFonts w:ascii="Times New Roman" w:hAnsi="Times New Roman" w:cs="Times New Roman"/>
          <w:color w:val="auto"/>
          <w:sz w:val="28"/>
          <w:szCs w:val="28"/>
        </w:rPr>
        <w:t>CH NHI</w:t>
      </w:r>
      <w:r w:rsidRPr="00674CF4">
        <w:rPr>
          <w:rFonts w:ascii="Times New Roman" w:hAnsi="Times New Roman" w:cs="Times New Roman"/>
          <w:color w:val="auto"/>
          <w:sz w:val="28"/>
          <w:szCs w:val="28"/>
        </w:rPr>
        <w:t>Ệ</w:t>
      </w:r>
      <w:r w:rsidRPr="00674CF4">
        <w:rPr>
          <w:rFonts w:ascii="Times New Roman" w:hAnsi="Times New Roman" w:cs="Times New Roman"/>
          <w:color w:val="auto"/>
          <w:sz w:val="28"/>
          <w:szCs w:val="28"/>
        </w:rPr>
        <w:t>M VÀ CAM K</w:t>
      </w:r>
      <w:r w:rsidRPr="00674CF4">
        <w:rPr>
          <w:rFonts w:ascii="Times New Roman" w:hAnsi="Times New Roman" w:cs="Times New Roman"/>
          <w:color w:val="auto"/>
          <w:sz w:val="28"/>
          <w:szCs w:val="28"/>
        </w:rPr>
        <w:t>Ế</w:t>
      </w:r>
      <w:r w:rsidRPr="00674CF4">
        <w:rPr>
          <w:rFonts w:ascii="Times New Roman" w:hAnsi="Times New Roman" w:cs="Times New Roman"/>
          <w:color w:val="auto"/>
          <w:sz w:val="28"/>
          <w:szCs w:val="28"/>
        </w:rPr>
        <w:t>T C</w:t>
      </w:r>
      <w:r w:rsidRPr="00674CF4">
        <w:rPr>
          <w:rFonts w:ascii="Times New Roman" w:hAnsi="Times New Roman" w:cs="Times New Roman"/>
          <w:color w:val="auto"/>
          <w:sz w:val="28"/>
          <w:szCs w:val="28"/>
        </w:rPr>
        <w:t>Ủ</w:t>
      </w:r>
      <w:r w:rsidRPr="00674CF4">
        <w:rPr>
          <w:rFonts w:ascii="Times New Roman" w:hAnsi="Times New Roman" w:cs="Times New Roman"/>
          <w:color w:val="auto"/>
          <w:sz w:val="28"/>
          <w:szCs w:val="28"/>
        </w:rPr>
        <w:t>A CÁC BÊN</w:t>
      </w:r>
    </w:p>
    <w:p w:rsidR="008F71A4" w:rsidRPr="00674CF4" w:rsidRDefault="00674CF4">
      <w:pPr>
        <w:rPr>
          <w:rFonts w:ascii="Times New Roman" w:hAnsi="Times New Roman" w:cs="Times New Roman"/>
          <w:sz w:val="28"/>
          <w:szCs w:val="28"/>
        </w:rPr>
      </w:pPr>
      <w:r w:rsidRPr="00674CF4">
        <w:rPr>
          <w:rFonts w:ascii="Times New Roman" w:hAnsi="Times New Roman" w:cs="Times New Roman"/>
          <w:sz w:val="28"/>
          <w:szCs w:val="28"/>
        </w:rPr>
        <w:t>Bên B cam k</w:t>
      </w:r>
      <w:r w:rsidRPr="00674CF4">
        <w:rPr>
          <w:rFonts w:ascii="Times New Roman" w:hAnsi="Times New Roman" w:cs="Times New Roman"/>
          <w:sz w:val="28"/>
          <w:szCs w:val="28"/>
        </w:rPr>
        <w:t>ế</w:t>
      </w:r>
      <w:r w:rsidRPr="00674CF4">
        <w:rPr>
          <w:rFonts w:ascii="Times New Roman" w:hAnsi="Times New Roman" w:cs="Times New Roman"/>
          <w:sz w:val="28"/>
          <w:szCs w:val="28"/>
        </w:rPr>
        <w:t>t:</w:t>
      </w:r>
    </w:p>
    <w:p w:rsidR="008F71A4" w:rsidRPr="00674CF4" w:rsidRDefault="00674CF4">
      <w:pPr>
        <w:rPr>
          <w:rFonts w:ascii="Times New Roman" w:hAnsi="Times New Roman" w:cs="Times New Roman"/>
          <w:sz w:val="28"/>
          <w:szCs w:val="28"/>
        </w:rPr>
      </w:pPr>
      <w:r w:rsidRPr="00674CF4">
        <w:rPr>
          <w:rFonts w:ascii="Times New Roman" w:hAnsi="Times New Roman" w:cs="Times New Roman"/>
          <w:sz w:val="28"/>
          <w:szCs w:val="28"/>
        </w:rPr>
        <w:t>- Cung c</w:t>
      </w:r>
      <w:r w:rsidRPr="00674CF4">
        <w:rPr>
          <w:rFonts w:ascii="Times New Roman" w:hAnsi="Times New Roman" w:cs="Times New Roman"/>
          <w:sz w:val="28"/>
          <w:szCs w:val="28"/>
        </w:rPr>
        <w:t>ấ</w:t>
      </w:r>
      <w:r w:rsidRPr="00674CF4">
        <w:rPr>
          <w:rFonts w:ascii="Times New Roman" w:hAnsi="Times New Roman" w:cs="Times New Roman"/>
          <w:sz w:val="28"/>
          <w:szCs w:val="28"/>
        </w:rPr>
        <w:t>p đ</w:t>
      </w:r>
      <w:r w:rsidRPr="00674CF4">
        <w:rPr>
          <w:rFonts w:ascii="Times New Roman" w:hAnsi="Times New Roman" w:cs="Times New Roman"/>
          <w:sz w:val="28"/>
          <w:szCs w:val="28"/>
        </w:rPr>
        <w:t>ủ</w:t>
      </w:r>
      <w:r w:rsidRPr="00674CF4">
        <w:rPr>
          <w:rFonts w:ascii="Times New Roman" w:hAnsi="Times New Roman" w:cs="Times New Roman"/>
          <w:sz w:val="28"/>
          <w:szCs w:val="28"/>
        </w:rPr>
        <w:t xml:space="preserve"> nhân s</w:t>
      </w:r>
      <w:r w:rsidRPr="00674CF4">
        <w:rPr>
          <w:rFonts w:ascii="Times New Roman" w:hAnsi="Times New Roman" w:cs="Times New Roman"/>
          <w:sz w:val="28"/>
          <w:szCs w:val="28"/>
        </w:rPr>
        <w:t>ự</w:t>
      </w:r>
      <w:r w:rsidRPr="00674CF4">
        <w:rPr>
          <w:rFonts w:ascii="Times New Roman" w:hAnsi="Times New Roman" w:cs="Times New Roman"/>
          <w:sz w:val="28"/>
          <w:szCs w:val="28"/>
        </w:rPr>
        <w:t>, thi</w:t>
      </w:r>
      <w:r w:rsidRPr="00674CF4">
        <w:rPr>
          <w:rFonts w:ascii="Times New Roman" w:hAnsi="Times New Roman" w:cs="Times New Roman"/>
          <w:sz w:val="28"/>
          <w:szCs w:val="28"/>
        </w:rPr>
        <w:t>ế</w:t>
      </w:r>
      <w:r w:rsidRPr="00674CF4">
        <w:rPr>
          <w:rFonts w:ascii="Times New Roman" w:hAnsi="Times New Roman" w:cs="Times New Roman"/>
          <w:sz w:val="28"/>
          <w:szCs w:val="28"/>
        </w:rPr>
        <w:t>t b</w:t>
      </w:r>
      <w:r w:rsidRPr="00674CF4">
        <w:rPr>
          <w:rFonts w:ascii="Times New Roman" w:hAnsi="Times New Roman" w:cs="Times New Roman"/>
          <w:sz w:val="28"/>
          <w:szCs w:val="28"/>
        </w:rPr>
        <w:t>ị</w:t>
      </w:r>
      <w:r w:rsidRPr="00674CF4">
        <w:rPr>
          <w:rFonts w:ascii="Times New Roman" w:hAnsi="Times New Roman" w:cs="Times New Roman"/>
          <w:sz w:val="28"/>
          <w:szCs w:val="28"/>
        </w:rPr>
        <w:t>, hóa ch</w:t>
      </w:r>
      <w:r w:rsidRPr="00674CF4">
        <w:rPr>
          <w:rFonts w:ascii="Times New Roman" w:hAnsi="Times New Roman" w:cs="Times New Roman"/>
          <w:sz w:val="28"/>
          <w:szCs w:val="28"/>
        </w:rPr>
        <w:t>ấ</w:t>
      </w:r>
      <w:r w:rsidRPr="00674CF4">
        <w:rPr>
          <w:rFonts w:ascii="Times New Roman" w:hAnsi="Times New Roman" w:cs="Times New Roman"/>
          <w:sz w:val="28"/>
          <w:szCs w:val="28"/>
        </w:rPr>
        <w:t>t phù h</w:t>
      </w:r>
      <w:r w:rsidRPr="00674CF4">
        <w:rPr>
          <w:rFonts w:ascii="Times New Roman" w:hAnsi="Times New Roman" w:cs="Times New Roman"/>
          <w:sz w:val="28"/>
          <w:szCs w:val="28"/>
        </w:rPr>
        <w:t>ợ</w:t>
      </w:r>
      <w:r w:rsidRPr="00674CF4">
        <w:rPr>
          <w:rFonts w:ascii="Times New Roman" w:hAnsi="Times New Roman" w:cs="Times New Roman"/>
          <w:sz w:val="28"/>
          <w:szCs w:val="28"/>
        </w:rPr>
        <w:t>p đ</w:t>
      </w:r>
      <w:r w:rsidRPr="00674CF4">
        <w:rPr>
          <w:rFonts w:ascii="Times New Roman" w:hAnsi="Times New Roman" w:cs="Times New Roman"/>
          <w:sz w:val="28"/>
          <w:szCs w:val="28"/>
        </w:rPr>
        <w:t>ể</w:t>
      </w:r>
      <w:r w:rsidRPr="00674CF4">
        <w:rPr>
          <w:rFonts w:ascii="Times New Roman" w:hAnsi="Times New Roman" w:cs="Times New Roman"/>
          <w:sz w:val="28"/>
          <w:szCs w:val="28"/>
        </w:rPr>
        <w:t xml:space="preserve"> v</w:t>
      </w:r>
      <w:r w:rsidRPr="00674CF4">
        <w:rPr>
          <w:rFonts w:ascii="Times New Roman" w:hAnsi="Times New Roman" w:cs="Times New Roman"/>
          <w:sz w:val="28"/>
          <w:szCs w:val="28"/>
        </w:rPr>
        <w:t>ệ</w:t>
      </w:r>
      <w:r w:rsidRPr="00674CF4">
        <w:rPr>
          <w:rFonts w:ascii="Times New Roman" w:hAnsi="Times New Roman" w:cs="Times New Roman"/>
          <w:sz w:val="28"/>
          <w:szCs w:val="28"/>
        </w:rPr>
        <w:t xml:space="preserve"> sinh;</w:t>
      </w:r>
    </w:p>
    <w:p w:rsidR="008F71A4" w:rsidRPr="00674CF4" w:rsidRDefault="00674CF4">
      <w:pPr>
        <w:rPr>
          <w:rFonts w:ascii="Times New Roman" w:hAnsi="Times New Roman" w:cs="Times New Roman"/>
          <w:sz w:val="28"/>
          <w:szCs w:val="28"/>
        </w:rPr>
      </w:pPr>
      <w:r w:rsidRPr="00674CF4">
        <w:rPr>
          <w:rFonts w:ascii="Times New Roman" w:hAnsi="Times New Roman" w:cs="Times New Roman"/>
          <w:sz w:val="28"/>
          <w:szCs w:val="28"/>
        </w:rPr>
        <w:t xml:space="preserve">- Không gây </w:t>
      </w:r>
      <w:r w:rsidRPr="00674CF4">
        <w:rPr>
          <w:rFonts w:ascii="Times New Roman" w:hAnsi="Times New Roman" w:cs="Times New Roman"/>
          <w:sz w:val="28"/>
          <w:szCs w:val="28"/>
        </w:rPr>
        <w:t>ả</w:t>
      </w:r>
      <w:r w:rsidRPr="00674CF4">
        <w:rPr>
          <w:rFonts w:ascii="Times New Roman" w:hAnsi="Times New Roman" w:cs="Times New Roman"/>
          <w:sz w:val="28"/>
          <w:szCs w:val="28"/>
        </w:rPr>
        <w:t>nh hư</w:t>
      </w:r>
      <w:r w:rsidRPr="00674CF4">
        <w:rPr>
          <w:rFonts w:ascii="Times New Roman" w:hAnsi="Times New Roman" w:cs="Times New Roman"/>
          <w:sz w:val="28"/>
          <w:szCs w:val="28"/>
        </w:rPr>
        <w:t>ở</w:t>
      </w:r>
      <w:r w:rsidRPr="00674CF4">
        <w:rPr>
          <w:rFonts w:ascii="Times New Roman" w:hAnsi="Times New Roman" w:cs="Times New Roman"/>
          <w:sz w:val="28"/>
          <w:szCs w:val="28"/>
        </w:rPr>
        <w:t>ng đ</w:t>
      </w:r>
      <w:r w:rsidRPr="00674CF4">
        <w:rPr>
          <w:rFonts w:ascii="Times New Roman" w:hAnsi="Times New Roman" w:cs="Times New Roman"/>
          <w:sz w:val="28"/>
          <w:szCs w:val="28"/>
        </w:rPr>
        <w:t>ế</w:t>
      </w:r>
      <w:r w:rsidRPr="00674CF4">
        <w:rPr>
          <w:rFonts w:ascii="Times New Roman" w:hAnsi="Times New Roman" w:cs="Times New Roman"/>
          <w:sz w:val="28"/>
          <w:szCs w:val="28"/>
        </w:rPr>
        <w:t>n ho</w:t>
      </w:r>
      <w:r w:rsidRPr="00674CF4">
        <w:rPr>
          <w:rFonts w:ascii="Times New Roman" w:hAnsi="Times New Roman" w:cs="Times New Roman"/>
          <w:sz w:val="28"/>
          <w:szCs w:val="28"/>
        </w:rPr>
        <w:t>ạ</w:t>
      </w:r>
      <w:r w:rsidRPr="00674CF4">
        <w:rPr>
          <w:rFonts w:ascii="Times New Roman" w:hAnsi="Times New Roman" w:cs="Times New Roman"/>
          <w:sz w:val="28"/>
          <w:szCs w:val="28"/>
        </w:rPr>
        <w:t>t đ</w:t>
      </w:r>
      <w:r w:rsidRPr="00674CF4">
        <w:rPr>
          <w:rFonts w:ascii="Times New Roman" w:hAnsi="Times New Roman" w:cs="Times New Roman"/>
          <w:sz w:val="28"/>
          <w:szCs w:val="28"/>
        </w:rPr>
        <w:t>ộ</w:t>
      </w:r>
      <w:r w:rsidRPr="00674CF4">
        <w:rPr>
          <w:rFonts w:ascii="Times New Roman" w:hAnsi="Times New Roman" w:cs="Times New Roman"/>
          <w:sz w:val="28"/>
          <w:szCs w:val="28"/>
        </w:rPr>
        <w:t>ng văn phòng c</w:t>
      </w:r>
      <w:r w:rsidRPr="00674CF4">
        <w:rPr>
          <w:rFonts w:ascii="Times New Roman" w:hAnsi="Times New Roman" w:cs="Times New Roman"/>
          <w:sz w:val="28"/>
          <w:szCs w:val="28"/>
        </w:rPr>
        <w:t>ủ</w:t>
      </w:r>
      <w:r w:rsidRPr="00674CF4">
        <w:rPr>
          <w:rFonts w:ascii="Times New Roman" w:hAnsi="Times New Roman" w:cs="Times New Roman"/>
          <w:sz w:val="28"/>
          <w:szCs w:val="28"/>
        </w:rPr>
        <w:t>a Bên A;</w:t>
      </w:r>
    </w:p>
    <w:p w:rsidR="008F71A4" w:rsidRPr="00674CF4" w:rsidRDefault="00674CF4">
      <w:pPr>
        <w:rPr>
          <w:rFonts w:ascii="Times New Roman" w:hAnsi="Times New Roman" w:cs="Times New Roman"/>
          <w:sz w:val="28"/>
          <w:szCs w:val="28"/>
        </w:rPr>
      </w:pPr>
      <w:r w:rsidRPr="00674CF4">
        <w:rPr>
          <w:rFonts w:ascii="Times New Roman" w:hAnsi="Times New Roman" w:cs="Times New Roman"/>
          <w:sz w:val="28"/>
          <w:szCs w:val="28"/>
        </w:rPr>
        <w:t>- B</w:t>
      </w:r>
      <w:r w:rsidRPr="00674CF4">
        <w:rPr>
          <w:rFonts w:ascii="Times New Roman" w:hAnsi="Times New Roman" w:cs="Times New Roman"/>
          <w:sz w:val="28"/>
          <w:szCs w:val="28"/>
        </w:rPr>
        <w:t>ồ</w:t>
      </w:r>
      <w:r w:rsidRPr="00674CF4">
        <w:rPr>
          <w:rFonts w:ascii="Times New Roman" w:hAnsi="Times New Roman" w:cs="Times New Roman"/>
          <w:sz w:val="28"/>
          <w:szCs w:val="28"/>
        </w:rPr>
        <w:t>i thư</w:t>
      </w:r>
      <w:r w:rsidRPr="00674CF4">
        <w:rPr>
          <w:rFonts w:ascii="Times New Roman" w:hAnsi="Times New Roman" w:cs="Times New Roman"/>
          <w:sz w:val="28"/>
          <w:szCs w:val="28"/>
        </w:rPr>
        <w:t>ờ</w:t>
      </w:r>
      <w:r w:rsidRPr="00674CF4">
        <w:rPr>
          <w:rFonts w:ascii="Times New Roman" w:hAnsi="Times New Roman" w:cs="Times New Roman"/>
          <w:sz w:val="28"/>
          <w:szCs w:val="28"/>
        </w:rPr>
        <w:t>ng n</w:t>
      </w:r>
      <w:r w:rsidRPr="00674CF4">
        <w:rPr>
          <w:rFonts w:ascii="Times New Roman" w:hAnsi="Times New Roman" w:cs="Times New Roman"/>
          <w:sz w:val="28"/>
          <w:szCs w:val="28"/>
        </w:rPr>
        <w:t>ế</w:t>
      </w:r>
      <w:r w:rsidRPr="00674CF4">
        <w:rPr>
          <w:rFonts w:ascii="Times New Roman" w:hAnsi="Times New Roman" w:cs="Times New Roman"/>
          <w:sz w:val="28"/>
          <w:szCs w:val="28"/>
        </w:rPr>
        <w:t>u làm hư h</w:t>
      </w:r>
      <w:r w:rsidRPr="00674CF4">
        <w:rPr>
          <w:rFonts w:ascii="Times New Roman" w:hAnsi="Times New Roman" w:cs="Times New Roman"/>
          <w:sz w:val="28"/>
          <w:szCs w:val="28"/>
        </w:rPr>
        <w:t>ạ</w:t>
      </w:r>
      <w:r w:rsidRPr="00674CF4">
        <w:rPr>
          <w:rFonts w:ascii="Times New Roman" w:hAnsi="Times New Roman" w:cs="Times New Roman"/>
          <w:sz w:val="28"/>
          <w:szCs w:val="28"/>
        </w:rPr>
        <w:t>i tài s</w:t>
      </w:r>
      <w:r w:rsidRPr="00674CF4">
        <w:rPr>
          <w:rFonts w:ascii="Times New Roman" w:hAnsi="Times New Roman" w:cs="Times New Roman"/>
          <w:sz w:val="28"/>
          <w:szCs w:val="28"/>
        </w:rPr>
        <w:t>ả</w:t>
      </w:r>
      <w:r w:rsidRPr="00674CF4">
        <w:rPr>
          <w:rFonts w:ascii="Times New Roman" w:hAnsi="Times New Roman" w:cs="Times New Roman"/>
          <w:sz w:val="28"/>
          <w:szCs w:val="28"/>
        </w:rPr>
        <w:t>n.</w:t>
      </w:r>
    </w:p>
    <w:p w:rsidR="008F71A4" w:rsidRPr="00674CF4" w:rsidRDefault="00674CF4">
      <w:pPr>
        <w:rPr>
          <w:rFonts w:ascii="Times New Roman" w:hAnsi="Times New Roman" w:cs="Times New Roman"/>
          <w:sz w:val="28"/>
          <w:szCs w:val="28"/>
        </w:rPr>
      </w:pPr>
      <w:r w:rsidRPr="00674CF4">
        <w:rPr>
          <w:rFonts w:ascii="Times New Roman" w:hAnsi="Times New Roman" w:cs="Times New Roman"/>
          <w:sz w:val="28"/>
          <w:szCs w:val="28"/>
        </w:rPr>
        <w:t>Bên A cam k</w:t>
      </w:r>
      <w:r w:rsidRPr="00674CF4">
        <w:rPr>
          <w:rFonts w:ascii="Times New Roman" w:hAnsi="Times New Roman" w:cs="Times New Roman"/>
          <w:sz w:val="28"/>
          <w:szCs w:val="28"/>
        </w:rPr>
        <w:t>ế</w:t>
      </w:r>
      <w:r w:rsidRPr="00674CF4">
        <w:rPr>
          <w:rFonts w:ascii="Times New Roman" w:hAnsi="Times New Roman" w:cs="Times New Roman"/>
          <w:sz w:val="28"/>
          <w:szCs w:val="28"/>
        </w:rPr>
        <w:t>t:</w:t>
      </w:r>
    </w:p>
    <w:p w:rsidR="008F71A4" w:rsidRPr="00674CF4" w:rsidRDefault="00674CF4">
      <w:pPr>
        <w:rPr>
          <w:rFonts w:ascii="Times New Roman" w:hAnsi="Times New Roman" w:cs="Times New Roman"/>
          <w:sz w:val="28"/>
          <w:szCs w:val="28"/>
        </w:rPr>
      </w:pPr>
      <w:r w:rsidRPr="00674CF4">
        <w:rPr>
          <w:rFonts w:ascii="Times New Roman" w:hAnsi="Times New Roman" w:cs="Times New Roman"/>
          <w:sz w:val="28"/>
          <w:szCs w:val="28"/>
        </w:rPr>
        <w:t>- Thanh toán đúng h</w:t>
      </w:r>
      <w:r w:rsidRPr="00674CF4">
        <w:rPr>
          <w:rFonts w:ascii="Times New Roman" w:hAnsi="Times New Roman" w:cs="Times New Roman"/>
          <w:sz w:val="28"/>
          <w:szCs w:val="28"/>
        </w:rPr>
        <w:t>ạ</w:t>
      </w:r>
      <w:r w:rsidRPr="00674CF4">
        <w:rPr>
          <w:rFonts w:ascii="Times New Roman" w:hAnsi="Times New Roman" w:cs="Times New Roman"/>
          <w:sz w:val="28"/>
          <w:szCs w:val="28"/>
        </w:rPr>
        <w:t>n;</w:t>
      </w:r>
    </w:p>
    <w:p w:rsidR="008F71A4" w:rsidRPr="00674CF4" w:rsidRDefault="00674CF4">
      <w:pPr>
        <w:rPr>
          <w:rFonts w:ascii="Times New Roman" w:hAnsi="Times New Roman" w:cs="Times New Roman"/>
          <w:sz w:val="28"/>
          <w:szCs w:val="28"/>
        </w:rPr>
      </w:pPr>
      <w:r w:rsidRPr="00674CF4">
        <w:rPr>
          <w:rFonts w:ascii="Times New Roman" w:hAnsi="Times New Roman" w:cs="Times New Roman"/>
          <w:sz w:val="28"/>
          <w:szCs w:val="28"/>
        </w:rPr>
        <w:t>- H</w:t>
      </w:r>
      <w:r w:rsidRPr="00674CF4">
        <w:rPr>
          <w:rFonts w:ascii="Times New Roman" w:hAnsi="Times New Roman" w:cs="Times New Roman"/>
          <w:sz w:val="28"/>
          <w:szCs w:val="28"/>
        </w:rPr>
        <w:t>ỗ</w:t>
      </w:r>
      <w:r w:rsidRPr="00674CF4">
        <w:rPr>
          <w:rFonts w:ascii="Times New Roman" w:hAnsi="Times New Roman" w:cs="Times New Roman"/>
          <w:sz w:val="28"/>
          <w:szCs w:val="28"/>
        </w:rPr>
        <w:t xml:space="preserve"> tr</w:t>
      </w:r>
      <w:r w:rsidRPr="00674CF4">
        <w:rPr>
          <w:rFonts w:ascii="Times New Roman" w:hAnsi="Times New Roman" w:cs="Times New Roman"/>
          <w:sz w:val="28"/>
          <w:szCs w:val="28"/>
        </w:rPr>
        <w:t>ợ</w:t>
      </w:r>
      <w:r w:rsidRPr="00674CF4">
        <w:rPr>
          <w:rFonts w:ascii="Times New Roman" w:hAnsi="Times New Roman" w:cs="Times New Roman"/>
          <w:sz w:val="28"/>
          <w:szCs w:val="28"/>
        </w:rPr>
        <w:t xml:space="preserve"> đi</w:t>
      </w:r>
      <w:r w:rsidRPr="00674CF4">
        <w:rPr>
          <w:rFonts w:ascii="Times New Roman" w:hAnsi="Times New Roman" w:cs="Times New Roman"/>
          <w:sz w:val="28"/>
          <w:szCs w:val="28"/>
        </w:rPr>
        <w:t>ề</w:t>
      </w:r>
      <w:r w:rsidRPr="00674CF4">
        <w:rPr>
          <w:rFonts w:ascii="Times New Roman" w:hAnsi="Times New Roman" w:cs="Times New Roman"/>
          <w:sz w:val="28"/>
          <w:szCs w:val="28"/>
        </w:rPr>
        <w:t xml:space="preserve">u </w:t>
      </w:r>
      <w:r w:rsidRPr="00674CF4">
        <w:rPr>
          <w:rFonts w:ascii="Times New Roman" w:hAnsi="Times New Roman" w:cs="Times New Roman"/>
          <w:sz w:val="28"/>
          <w:szCs w:val="28"/>
        </w:rPr>
        <w:t>ki</w:t>
      </w:r>
      <w:r w:rsidRPr="00674CF4">
        <w:rPr>
          <w:rFonts w:ascii="Times New Roman" w:hAnsi="Times New Roman" w:cs="Times New Roman"/>
          <w:sz w:val="28"/>
          <w:szCs w:val="28"/>
        </w:rPr>
        <w:t>ệ</w:t>
      </w:r>
      <w:r w:rsidRPr="00674CF4">
        <w:rPr>
          <w:rFonts w:ascii="Times New Roman" w:hAnsi="Times New Roman" w:cs="Times New Roman"/>
          <w:sz w:val="28"/>
          <w:szCs w:val="28"/>
        </w:rPr>
        <w:t>n làm vi</w:t>
      </w:r>
      <w:r w:rsidRPr="00674CF4">
        <w:rPr>
          <w:rFonts w:ascii="Times New Roman" w:hAnsi="Times New Roman" w:cs="Times New Roman"/>
          <w:sz w:val="28"/>
          <w:szCs w:val="28"/>
        </w:rPr>
        <w:t>ệ</w:t>
      </w:r>
      <w:r w:rsidRPr="00674CF4">
        <w:rPr>
          <w:rFonts w:ascii="Times New Roman" w:hAnsi="Times New Roman" w:cs="Times New Roman"/>
          <w:sz w:val="28"/>
          <w:szCs w:val="28"/>
        </w:rPr>
        <w:t>c cho nhân s</w:t>
      </w:r>
      <w:r w:rsidRPr="00674CF4">
        <w:rPr>
          <w:rFonts w:ascii="Times New Roman" w:hAnsi="Times New Roman" w:cs="Times New Roman"/>
          <w:sz w:val="28"/>
          <w:szCs w:val="28"/>
        </w:rPr>
        <w:t>ự</w:t>
      </w:r>
      <w:r w:rsidRPr="00674CF4">
        <w:rPr>
          <w:rFonts w:ascii="Times New Roman" w:hAnsi="Times New Roman" w:cs="Times New Roman"/>
          <w:sz w:val="28"/>
          <w:szCs w:val="28"/>
        </w:rPr>
        <w:t xml:space="preserve"> bên B.</w:t>
      </w:r>
    </w:p>
    <w:p w:rsidR="008F71A4" w:rsidRPr="00674CF4" w:rsidRDefault="00674CF4">
      <w:pPr>
        <w:pStyle w:val="Heading2"/>
        <w:rPr>
          <w:rFonts w:ascii="Times New Roman" w:hAnsi="Times New Roman" w:cs="Times New Roman"/>
          <w:color w:val="auto"/>
          <w:sz w:val="28"/>
          <w:szCs w:val="28"/>
        </w:rPr>
      </w:pPr>
      <w:r w:rsidRPr="00674CF4">
        <w:rPr>
          <w:rFonts w:ascii="Times New Roman" w:hAnsi="Times New Roman" w:cs="Times New Roman"/>
          <w:color w:val="auto"/>
          <w:sz w:val="28"/>
          <w:szCs w:val="28"/>
        </w:rPr>
        <w:t>ĐI</w:t>
      </w:r>
      <w:r w:rsidRPr="00674CF4">
        <w:rPr>
          <w:rFonts w:ascii="Times New Roman" w:hAnsi="Times New Roman" w:cs="Times New Roman"/>
          <w:color w:val="auto"/>
          <w:sz w:val="28"/>
          <w:szCs w:val="28"/>
        </w:rPr>
        <w:t>Ề</w:t>
      </w:r>
      <w:r w:rsidRPr="00674CF4">
        <w:rPr>
          <w:rFonts w:ascii="Times New Roman" w:hAnsi="Times New Roman" w:cs="Times New Roman"/>
          <w:color w:val="auto"/>
          <w:sz w:val="28"/>
          <w:szCs w:val="28"/>
        </w:rPr>
        <w:t>U 5: CH</w:t>
      </w:r>
      <w:r w:rsidRPr="00674CF4">
        <w:rPr>
          <w:rFonts w:ascii="Times New Roman" w:hAnsi="Times New Roman" w:cs="Times New Roman"/>
          <w:color w:val="auto"/>
          <w:sz w:val="28"/>
          <w:szCs w:val="28"/>
        </w:rPr>
        <w:t>Ấ</w:t>
      </w:r>
      <w:r w:rsidRPr="00674CF4">
        <w:rPr>
          <w:rFonts w:ascii="Times New Roman" w:hAnsi="Times New Roman" w:cs="Times New Roman"/>
          <w:color w:val="auto"/>
          <w:sz w:val="28"/>
          <w:szCs w:val="28"/>
        </w:rPr>
        <w:t>M D</w:t>
      </w:r>
      <w:r w:rsidRPr="00674CF4">
        <w:rPr>
          <w:rFonts w:ascii="Times New Roman" w:hAnsi="Times New Roman" w:cs="Times New Roman"/>
          <w:color w:val="auto"/>
          <w:sz w:val="28"/>
          <w:szCs w:val="28"/>
        </w:rPr>
        <w:t>Ứ</w:t>
      </w:r>
      <w:r w:rsidRPr="00674CF4">
        <w:rPr>
          <w:rFonts w:ascii="Times New Roman" w:hAnsi="Times New Roman" w:cs="Times New Roman"/>
          <w:color w:val="auto"/>
          <w:sz w:val="28"/>
          <w:szCs w:val="28"/>
        </w:rPr>
        <w:t>T &amp; GI</w:t>
      </w:r>
      <w:r w:rsidRPr="00674CF4">
        <w:rPr>
          <w:rFonts w:ascii="Times New Roman" w:hAnsi="Times New Roman" w:cs="Times New Roman"/>
          <w:color w:val="auto"/>
          <w:sz w:val="28"/>
          <w:szCs w:val="28"/>
        </w:rPr>
        <w:t>Ả</w:t>
      </w:r>
      <w:r w:rsidRPr="00674CF4">
        <w:rPr>
          <w:rFonts w:ascii="Times New Roman" w:hAnsi="Times New Roman" w:cs="Times New Roman"/>
          <w:color w:val="auto"/>
          <w:sz w:val="28"/>
          <w:szCs w:val="28"/>
        </w:rPr>
        <w:t>I QUY</w:t>
      </w:r>
      <w:r w:rsidRPr="00674CF4">
        <w:rPr>
          <w:rFonts w:ascii="Times New Roman" w:hAnsi="Times New Roman" w:cs="Times New Roman"/>
          <w:color w:val="auto"/>
          <w:sz w:val="28"/>
          <w:szCs w:val="28"/>
        </w:rPr>
        <w:t>Ế</w:t>
      </w:r>
      <w:r w:rsidRPr="00674CF4">
        <w:rPr>
          <w:rFonts w:ascii="Times New Roman" w:hAnsi="Times New Roman" w:cs="Times New Roman"/>
          <w:color w:val="auto"/>
          <w:sz w:val="28"/>
          <w:szCs w:val="28"/>
        </w:rPr>
        <w:t>T TRANH CH</w:t>
      </w:r>
      <w:r w:rsidRPr="00674CF4">
        <w:rPr>
          <w:rFonts w:ascii="Times New Roman" w:hAnsi="Times New Roman" w:cs="Times New Roman"/>
          <w:color w:val="auto"/>
          <w:sz w:val="28"/>
          <w:szCs w:val="28"/>
        </w:rPr>
        <w:t>Ấ</w:t>
      </w:r>
      <w:r w:rsidRPr="00674CF4">
        <w:rPr>
          <w:rFonts w:ascii="Times New Roman" w:hAnsi="Times New Roman" w:cs="Times New Roman"/>
          <w:color w:val="auto"/>
          <w:sz w:val="28"/>
          <w:szCs w:val="28"/>
        </w:rPr>
        <w:t>P</w:t>
      </w:r>
    </w:p>
    <w:p w:rsidR="008F71A4" w:rsidRPr="00674CF4" w:rsidRDefault="00674CF4">
      <w:pPr>
        <w:rPr>
          <w:rFonts w:ascii="Times New Roman" w:hAnsi="Times New Roman" w:cs="Times New Roman"/>
          <w:sz w:val="28"/>
          <w:szCs w:val="28"/>
        </w:rPr>
      </w:pPr>
      <w:r w:rsidRPr="00674CF4">
        <w:rPr>
          <w:rFonts w:ascii="Times New Roman" w:hAnsi="Times New Roman" w:cs="Times New Roman"/>
          <w:sz w:val="28"/>
          <w:szCs w:val="28"/>
        </w:rPr>
        <w:t>- H</w:t>
      </w:r>
      <w:r w:rsidRPr="00674CF4">
        <w:rPr>
          <w:rFonts w:ascii="Times New Roman" w:hAnsi="Times New Roman" w:cs="Times New Roman"/>
          <w:sz w:val="28"/>
          <w:szCs w:val="28"/>
        </w:rPr>
        <w:t>ợ</w:t>
      </w:r>
      <w:r w:rsidRPr="00674CF4">
        <w:rPr>
          <w:rFonts w:ascii="Times New Roman" w:hAnsi="Times New Roman" w:cs="Times New Roman"/>
          <w:sz w:val="28"/>
          <w:szCs w:val="28"/>
        </w:rPr>
        <w:t>p đ</w:t>
      </w:r>
      <w:r w:rsidRPr="00674CF4">
        <w:rPr>
          <w:rFonts w:ascii="Times New Roman" w:hAnsi="Times New Roman" w:cs="Times New Roman"/>
          <w:sz w:val="28"/>
          <w:szCs w:val="28"/>
        </w:rPr>
        <w:t>ồ</w:t>
      </w:r>
      <w:r w:rsidRPr="00674CF4">
        <w:rPr>
          <w:rFonts w:ascii="Times New Roman" w:hAnsi="Times New Roman" w:cs="Times New Roman"/>
          <w:sz w:val="28"/>
          <w:szCs w:val="28"/>
        </w:rPr>
        <w:t>ng có th</w:t>
      </w:r>
      <w:r w:rsidRPr="00674CF4">
        <w:rPr>
          <w:rFonts w:ascii="Times New Roman" w:hAnsi="Times New Roman" w:cs="Times New Roman"/>
          <w:sz w:val="28"/>
          <w:szCs w:val="28"/>
        </w:rPr>
        <w:t>ể</w:t>
      </w:r>
      <w:r w:rsidRPr="00674CF4">
        <w:rPr>
          <w:rFonts w:ascii="Times New Roman" w:hAnsi="Times New Roman" w:cs="Times New Roman"/>
          <w:sz w:val="28"/>
          <w:szCs w:val="28"/>
        </w:rPr>
        <w:t xml:space="preserve"> ch</w:t>
      </w:r>
      <w:r w:rsidRPr="00674CF4">
        <w:rPr>
          <w:rFonts w:ascii="Times New Roman" w:hAnsi="Times New Roman" w:cs="Times New Roman"/>
          <w:sz w:val="28"/>
          <w:szCs w:val="28"/>
        </w:rPr>
        <w:t>ấ</w:t>
      </w:r>
      <w:r w:rsidRPr="00674CF4">
        <w:rPr>
          <w:rFonts w:ascii="Times New Roman" w:hAnsi="Times New Roman" w:cs="Times New Roman"/>
          <w:sz w:val="28"/>
          <w:szCs w:val="28"/>
        </w:rPr>
        <w:t>m d</w:t>
      </w:r>
      <w:r w:rsidRPr="00674CF4">
        <w:rPr>
          <w:rFonts w:ascii="Times New Roman" w:hAnsi="Times New Roman" w:cs="Times New Roman"/>
          <w:sz w:val="28"/>
          <w:szCs w:val="28"/>
        </w:rPr>
        <w:t>ứ</w:t>
      </w:r>
      <w:r w:rsidRPr="00674CF4">
        <w:rPr>
          <w:rFonts w:ascii="Times New Roman" w:hAnsi="Times New Roman" w:cs="Times New Roman"/>
          <w:sz w:val="28"/>
          <w:szCs w:val="28"/>
        </w:rPr>
        <w:t>t trư</w:t>
      </w:r>
      <w:r w:rsidRPr="00674CF4">
        <w:rPr>
          <w:rFonts w:ascii="Times New Roman" w:hAnsi="Times New Roman" w:cs="Times New Roman"/>
          <w:sz w:val="28"/>
          <w:szCs w:val="28"/>
        </w:rPr>
        <w:t>ớ</w:t>
      </w:r>
      <w:r w:rsidRPr="00674CF4">
        <w:rPr>
          <w:rFonts w:ascii="Times New Roman" w:hAnsi="Times New Roman" w:cs="Times New Roman"/>
          <w:sz w:val="28"/>
          <w:szCs w:val="28"/>
        </w:rPr>
        <w:t>c th</w:t>
      </w:r>
      <w:r w:rsidRPr="00674CF4">
        <w:rPr>
          <w:rFonts w:ascii="Times New Roman" w:hAnsi="Times New Roman" w:cs="Times New Roman"/>
          <w:sz w:val="28"/>
          <w:szCs w:val="28"/>
        </w:rPr>
        <w:t>ờ</w:t>
      </w:r>
      <w:r w:rsidRPr="00674CF4">
        <w:rPr>
          <w:rFonts w:ascii="Times New Roman" w:hAnsi="Times New Roman" w:cs="Times New Roman"/>
          <w:sz w:val="28"/>
          <w:szCs w:val="28"/>
        </w:rPr>
        <w:t>i h</w:t>
      </w:r>
      <w:r w:rsidRPr="00674CF4">
        <w:rPr>
          <w:rFonts w:ascii="Times New Roman" w:hAnsi="Times New Roman" w:cs="Times New Roman"/>
          <w:sz w:val="28"/>
          <w:szCs w:val="28"/>
        </w:rPr>
        <w:t>ạ</w:t>
      </w:r>
      <w:r w:rsidRPr="00674CF4">
        <w:rPr>
          <w:rFonts w:ascii="Times New Roman" w:hAnsi="Times New Roman" w:cs="Times New Roman"/>
          <w:sz w:val="28"/>
          <w:szCs w:val="28"/>
        </w:rPr>
        <w:t>n n</w:t>
      </w:r>
      <w:r w:rsidRPr="00674CF4">
        <w:rPr>
          <w:rFonts w:ascii="Times New Roman" w:hAnsi="Times New Roman" w:cs="Times New Roman"/>
          <w:sz w:val="28"/>
          <w:szCs w:val="28"/>
        </w:rPr>
        <w:t>ế</w:t>
      </w:r>
      <w:r w:rsidRPr="00674CF4">
        <w:rPr>
          <w:rFonts w:ascii="Times New Roman" w:hAnsi="Times New Roman" w:cs="Times New Roman"/>
          <w:sz w:val="28"/>
          <w:szCs w:val="28"/>
        </w:rPr>
        <w:t>u m</w:t>
      </w:r>
      <w:r w:rsidRPr="00674CF4">
        <w:rPr>
          <w:rFonts w:ascii="Times New Roman" w:hAnsi="Times New Roman" w:cs="Times New Roman"/>
          <w:sz w:val="28"/>
          <w:szCs w:val="28"/>
        </w:rPr>
        <w:t>ộ</w:t>
      </w:r>
      <w:r w:rsidRPr="00674CF4">
        <w:rPr>
          <w:rFonts w:ascii="Times New Roman" w:hAnsi="Times New Roman" w:cs="Times New Roman"/>
          <w:sz w:val="28"/>
          <w:szCs w:val="28"/>
        </w:rPr>
        <w:t>t trong hai bên vi ph</w:t>
      </w:r>
      <w:r w:rsidRPr="00674CF4">
        <w:rPr>
          <w:rFonts w:ascii="Times New Roman" w:hAnsi="Times New Roman" w:cs="Times New Roman"/>
          <w:sz w:val="28"/>
          <w:szCs w:val="28"/>
        </w:rPr>
        <w:t>ạ</w:t>
      </w:r>
      <w:r w:rsidRPr="00674CF4">
        <w:rPr>
          <w:rFonts w:ascii="Times New Roman" w:hAnsi="Times New Roman" w:cs="Times New Roman"/>
          <w:sz w:val="28"/>
          <w:szCs w:val="28"/>
        </w:rPr>
        <w:t>m nghiêm tr</w:t>
      </w:r>
      <w:r w:rsidRPr="00674CF4">
        <w:rPr>
          <w:rFonts w:ascii="Times New Roman" w:hAnsi="Times New Roman" w:cs="Times New Roman"/>
          <w:sz w:val="28"/>
          <w:szCs w:val="28"/>
        </w:rPr>
        <w:t>ọ</w:t>
      </w:r>
      <w:r w:rsidRPr="00674CF4">
        <w:rPr>
          <w:rFonts w:ascii="Times New Roman" w:hAnsi="Times New Roman" w:cs="Times New Roman"/>
          <w:sz w:val="28"/>
          <w:szCs w:val="28"/>
        </w:rPr>
        <w:t>ng.</w:t>
      </w:r>
    </w:p>
    <w:p w:rsidR="008F71A4" w:rsidRPr="00674CF4" w:rsidRDefault="00674CF4">
      <w:pPr>
        <w:rPr>
          <w:rFonts w:ascii="Times New Roman" w:hAnsi="Times New Roman" w:cs="Times New Roman"/>
          <w:sz w:val="28"/>
          <w:szCs w:val="28"/>
        </w:rPr>
      </w:pPr>
      <w:r w:rsidRPr="00674CF4">
        <w:rPr>
          <w:rFonts w:ascii="Times New Roman" w:hAnsi="Times New Roman" w:cs="Times New Roman"/>
          <w:sz w:val="28"/>
          <w:szCs w:val="28"/>
        </w:rPr>
        <w:t>- Tranh ch</w:t>
      </w:r>
      <w:r w:rsidRPr="00674CF4">
        <w:rPr>
          <w:rFonts w:ascii="Times New Roman" w:hAnsi="Times New Roman" w:cs="Times New Roman"/>
          <w:sz w:val="28"/>
          <w:szCs w:val="28"/>
        </w:rPr>
        <w:t>ấ</w:t>
      </w:r>
      <w:r w:rsidRPr="00674CF4">
        <w:rPr>
          <w:rFonts w:ascii="Times New Roman" w:hAnsi="Times New Roman" w:cs="Times New Roman"/>
          <w:sz w:val="28"/>
          <w:szCs w:val="28"/>
        </w:rPr>
        <w:t>p n</w:t>
      </w:r>
      <w:r w:rsidRPr="00674CF4">
        <w:rPr>
          <w:rFonts w:ascii="Times New Roman" w:hAnsi="Times New Roman" w:cs="Times New Roman"/>
          <w:sz w:val="28"/>
          <w:szCs w:val="28"/>
        </w:rPr>
        <w:t>ế</w:t>
      </w:r>
      <w:r w:rsidRPr="00674CF4">
        <w:rPr>
          <w:rFonts w:ascii="Times New Roman" w:hAnsi="Times New Roman" w:cs="Times New Roman"/>
          <w:sz w:val="28"/>
          <w:szCs w:val="28"/>
        </w:rPr>
        <w:t>u có s</w:t>
      </w:r>
      <w:r w:rsidRPr="00674CF4">
        <w:rPr>
          <w:rFonts w:ascii="Times New Roman" w:hAnsi="Times New Roman" w:cs="Times New Roman"/>
          <w:sz w:val="28"/>
          <w:szCs w:val="28"/>
        </w:rPr>
        <w:t>ẽ</w:t>
      </w:r>
      <w:r w:rsidRPr="00674CF4">
        <w:rPr>
          <w:rFonts w:ascii="Times New Roman" w:hAnsi="Times New Roman" w:cs="Times New Roman"/>
          <w:sz w:val="28"/>
          <w:szCs w:val="28"/>
        </w:rPr>
        <w:t xml:space="preserve"> đư</w:t>
      </w:r>
      <w:r w:rsidRPr="00674CF4">
        <w:rPr>
          <w:rFonts w:ascii="Times New Roman" w:hAnsi="Times New Roman" w:cs="Times New Roman"/>
          <w:sz w:val="28"/>
          <w:szCs w:val="28"/>
        </w:rPr>
        <w:t>ợ</w:t>
      </w:r>
      <w:r w:rsidRPr="00674CF4">
        <w:rPr>
          <w:rFonts w:ascii="Times New Roman" w:hAnsi="Times New Roman" w:cs="Times New Roman"/>
          <w:sz w:val="28"/>
          <w:szCs w:val="28"/>
        </w:rPr>
        <w:t>c gi</w:t>
      </w:r>
      <w:r w:rsidRPr="00674CF4">
        <w:rPr>
          <w:rFonts w:ascii="Times New Roman" w:hAnsi="Times New Roman" w:cs="Times New Roman"/>
          <w:sz w:val="28"/>
          <w:szCs w:val="28"/>
        </w:rPr>
        <w:t>ả</w:t>
      </w:r>
      <w:r w:rsidRPr="00674CF4">
        <w:rPr>
          <w:rFonts w:ascii="Times New Roman" w:hAnsi="Times New Roman" w:cs="Times New Roman"/>
          <w:sz w:val="28"/>
          <w:szCs w:val="28"/>
        </w:rPr>
        <w:t>i quy</w:t>
      </w:r>
      <w:r w:rsidRPr="00674CF4">
        <w:rPr>
          <w:rFonts w:ascii="Times New Roman" w:hAnsi="Times New Roman" w:cs="Times New Roman"/>
          <w:sz w:val="28"/>
          <w:szCs w:val="28"/>
        </w:rPr>
        <w:t>ế</w:t>
      </w:r>
      <w:r w:rsidRPr="00674CF4">
        <w:rPr>
          <w:rFonts w:ascii="Times New Roman" w:hAnsi="Times New Roman" w:cs="Times New Roman"/>
          <w:sz w:val="28"/>
          <w:szCs w:val="28"/>
        </w:rPr>
        <w:t>t b</w:t>
      </w:r>
      <w:r w:rsidRPr="00674CF4">
        <w:rPr>
          <w:rFonts w:ascii="Times New Roman" w:hAnsi="Times New Roman" w:cs="Times New Roman"/>
          <w:sz w:val="28"/>
          <w:szCs w:val="28"/>
        </w:rPr>
        <w:t>ằ</w:t>
      </w:r>
      <w:r w:rsidRPr="00674CF4">
        <w:rPr>
          <w:rFonts w:ascii="Times New Roman" w:hAnsi="Times New Roman" w:cs="Times New Roman"/>
          <w:sz w:val="28"/>
          <w:szCs w:val="28"/>
        </w:rPr>
        <w:t>ng thương lư</w:t>
      </w:r>
      <w:r w:rsidRPr="00674CF4">
        <w:rPr>
          <w:rFonts w:ascii="Times New Roman" w:hAnsi="Times New Roman" w:cs="Times New Roman"/>
          <w:sz w:val="28"/>
          <w:szCs w:val="28"/>
        </w:rPr>
        <w:t>ợ</w:t>
      </w:r>
      <w:r w:rsidRPr="00674CF4">
        <w:rPr>
          <w:rFonts w:ascii="Times New Roman" w:hAnsi="Times New Roman" w:cs="Times New Roman"/>
          <w:sz w:val="28"/>
          <w:szCs w:val="28"/>
        </w:rPr>
        <w:t>ng, n</w:t>
      </w:r>
      <w:r w:rsidRPr="00674CF4">
        <w:rPr>
          <w:rFonts w:ascii="Times New Roman" w:hAnsi="Times New Roman" w:cs="Times New Roman"/>
          <w:sz w:val="28"/>
          <w:szCs w:val="28"/>
        </w:rPr>
        <w:t>ế</w:t>
      </w:r>
      <w:r w:rsidRPr="00674CF4">
        <w:rPr>
          <w:rFonts w:ascii="Times New Roman" w:hAnsi="Times New Roman" w:cs="Times New Roman"/>
          <w:sz w:val="28"/>
          <w:szCs w:val="28"/>
        </w:rPr>
        <w:t>u không thành thì đưa ra Tòa án có t</w:t>
      </w:r>
      <w:r w:rsidRPr="00674CF4">
        <w:rPr>
          <w:rFonts w:ascii="Times New Roman" w:hAnsi="Times New Roman" w:cs="Times New Roman"/>
          <w:sz w:val="28"/>
          <w:szCs w:val="28"/>
        </w:rPr>
        <w:t>h</w:t>
      </w:r>
      <w:r w:rsidRPr="00674CF4">
        <w:rPr>
          <w:rFonts w:ascii="Times New Roman" w:hAnsi="Times New Roman" w:cs="Times New Roman"/>
          <w:sz w:val="28"/>
          <w:szCs w:val="28"/>
        </w:rPr>
        <w:t>ẩ</w:t>
      </w:r>
      <w:r w:rsidRPr="00674CF4">
        <w:rPr>
          <w:rFonts w:ascii="Times New Roman" w:hAnsi="Times New Roman" w:cs="Times New Roman"/>
          <w:sz w:val="28"/>
          <w:szCs w:val="28"/>
        </w:rPr>
        <w:t>m quy</w:t>
      </w:r>
      <w:r w:rsidRPr="00674CF4">
        <w:rPr>
          <w:rFonts w:ascii="Times New Roman" w:hAnsi="Times New Roman" w:cs="Times New Roman"/>
          <w:sz w:val="28"/>
          <w:szCs w:val="28"/>
        </w:rPr>
        <w:t>ề</w:t>
      </w:r>
      <w:r w:rsidRPr="00674CF4">
        <w:rPr>
          <w:rFonts w:ascii="Times New Roman" w:hAnsi="Times New Roman" w:cs="Times New Roman"/>
          <w:sz w:val="28"/>
          <w:szCs w:val="28"/>
        </w:rPr>
        <w:t>n.</w:t>
      </w:r>
    </w:p>
    <w:p w:rsidR="008F71A4" w:rsidRPr="00674CF4" w:rsidRDefault="00674CF4">
      <w:pPr>
        <w:pStyle w:val="Heading2"/>
        <w:rPr>
          <w:rFonts w:ascii="Times New Roman" w:hAnsi="Times New Roman" w:cs="Times New Roman"/>
          <w:color w:val="auto"/>
          <w:sz w:val="28"/>
          <w:szCs w:val="28"/>
        </w:rPr>
      </w:pPr>
      <w:r w:rsidRPr="00674CF4">
        <w:rPr>
          <w:rFonts w:ascii="Times New Roman" w:hAnsi="Times New Roman" w:cs="Times New Roman"/>
          <w:color w:val="auto"/>
          <w:sz w:val="28"/>
          <w:szCs w:val="28"/>
        </w:rPr>
        <w:t>ĐI</w:t>
      </w:r>
      <w:r w:rsidRPr="00674CF4">
        <w:rPr>
          <w:rFonts w:ascii="Times New Roman" w:hAnsi="Times New Roman" w:cs="Times New Roman"/>
          <w:color w:val="auto"/>
          <w:sz w:val="28"/>
          <w:szCs w:val="28"/>
        </w:rPr>
        <w:t>Ề</w:t>
      </w:r>
      <w:r w:rsidRPr="00674CF4">
        <w:rPr>
          <w:rFonts w:ascii="Times New Roman" w:hAnsi="Times New Roman" w:cs="Times New Roman"/>
          <w:color w:val="auto"/>
          <w:sz w:val="28"/>
          <w:szCs w:val="28"/>
        </w:rPr>
        <w:t>U 6: ĐI</w:t>
      </w:r>
      <w:r w:rsidRPr="00674CF4">
        <w:rPr>
          <w:rFonts w:ascii="Times New Roman" w:hAnsi="Times New Roman" w:cs="Times New Roman"/>
          <w:color w:val="auto"/>
          <w:sz w:val="28"/>
          <w:szCs w:val="28"/>
        </w:rPr>
        <w:t>Ề</w:t>
      </w:r>
      <w:r w:rsidRPr="00674CF4">
        <w:rPr>
          <w:rFonts w:ascii="Times New Roman" w:hAnsi="Times New Roman" w:cs="Times New Roman"/>
          <w:color w:val="auto"/>
          <w:sz w:val="28"/>
          <w:szCs w:val="28"/>
        </w:rPr>
        <w:t>U KHO</w:t>
      </w:r>
      <w:r w:rsidRPr="00674CF4">
        <w:rPr>
          <w:rFonts w:ascii="Times New Roman" w:hAnsi="Times New Roman" w:cs="Times New Roman"/>
          <w:color w:val="auto"/>
          <w:sz w:val="28"/>
          <w:szCs w:val="28"/>
        </w:rPr>
        <w:t>Ả</w:t>
      </w:r>
      <w:r w:rsidRPr="00674CF4">
        <w:rPr>
          <w:rFonts w:ascii="Times New Roman" w:hAnsi="Times New Roman" w:cs="Times New Roman"/>
          <w:color w:val="auto"/>
          <w:sz w:val="28"/>
          <w:szCs w:val="28"/>
        </w:rPr>
        <w:t>N CHUNG</w:t>
      </w:r>
    </w:p>
    <w:p w:rsidR="008F71A4" w:rsidRPr="00674CF4" w:rsidRDefault="00674CF4">
      <w:pPr>
        <w:rPr>
          <w:rFonts w:ascii="Times New Roman" w:hAnsi="Times New Roman" w:cs="Times New Roman"/>
          <w:sz w:val="28"/>
          <w:szCs w:val="28"/>
        </w:rPr>
      </w:pPr>
      <w:r w:rsidRPr="00674CF4">
        <w:rPr>
          <w:rFonts w:ascii="Times New Roman" w:hAnsi="Times New Roman" w:cs="Times New Roman"/>
          <w:sz w:val="28"/>
          <w:szCs w:val="28"/>
        </w:rPr>
        <w:t>- H</w:t>
      </w:r>
      <w:r w:rsidRPr="00674CF4">
        <w:rPr>
          <w:rFonts w:ascii="Times New Roman" w:hAnsi="Times New Roman" w:cs="Times New Roman"/>
          <w:sz w:val="28"/>
          <w:szCs w:val="28"/>
        </w:rPr>
        <w:t>ợ</w:t>
      </w:r>
      <w:r w:rsidRPr="00674CF4">
        <w:rPr>
          <w:rFonts w:ascii="Times New Roman" w:hAnsi="Times New Roman" w:cs="Times New Roman"/>
          <w:sz w:val="28"/>
          <w:szCs w:val="28"/>
        </w:rPr>
        <w:t>p đ</w:t>
      </w:r>
      <w:r w:rsidRPr="00674CF4">
        <w:rPr>
          <w:rFonts w:ascii="Times New Roman" w:hAnsi="Times New Roman" w:cs="Times New Roman"/>
          <w:sz w:val="28"/>
          <w:szCs w:val="28"/>
        </w:rPr>
        <w:t>ồ</w:t>
      </w:r>
      <w:r w:rsidRPr="00674CF4">
        <w:rPr>
          <w:rFonts w:ascii="Times New Roman" w:hAnsi="Times New Roman" w:cs="Times New Roman"/>
          <w:sz w:val="28"/>
          <w:szCs w:val="28"/>
        </w:rPr>
        <w:t>ng g</w:t>
      </w:r>
      <w:r w:rsidRPr="00674CF4">
        <w:rPr>
          <w:rFonts w:ascii="Times New Roman" w:hAnsi="Times New Roman" w:cs="Times New Roman"/>
          <w:sz w:val="28"/>
          <w:szCs w:val="28"/>
        </w:rPr>
        <w:t>ồ</w:t>
      </w:r>
      <w:r w:rsidRPr="00674CF4">
        <w:rPr>
          <w:rFonts w:ascii="Times New Roman" w:hAnsi="Times New Roman" w:cs="Times New Roman"/>
          <w:sz w:val="28"/>
          <w:szCs w:val="28"/>
        </w:rPr>
        <w:t>m … trang, đư</w:t>
      </w:r>
      <w:r w:rsidRPr="00674CF4">
        <w:rPr>
          <w:rFonts w:ascii="Times New Roman" w:hAnsi="Times New Roman" w:cs="Times New Roman"/>
          <w:sz w:val="28"/>
          <w:szCs w:val="28"/>
        </w:rPr>
        <w:t>ợ</w:t>
      </w:r>
      <w:r w:rsidRPr="00674CF4">
        <w:rPr>
          <w:rFonts w:ascii="Times New Roman" w:hAnsi="Times New Roman" w:cs="Times New Roman"/>
          <w:sz w:val="28"/>
          <w:szCs w:val="28"/>
        </w:rPr>
        <w:t>c l</w:t>
      </w:r>
      <w:r w:rsidRPr="00674CF4">
        <w:rPr>
          <w:rFonts w:ascii="Times New Roman" w:hAnsi="Times New Roman" w:cs="Times New Roman"/>
          <w:sz w:val="28"/>
          <w:szCs w:val="28"/>
        </w:rPr>
        <w:t>ậ</w:t>
      </w:r>
      <w:r w:rsidRPr="00674CF4">
        <w:rPr>
          <w:rFonts w:ascii="Times New Roman" w:hAnsi="Times New Roman" w:cs="Times New Roman"/>
          <w:sz w:val="28"/>
          <w:szCs w:val="28"/>
        </w:rPr>
        <w:t>p thành 02 b</w:t>
      </w:r>
      <w:r w:rsidRPr="00674CF4">
        <w:rPr>
          <w:rFonts w:ascii="Times New Roman" w:hAnsi="Times New Roman" w:cs="Times New Roman"/>
          <w:sz w:val="28"/>
          <w:szCs w:val="28"/>
        </w:rPr>
        <w:t>ả</w:t>
      </w:r>
      <w:r w:rsidRPr="00674CF4">
        <w:rPr>
          <w:rFonts w:ascii="Times New Roman" w:hAnsi="Times New Roman" w:cs="Times New Roman"/>
          <w:sz w:val="28"/>
          <w:szCs w:val="28"/>
        </w:rPr>
        <w:t>n có giá tr</w:t>
      </w:r>
      <w:r w:rsidRPr="00674CF4">
        <w:rPr>
          <w:rFonts w:ascii="Times New Roman" w:hAnsi="Times New Roman" w:cs="Times New Roman"/>
          <w:sz w:val="28"/>
          <w:szCs w:val="28"/>
        </w:rPr>
        <w:t>ị</w:t>
      </w:r>
      <w:r w:rsidRPr="00674CF4">
        <w:rPr>
          <w:rFonts w:ascii="Times New Roman" w:hAnsi="Times New Roman" w:cs="Times New Roman"/>
          <w:sz w:val="28"/>
          <w:szCs w:val="28"/>
        </w:rPr>
        <w:t xml:space="preserve"> pháp lý như nhau, m</w:t>
      </w:r>
      <w:r w:rsidRPr="00674CF4">
        <w:rPr>
          <w:rFonts w:ascii="Times New Roman" w:hAnsi="Times New Roman" w:cs="Times New Roman"/>
          <w:sz w:val="28"/>
          <w:szCs w:val="28"/>
        </w:rPr>
        <w:t>ỗ</w:t>
      </w:r>
      <w:r w:rsidRPr="00674CF4">
        <w:rPr>
          <w:rFonts w:ascii="Times New Roman" w:hAnsi="Times New Roman" w:cs="Times New Roman"/>
          <w:sz w:val="28"/>
          <w:szCs w:val="28"/>
        </w:rPr>
        <w:t>i bên gi</w:t>
      </w:r>
      <w:r w:rsidRPr="00674CF4">
        <w:rPr>
          <w:rFonts w:ascii="Times New Roman" w:hAnsi="Times New Roman" w:cs="Times New Roman"/>
          <w:sz w:val="28"/>
          <w:szCs w:val="28"/>
        </w:rPr>
        <w:t>ữ</w:t>
      </w:r>
      <w:r w:rsidRPr="00674CF4">
        <w:rPr>
          <w:rFonts w:ascii="Times New Roman" w:hAnsi="Times New Roman" w:cs="Times New Roman"/>
          <w:sz w:val="28"/>
          <w:szCs w:val="28"/>
        </w:rPr>
        <w:t xml:space="preserve"> 01 b</w:t>
      </w:r>
      <w:r w:rsidRPr="00674CF4">
        <w:rPr>
          <w:rFonts w:ascii="Times New Roman" w:hAnsi="Times New Roman" w:cs="Times New Roman"/>
          <w:sz w:val="28"/>
          <w:szCs w:val="28"/>
        </w:rPr>
        <w:t>ả</w:t>
      </w:r>
      <w:r w:rsidRPr="00674CF4">
        <w:rPr>
          <w:rFonts w:ascii="Times New Roman" w:hAnsi="Times New Roman" w:cs="Times New Roman"/>
          <w:sz w:val="28"/>
          <w:szCs w:val="28"/>
        </w:rPr>
        <w:t>n.</w:t>
      </w:r>
    </w:p>
    <w:p w:rsidR="008F71A4" w:rsidRPr="00674CF4" w:rsidRDefault="00674CF4">
      <w:pPr>
        <w:rPr>
          <w:rFonts w:ascii="Times New Roman" w:hAnsi="Times New Roman" w:cs="Times New Roman"/>
          <w:sz w:val="28"/>
          <w:szCs w:val="28"/>
        </w:rPr>
      </w:pPr>
      <w:r w:rsidRPr="00674CF4">
        <w:rPr>
          <w:rFonts w:ascii="Times New Roman" w:hAnsi="Times New Roman" w:cs="Times New Roman"/>
          <w:sz w:val="28"/>
          <w:szCs w:val="28"/>
        </w:rPr>
        <w:t>- H</w:t>
      </w:r>
      <w:r w:rsidRPr="00674CF4">
        <w:rPr>
          <w:rFonts w:ascii="Times New Roman" w:hAnsi="Times New Roman" w:cs="Times New Roman"/>
          <w:sz w:val="28"/>
          <w:szCs w:val="28"/>
        </w:rPr>
        <w:t>ợ</w:t>
      </w:r>
      <w:r w:rsidRPr="00674CF4">
        <w:rPr>
          <w:rFonts w:ascii="Times New Roman" w:hAnsi="Times New Roman" w:cs="Times New Roman"/>
          <w:sz w:val="28"/>
          <w:szCs w:val="28"/>
        </w:rPr>
        <w:t>p đ</w:t>
      </w:r>
      <w:r w:rsidRPr="00674CF4">
        <w:rPr>
          <w:rFonts w:ascii="Times New Roman" w:hAnsi="Times New Roman" w:cs="Times New Roman"/>
          <w:sz w:val="28"/>
          <w:szCs w:val="28"/>
        </w:rPr>
        <w:t>ồ</w:t>
      </w:r>
      <w:r w:rsidRPr="00674CF4">
        <w:rPr>
          <w:rFonts w:ascii="Times New Roman" w:hAnsi="Times New Roman" w:cs="Times New Roman"/>
          <w:sz w:val="28"/>
          <w:szCs w:val="28"/>
        </w:rPr>
        <w:t>ng có hi</w:t>
      </w:r>
      <w:r w:rsidRPr="00674CF4">
        <w:rPr>
          <w:rFonts w:ascii="Times New Roman" w:hAnsi="Times New Roman" w:cs="Times New Roman"/>
          <w:sz w:val="28"/>
          <w:szCs w:val="28"/>
        </w:rPr>
        <w:t>ệ</w:t>
      </w:r>
      <w:r w:rsidRPr="00674CF4">
        <w:rPr>
          <w:rFonts w:ascii="Times New Roman" w:hAnsi="Times New Roman" w:cs="Times New Roman"/>
          <w:sz w:val="28"/>
          <w:szCs w:val="28"/>
        </w:rPr>
        <w:t>u l</w:t>
      </w:r>
      <w:r w:rsidRPr="00674CF4">
        <w:rPr>
          <w:rFonts w:ascii="Times New Roman" w:hAnsi="Times New Roman" w:cs="Times New Roman"/>
          <w:sz w:val="28"/>
          <w:szCs w:val="28"/>
        </w:rPr>
        <w:t>ự</w:t>
      </w:r>
      <w:r w:rsidRPr="00674CF4">
        <w:rPr>
          <w:rFonts w:ascii="Times New Roman" w:hAnsi="Times New Roman" w:cs="Times New Roman"/>
          <w:sz w:val="28"/>
          <w:szCs w:val="28"/>
        </w:rPr>
        <w:t>c k</w:t>
      </w:r>
      <w:r w:rsidRPr="00674CF4">
        <w:rPr>
          <w:rFonts w:ascii="Times New Roman" w:hAnsi="Times New Roman" w:cs="Times New Roman"/>
          <w:sz w:val="28"/>
          <w:szCs w:val="28"/>
        </w:rPr>
        <w:t>ể</w:t>
      </w:r>
      <w:r w:rsidRPr="00674CF4">
        <w:rPr>
          <w:rFonts w:ascii="Times New Roman" w:hAnsi="Times New Roman" w:cs="Times New Roman"/>
          <w:sz w:val="28"/>
          <w:szCs w:val="28"/>
        </w:rPr>
        <w:t xml:space="preserve"> t</w:t>
      </w:r>
      <w:r w:rsidRPr="00674CF4">
        <w:rPr>
          <w:rFonts w:ascii="Times New Roman" w:hAnsi="Times New Roman" w:cs="Times New Roman"/>
          <w:sz w:val="28"/>
          <w:szCs w:val="28"/>
        </w:rPr>
        <w:t>ừ</w:t>
      </w:r>
      <w:r w:rsidRPr="00674CF4">
        <w:rPr>
          <w:rFonts w:ascii="Times New Roman" w:hAnsi="Times New Roman" w:cs="Times New Roman"/>
          <w:sz w:val="28"/>
          <w:szCs w:val="28"/>
        </w:rPr>
        <w:t xml:space="preserve"> ngày ký.</w:t>
      </w:r>
    </w:p>
    <w:p w:rsidR="008F71A4" w:rsidRPr="00674CF4" w:rsidRDefault="00674CF4">
      <w:pPr>
        <w:rPr>
          <w:rFonts w:ascii="Times New Roman" w:hAnsi="Times New Roman" w:cs="Times New Roman"/>
          <w:b/>
          <w:sz w:val="28"/>
          <w:szCs w:val="28"/>
        </w:rPr>
      </w:pPr>
      <w:bookmarkStart w:id="0" w:name="_GoBack"/>
      <w:bookmarkEnd w:id="0"/>
      <w:r w:rsidRPr="00674CF4">
        <w:rPr>
          <w:rFonts w:ascii="Times New Roman" w:hAnsi="Times New Roman" w:cs="Times New Roman"/>
          <w:sz w:val="28"/>
          <w:szCs w:val="28"/>
        </w:rPr>
        <w:br/>
      </w:r>
      <w:r w:rsidRPr="00674CF4">
        <w:rPr>
          <w:rFonts w:ascii="Times New Roman" w:hAnsi="Times New Roman" w:cs="Times New Roman"/>
          <w:b/>
          <w:sz w:val="28"/>
          <w:szCs w:val="28"/>
        </w:rPr>
        <w:t>Đ</w:t>
      </w:r>
      <w:r w:rsidRPr="00674CF4">
        <w:rPr>
          <w:rFonts w:ascii="Times New Roman" w:hAnsi="Times New Roman" w:cs="Times New Roman"/>
          <w:b/>
          <w:sz w:val="28"/>
          <w:szCs w:val="28"/>
        </w:rPr>
        <w:t>Ạ</w:t>
      </w:r>
      <w:r w:rsidRPr="00674CF4">
        <w:rPr>
          <w:rFonts w:ascii="Times New Roman" w:hAnsi="Times New Roman" w:cs="Times New Roman"/>
          <w:b/>
          <w:sz w:val="28"/>
          <w:szCs w:val="28"/>
        </w:rPr>
        <w:t>I DI</w:t>
      </w:r>
      <w:r w:rsidRPr="00674CF4">
        <w:rPr>
          <w:rFonts w:ascii="Times New Roman" w:hAnsi="Times New Roman" w:cs="Times New Roman"/>
          <w:b/>
          <w:sz w:val="28"/>
          <w:szCs w:val="28"/>
        </w:rPr>
        <w:t>Ệ</w:t>
      </w:r>
      <w:r w:rsidRPr="00674CF4">
        <w:rPr>
          <w:rFonts w:ascii="Times New Roman" w:hAnsi="Times New Roman" w:cs="Times New Roman"/>
          <w:b/>
          <w:sz w:val="28"/>
          <w:szCs w:val="28"/>
        </w:rPr>
        <w:t>N BÊN A</w:t>
      </w:r>
      <w:r w:rsidRPr="00674CF4">
        <w:rPr>
          <w:rFonts w:ascii="Times New Roman" w:hAnsi="Times New Roman" w:cs="Times New Roman"/>
          <w:b/>
          <w:sz w:val="28"/>
          <w:szCs w:val="28"/>
        </w:rPr>
        <w:tab/>
      </w:r>
      <w:r w:rsidRPr="00674CF4">
        <w:rPr>
          <w:rFonts w:ascii="Times New Roman" w:hAnsi="Times New Roman" w:cs="Times New Roman"/>
          <w:b/>
          <w:sz w:val="28"/>
          <w:szCs w:val="28"/>
        </w:rPr>
        <w:tab/>
      </w:r>
      <w:r w:rsidRPr="00674CF4">
        <w:rPr>
          <w:rFonts w:ascii="Times New Roman" w:hAnsi="Times New Roman" w:cs="Times New Roman"/>
          <w:b/>
          <w:sz w:val="28"/>
          <w:szCs w:val="28"/>
        </w:rPr>
        <w:tab/>
      </w:r>
      <w:r w:rsidRPr="00674CF4">
        <w:rPr>
          <w:rFonts w:ascii="Times New Roman" w:hAnsi="Times New Roman" w:cs="Times New Roman"/>
          <w:b/>
          <w:sz w:val="28"/>
          <w:szCs w:val="28"/>
        </w:rPr>
        <w:tab/>
      </w:r>
      <w:r w:rsidRPr="00674CF4">
        <w:rPr>
          <w:rFonts w:ascii="Times New Roman" w:hAnsi="Times New Roman" w:cs="Times New Roman"/>
          <w:b/>
          <w:sz w:val="28"/>
          <w:szCs w:val="28"/>
        </w:rPr>
        <w:tab/>
        <w:t>Đ</w:t>
      </w:r>
      <w:r w:rsidRPr="00674CF4">
        <w:rPr>
          <w:rFonts w:ascii="Times New Roman" w:hAnsi="Times New Roman" w:cs="Times New Roman"/>
          <w:b/>
          <w:sz w:val="28"/>
          <w:szCs w:val="28"/>
        </w:rPr>
        <w:t>Ạ</w:t>
      </w:r>
      <w:r w:rsidRPr="00674CF4">
        <w:rPr>
          <w:rFonts w:ascii="Times New Roman" w:hAnsi="Times New Roman" w:cs="Times New Roman"/>
          <w:b/>
          <w:sz w:val="28"/>
          <w:szCs w:val="28"/>
        </w:rPr>
        <w:t>I DI</w:t>
      </w:r>
      <w:r w:rsidRPr="00674CF4">
        <w:rPr>
          <w:rFonts w:ascii="Times New Roman" w:hAnsi="Times New Roman" w:cs="Times New Roman"/>
          <w:b/>
          <w:sz w:val="28"/>
          <w:szCs w:val="28"/>
        </w:rPr>
        <w:t>Ệ</w:t>
      </w:r>
      <w:r w:rsidRPr="00674CF4">
        <w:rPr>
          <w:rFonts w:ascii="Times New Roman" w:hAnsi="Times New Roman" w:cs="Times New Roman"/>
          <w:b/>
          <w:sz w:val="28"/>
          <w:szCs w:val="28"/>
        </w:rPr>
        <w:t>N BÊN B</w:t>
      </w:r>
    </w:p>
    <w:p w:rsidR="008F71A4" w:rsidRPr="00674CF4" w:rsidRDefault="00674CF4">
      <w:pPr>
        <w:rPr>
          <w:rFonts w:ascii="Times New Roman" w:hAnsi="Times New Roman" w:cs="Times New Roman"/>
          <w:b/>
          <w:sz w:val="28"/>
          <w:szCs w:val="28"/>
        </w:rPr>
      </w:pPr>
      <w:r w:rsidRPr="00674CF4">
        <w:rPr>
          <w:rFonts w:ascii="Times New Roman" w:hAnsi="Times New Roman" w:cs="Times New Roman"/>
          <w:b/>
          <w:sz w:val="28"/>
          <w:szCs w:val="28"/>
        </w:rPr>
        <w:t>(Ký, ghi rõ h</w:t>
      </w:r>
      <w:r w:rsidRPr="00674CF4">
        <w:rPr>
          <w:rFonts w:ascii="Times New Roman" w:hAnsi="Times New Roman" w:cs="Times New Roman"/>
          <w:b/>
          <w:sz w:val="28"/>
          <w:szCs w:val="28"/>
        </w:rPr>
        <w:t>ọ</w:t>
      </w:r>
      <w:r w:rsidRPr="00674CF4">
        <w:rPr>
          <w:rFonts w:ascii="Times New Roman" w:hAnsi="Times New Roman" w:cs="Times New Roman"/>
          <w:b/>
          <w:sz w:val="28"/>
          <w:szCs w:val="28"/>
        </w:rPr>
        <w:t xml:space="preserve"> tên và đóng d</w:t>
      </w:r>
      <w:r w:rsidRPr="00674CF4">
        <w:rPr>
          <w:rFonts w:ascii="Times New Roman" w:hAnsi="Times New Roman" w:cs="Times New Roman"/>
          <w:b/>
          <w:sz w:val="28"/>
          <w:szCs w:val="28"/>
        </w:rPr>
        <w:t>ấ</w:t>
      </w:r>
      <w:r w:rsidRPr="00674CF4">
        <w:rPr>
          <w:rFonts w:ascii="Times New Roman" w:hAnsi="Times New Roman" w:cs="Times New Roman"/>
          <w:b/>
          <w:sz w:val="28"/>
          <w:szCs w:val="28"/>
        </w:rPr>
        <w:t>u)</w:t>
      </w:r>
      <w:r w:rsidRPr="00674CF4">
        <w:rPr>
          <w:rFonts w:ascii="Times New Roman" w:hAnsi="Times New Roman" w:cs="Times New Roman"/>
          <w:b/>
          <w:sz w:val="28"/>
          <w:szCs w:val="28"/>
        </w:rPr>
        <w:tab/>
      </w:r>
      <w:r w:rsidRPr="00674CF4">
        <w:rPr>
          <w:rFonts w:ascii="Times New Roman" w:hAnsi="Times New Roman" w:cs="Times New Roman"/>
          <w:b/>
          <w:sz w:val="28"/>
          <w:szCs w:val="28"/>
        </w:rPr>
        <w:tab/>
        <w:t>(Ký, ghi rõ h</w:t>
      </w:r>
      <w:r w:rsidRPr="00674CF4">
        <w:rPr>
          <w:rFonts w:ascii="Times New Roman" w:hAnsi="Times New Roman" w:cs="Times New Roman"/>
          <w:b/>
          <w:sz w:val="28"/>
          <w:szCs w:val="28"/>
        </w:rPr>
        <w:t>ọ</w:t>
      </w:r>
      <w:r w:rsidRPr="00674CF4">
        <w:rPr>
          <w:rFonts w:ascii="Times New Roman" w:hAnsi="Times New Roman" w:cs="Times New Roman"/>
          <w:b/>
          <w:sz w:val="28"/>
          <w:szCs w:val="28"/>
        </w:rPr>
        <w:t xml:space="preserve"> tên </w:t>
      </w:r>
      <w:r w:rsidRPr="00674CF4">
        <w:rPr>
          <w:rFonts w:ascii="Times New Roman" w:hAnsi="Times New Roman" w:cs="Times New Roman"/>
          <w:b/>
          <w:sz w:val="28"/>
          <w:szCs w:val="28"/>
        </w:rPr>
        <w:t>và đóng d</w:t>
      </w:r>
      <w:r w:rsidRPr="00674CF4">
        <w:rPr>
          <w:rFonts w:ascii="Times New Roman" w:hAnsi="Times New Roman" w:cs="Times New Roman"/>
          <w:b/>
          <w:sz w:val="28"/>
          <w:szCs w:val="28"/>
        </w:rPr>
        <w:t>ấ</w:t>
      </w:r>
      <w:r w:rsidRPr="00674CF4">
        <w:rPr>
          <w:rFonts w:ascii="Times New Roman" w:hAnsi="Times New Roman" w:cs="Times New Roman"/>
          <w:b/>
          <w:sz w:val="28"/>
          <w:szCs w:val="28"/>
        </w:rPr>
        <w:t>u)</w:t>
      </w:r>
    </w:p>
    <w:sectPr w:rsidR="008F71A4" w:rsidRPr="00674CF4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MS Mincho">
    <w:altName w:val="ＭＳ 明朝"/>
    <w:panose1 w:val="02020609040205080304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ourier">
    <w:panose1 w:val="02070409020205020404"/>
    <w:charset w:val="00"/>
    <w:family w:val="modern"/>
    <w:notTrueType/>
    <w:pitch w:val="fixed"/>
    <w:sig w:usb0="00000003" w:usb1="00000000" w:usb2="00000000" w:usb3="00000000" w:csb0="00000001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71"/>
  <w:defaultTabStop w:val="720"/>
  <w:characterSpacingControl w:val="doNotCompress"/>
  <w:savePreviewPicture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674CF4"/>
    <w:rsid w:val="008F71A4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,"/>
  <w:listSeparator w:val=","/>
  <w14:defaultImageDpi w14:val="300"/>
  <w15:docId w15:val="{B9B4849F-F387-4C63-9A36-CFA75B9C1DA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09943142-2116-4B21-A28B-A7F4B69CC6F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302</Words>
  <Characters>1728</Characters>
  <Application>Microsoft Office Word</Application>
  <DocSecurity>0</DocSecurity>
  <Lines>14</Lines>
  <Paragraphs>4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Headings</vt:lpstr>
      </vt:variant>
      <vt:variant>
        <vt:i4>9</vt:i4>
      </vt:variant>
    </vt:vector>
  </HeadingPairs>
  <TitlesOfParts>
    <vt:vector size="10" baseType="lpstr">
      <vt:lpstr/>
      <vt:lpstr>    Căn cứ:</vt:lpstr>
      <vt:lpstr>    BÊN A: BÊN SỬ DỤNG DỊCH VỤ</vt:lpstr>
      <vt:lpstr>    BÊN B: BÊN CUNG CẤP DỊCH VỤ</vt:lpstr>
      <vt:lpstr>    ĐIỀU 1: NỘI DUNG DỊCH VỤ</vt:lpstr>
      <vt:lpstr>    ĐIỀU 2: THỜI GIAN &amp; TẦN SUẤT THỰC HIỆN</vt:lpstr>
      <vt:lpstr>    ĐIỀU 3: PHÍ DỊCH VỤ &amp; THANH TOÁN</vt:lpstr>
      <vt:lpstr>    ĐIỀU 4: TRÁCH NHIỆM VÀ CAM KẾT CỦA CÁC BÊN</vt:lpstr>
      <vt:lpstr>    ĐIỀU 5: CHẤM DỨT &amp; GIẢI QUYẾT TRANH CHẤP</vt:lpstr>
      <vt:lpstr>    ĐIỀU 6: ĐIỀU KHOẢN CHUNG</vt:lpstr>
    </vt:vector>
  </TitlesOfParts>
  <Manager/>
  <Company/>
  <LinksUpToDate>false</LinksUpToDate>
  <CharactersWithSpaces>2026</CharactersWithSpaces>
  <SharedDoc>false</SharedDoc>
  <HyperlinkBase/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>PC</cp:lastModifiedBy>
  <cp:revision>2</cp:revision>
  <dcterms:created xsi:type="dcterms:W3CDTF">2025-05-21T01:55:00Z</dcterms:created>
  <dcterms:modified xsi:type="dcterms:W3CDTF">2025-05-21T01:55:00Z</dcterms:modified>
  <cp:category/>
</cp:coreProperties>
</file>