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FB" w:rsidRPr="007D2AFB" w:rsidRDefault="007D2AFB" w:rsidP="007D2AF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7D2AFB">
        <w:rPr>
          <w:rFonts w:ascii="Times New Roman" w:hAnsi="Times New Roman" w:cs="Times New Roman"/>
          <w:color w:val="auto"/>
        </w:rPr>
        <w:t>CỘNG HÒA XÃ HỘI CHỦ NGHĨA VIỆT NAM</w:t>
      </w:r>
    </w:p>
    <w:p w:rsidR="007D2AFB" w:rsidRPr="007D2AFB" w:rsidRDefault="007D2AFB" w:rsidP="007D2AF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7D2AFB">
        <w:rPr>
          <w:rFonts w:ascii="Times New Roman" w:hAnsi="Times New Roman" w:cs="Times New Roman"/>
          <w:color w:val="auto"/>
        </w:rPr>
        <w:t>Độc lập - Tự do - Hạnh phúc</w:t>
      </w:r>
    </w:p>
    <w:p w:rsidR="00115317" w:rsidRPr="007D2AFB" w:rsidRDefault="007D2AFB" w:rsidP="007D2AF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7D2AFB">
        <w:rPr>
          <w:rFonts w:ascii="Times New Roman" w:hAnsi="Times New Roman" w:cs="Times New Roman"/>
          <w:color w:val="auto"/>
        </w:rPr>
        <w:t>THÔNG BÁO NG</w:t>
      </w:r>
      <w:r w:rsidRPr="007D2AFB">
        <w:rPr>
          <w:rFonts w:ascii="Times New Roman" w:hAnsi="Times New Roman" w:cs="Times New Roman"/>
          <w:color w:val="auto"/>
        </w:rPr>
        <w:t>Ừ</w:t>
      </w:r>
      <w:r w:rsidRPr="007D2AFB">
        <w:rPr>
          <w:rFonts w:ascii="Times New Roman" w:hAnsi="Times New Roman" w:cs="Times New Roman"/>
          <w:color w:val="auto"/>
        </w:rPr>
        <w:t>NG THUÊ NHÀ/M</w:t>
      </w:r>
      <w:r w:rsidRPr="007D2AFB">
        <w:rPr>
          <w:rFonts w:ascii="Times New Roman" w:hAnsi="Times New Roman" w:cs="Times New Roman"/>
          <w:color w:val="auto"/>
        </w:rPr>
        <w:t>Ặ</w:t>
      </w:r>
      <w:r w:rsidRPr="007D2AFB">
        <w:rPr>
          <w:rFonts w:ascii="Times New Roman" w:hAnsi="Times New Roman" w:cs="Times New Roman"/>
          <w:color w:val="auto"/>
        </w:rPr>
        <w:t>T B</w:t>
      </w:r>
      <w:r w:rsidRPr="007D2AFB">
        <w:rPr>
          <w:rFonts w:ascii="Times New Roman" w:hAnsi="Times New Roman" w:cs="Times New Roman"/>
          <w:color w:val="auto"/>
        </w:rPr>
        <w:t>Ằ</w:t>
      </w:r>
      <w:r w:rsidRPr="007D2AFB">
        <w:rPr>
          <w:rFonts w:ascii="Times New Roman" w:hAnsi="Times New Roman" w:cs="Times New Roman"/>
          <w:color w:val="auto"/>
        </w:rPr>
        <w:t>NG KINH DOANH TRƯ</w:t>
      </w:r>
      <w:r w:rsidRPr="007D2AFB">
        <w:rPr>
          <w:rFonts w:ascii="Times New Roman" w:hAnsi="Times New Roman" w:cs="Times New Roman"/>
          <w:color w:val="auto"/>
        </w:rPr>
        <w:t>Ớ</w:t>
      </w:r>
      <w:r w:rsidRPr="007D2AFB">
        <w:rPr>
          <w:rFonts w:ascii="Times New Roman" w:hAnsi="Times New Roman" w:cs="Times New Roman"/>
          <w:color w:val="auto"/>
        </w:rPr>
        <w:t>C TH</w:t>
      </w:r>
      <w:r w:rsidRPr="007D2AFB">
        <w:rPr>
          <w:rFonts w:ascii="Times New Roman" w:hAnsi="Times New Roman" w:cs="Times New Roman"/>
          <w:color w:val="auto"/>
        </w:rPr>
        <w:t>Ờ</w:t>
      </w:r>
      <w:r w:rsidRPr="007D2AFB">
        <w:rPr>
          <w:rFonts w:ascii="Times New Roman" w:hAnsi="Times New Roman" w:cs="Times New Roman"/>
          <w:color w:val="auto"/>
        </w:rPr>
        <w:t>I H</w:t>
      </w:r>
      <w:r w:rsidRPr="007D2AFB">
        <w:rPr>
          <w:rFonts w:ascii="Times New Roman" w:hAnsi="Times New Roman" w:cs="Times New Roman"/>
          <w:color w:val="auto"/>
        </w:rPr>
        <w:t>Ạ</w:t>
      </w:r>
      <w:r w:rsidRPr="007D2AFB">
        <w:rPr>
          <w:rFonts w:ascii="Times New Roman" w:hAnsi="Times New Roman" w:cs="Times New Roman"/>
          <w:color w:val="auto"/>
        </w:rPr>
        <w:t>N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Kính g</w:t>
      </w:r>
      <w:r w:rsidRPr="007D2AFB">
        <w:rPr>
          <w:rFonts w:ascii="Times New Roman" w:hAnsi="Times New Roman" w:cs="Times New Roman"/>
          <w:sz w:val="28"/>
          <w:szCs w:val="28"/>
        </w:rPr>
        <w:t>ử</w:t>
      </w:r>
      <w:r w:rsidRPr="007D2AFB">
        <w:rPr>
          <w:rFonts w:ascii="Times New Roman" w:hAnsi="Times New Roman" w:cs="Times New Roman"/>
          <w:sz w:val="28"/>
          <w:szCs w:val="28"/>
        </w:rPr>
        <w:t>i: ....................................................... (Ch</w:t>
      </w:r>
      <w:r w:rsidRPr="007D2AFB">
        <w:rPr>
          <w:rFonts w:ascii="Times New Roman" w:hAnsi="Times New Roman" w:cs="Times New Roman"/>
          <w:sz w:val="28"/>
          <w:szCs w:val="28"/>
        </w:rPr>
        <w:t>ủ</w:t>
      </w:r>
      <w:r w:rsidRPr="007D2AFB">
        <w:rPr>
          <w:rFonts w:ascii="Times New Roman" w:hAnsi="Times New Roman" w:cs="Times New Roman"/>
          <w:sz w:val="28"/>
          <w:szCs w:val="28"/>
        </w:rPr>
        <w:t xml:space="preserve"> cho thuê)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Căn c</w:t>
      </w:r>
      <w:r w:rsidRPr="007D2AFB">
        <w:rPr>
          <w:rFonts w:ascii="Times New Roman" w:hAnsi="Times New Roman" w:cs="Times New Roman"/>
          <w:sz w:val="28"/>
          <w:szCs w:val="28"/>
        </w:rPr>
        <w:t>ứ</w:t>
      </w:r>
      <w:r w:rsidRPr="007D2AFB">
        <w:rPr>
          <w:rFonts w:ascii="Times New Roman" w:hAnsi="Times New Roman" w:cs="Times New Roman"/>
          <w:sz w:val="28"/>
          <w:szCs w:val="28"/>
        </w:rPr>
        <w:t xml:space="preserve"> theo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 thuê nhà/m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t b</w:t>
      </w:r>
      <w:r w:rsidRPr="007D2AFB">
        <w:rPr>
          <w:rFonts w:ascii="Times New Roman" w:hAnsi="Times New Roman" w:cs="Times New Roman"/>
          <w:sz w:val="28"/>
          <w:szCs w:val="28"/>
        </w:rPr>
        <w:t>ằ</w:t>
      </w:r>
      <w:r w:rsidRPr="007D2AFB">
        <w:rPr>
          <w:rFonts w:ascii="Times New Roman" w:hAnsi="Times New Roman" w:cs="Times New Roman"/>
          <w:sz w:val="28"/>
          <w:szCs w:val="28"/>
        </w:rPr>
        <w:t>ng s</w:t>
      </w:r>
      <w:r w:rsidRPr="007D2AFB">
        <w:rPr>
          <w:rFonts w:ascii="Times New Roman" w:hAnsi="Times New Roman" w:cs="Times New Roman"/>
          <w:sz w:val="28"/>
          <w:szCs w:val="28"/>
        </w:rPr>
        <w:t>ố</w:t>
      </w:r>
      <w:r w:rsidRPr="007D2AFB">
        <w:rPr>
          <w:rFonts w:ascii="Times New Roman" w:hAnsi="Times New Roman" w:cs="Times New Roman"/>
          <w:sz w:val="28"/>
          <w:szCs w:val="28"/>
        </w:rPr>
        <w:t>: ................... ký ngày ....... gi</w:t>
      </w:r>
      <w:r w:rsidRPr="007D2AFB">
        <w:rPr>
          <w:rFonts w:ascii="Times New Roman" w:hAnsi="Times New Roman" w:cs="Times New Roman"/>
          <w:sz w:val="28"/>
          <w:szCs w:val="28"/>
        </w:rPr>
        <w:t>ữ</w:t>
      </w:r>
      <w:r w:rsidRPr="007D2AFB">
        <w:rPr>
          <w:rFonts w:ascii="Times New Roman" w:hAnsi="Times New Roman" w:cs="Times New Roman"/>
          <w:sz w:val="28"/>
          <w:szCs w:val="28"/>
        </w:rPr>
        <w:t>a hai bên,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 xml:space="preserve">Tôi/chúng tôi là: </w:t>
      </w:r>
      <w:r w:rsidRPr="007D2AFB">
        <w:rPr>
          <w:rFonts w:ascii="Times New Roman" w:hAnsi="Times New Roman" w:cs="Times New Roman"/>
          <w:sz w:val="28"/>
          <w:szCs w:val="28"/>
        </w:rPr>
        <w:t>.......................................................... (Bên thuê)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Đ</w:t>
      </w:r>
      <w:r w:rsidRPr="007D2AFB">
        <w:rPr>
          <w:rFonts w:ascii="Times New Roman" w:hAnsi="Times New Roman" w:cs="Times New Roman"/>
          <w:sz w:val="28"/>
          <w:szCs w:val="28"/>
        </w:rPr>
        <w:t>ị</w:t>
      </w:r>
      <w:r w:rsidRPr="007D2AFB">
        <w:rPr>
          <w:rFonts w:ascii="Times New Roman" w:hAnsi="Times New Roman" w:cs="Times New Roman"/>
          <w:sz w:val="28"/>
          <w:szCs w:val="28"/>
        </w:rPr>
        <w:t>a ch</w:t>
      </w:r>
      <w:r w:rsidRPr="007D2AFB">
        <w:rPr>
          <w:rFonts w:ascii="Times New Roman" w:hAnsi="Times New Roman" w:cs="Times New Roman"/>
          <w:sz w:val="28"/>
          <w:szCs w:val="28"/>
        </w:rPr>
        <w:t>ỉ</w:t>
      </w:r>
      <w:r w:rsidRPr="007D2AFB">
        <w:rPr>
          <w:rFonts w:ascii="Times New Roman" w:hAnsi="Times New Roman" w:cs="Times New Roman"/>
          <w:sz w:val="28"/>
          <w:szCs w:val="28"/>
        </w:rPr>
        <w:t>: .....................................................................................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S</w:t>
      </w:r>
      <w:r w:rsidRPr="007D2AFB">
        <w:rPr>
          <w:rFonts w:ascii="Times New Roman" w:hAnsi="Times New Roman" w:cs="Times New Roman"/>
          <w:sz w:val="28"/>
          <w:szCs w:val="28"/>
        </w:rPr>
        <w:t>ố</w:t>
      </w:r>
      <w:r w:rsidRPr="007D2AFB">
        <w:rPr>
          <w:rFonts w:ascii="Times New Roman" w:hAnsi="Times New Roman" w:cs="Times New Roman"/>
          <w:sz w:val="28"/>
          <w:szCs w:val="28"/>
        </w:rPr>
        <w:t xml:space="preserve"> đi</w:t>
      </w:r>
      <w:r w:rsidRPr="007D2AFB">
        <w:rPr>
          <w:rFonts w:ascii="Times New Roman" w:hAnsi="Times New Roman" w:cs="Times New Roman"/>
          <w:sz w:val="28"/>
          <w:szCs w:val="28"/>
        </w:rPr>
        <w:t>ệ</w:t>
      </w:r>
      <w:r w:rsidRPr="007D2AFB">
        <w:rPr>
          <w:rFonts w:ascii="Times New Roman" w:hAnsi="Times New Roman" w:cs="Times New Roman"/>
          <w:sz w:val="28"/>
          <w:szCs w:val="28"/>
        </w:rPr>
        <w:t>n tho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i: ............................................................................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Nay xin thông báo đ</w:t>
      </w:r>
      <w:r w:rsidRPr="007D2AFB">
        <w:rPr>
          <w:rFonts w:ascii="Times New Roman" w:hAnsi="Times New Roman" w:cs="Times New Roman"/>
          <w:sz w:val="28"/>
          <w:szCs w:val="28"/>
        </w:rPr>
        <w:t>ế</w:t>
      </w:r>
      <w:r w:rsidRPr="007D2AFB">
        <w:rPr>
          <w:rFonts w:ascii="Times New Roman" w:hAnsi="Times New Roman" w:cs="Times New Roman"/>
          <w:sz w:val="28"/>
          <w:szCs w:val="28"/>
        </w:rPr>
        <w:t>n Quý Ông/Bà v</w:t>
      </w:r>
      <w:r w:rsidRPr="007D2AFB">
        <w:rPr>
          <w:rFonts w:ascii="Times New Roman" w:hAnsi="Times New Roman" w:cs="Times New Roman"/>
          <w:sz w:val="28"/>
          <w:szCs w:val="28"/>
        </w:rPr>
        <w:t>ề</w:t>
      </w:r>
      <w:r w:rsidRPr="007D2AFB">
        <w:rPr>
          <w:rFonts w:ascii="Times New Roman" w:hAnsi="Times New Roman" w:cs="Times New Roman"/>
          <w:sz w:val="28"/>
          <w:szCs w:val="28"/>
        </w:rPr>
        <w:t xml:space="preserve"> vi</w:t>
      </w:r>
      <w:r w:rsidRPr="007D2AFB">
        <w:rPr>
          <w:rFonts w:ascii="Times New Roman" w:hAnsi="Times New Roman" w:cs="Times New Roman"/>
          <w:sz w:val="28"/>
          <w:szCs w:val="28"/>
        </w:rPr>
        <w:t>ệ</w:t>
      </w:r>
      <w:r w:rsidRPr="007D2AFB">
        <w:rPr>
          <w:rFonts w:ascii="Times New Roman" w:hAnsi="Times New Roman" w:cs="Times New Roman"/>
          <w:sz w:val="28"/>
          <w:szCs w:val="28"/>
        </w:rPr>
        <w:t>c ch</w:t>
      </w:r>
      <w:r w:rsidRPr="007D2AFB">
        <w:rPr>
          <w:rFonts w:ascii="Times New Roman" w:hAnsi="Times New Roman" w:cs="Times New Roman"/>
          <w:sz w:val="28"/>
          <w:szCs w:val="28"/>
        </w:rPr>
        <w:t>ấ</w:t>
      </w:r>
      <w:r w:rsidRPr="007D2AFB">
        <w:rPr>
          <w:rFonts w:ascii="Times New Roman" w:hAnsi="Times New Roman" w:cs="Times New Roman"/>
          <w:sz w:val="28"/>
          <w:szCs w:val="28"/>
        </w:rPr>
        <w:t>m d</w:t>
      </w:r>
      <w:r w:rsidRPr="007D2AFB">
        <w:rPr>
          <w:rFonts w:ascii="Times New Roman" w:hAnsi="Times New Roman" w:cs="Times New Roman"/>
          <w:sz w:val="28"/>
          <w:szCs w:val="28"/>
        </w:rPr>
        <w:t>ứ</w:t>
      </w:r>
      <w:r w:rsidRPr="007D2AFB">
        <w:rPr>
          <w:rFonts w:ascii="Times New Roman" w:hAnsi="Times New Roman" w:cs="Times New Roman"/>
          <w:sz w:val="28"/>
          <w:szCs w:val="28"/>
        </w:rPr>
        <w:t>t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 thuê nhà/m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t b</w:t>
      </w:r>
      <w:r w:rsidRPr="007D2AFB">
        <w:rPr>
          <w:rFonts w:ascii="Times New Roman" w:hAnsi="Times New Roman" w:cs="Times New Roman"/>
          <w:sz w:val="28"/>
          <w:szCs w:val="28"/>
        </w:rPr>
        <w:t>ằ</w:t>
      </w:r>
      <w:r w:rsidRPr="007D2AFB">
        <w:rPr>
          <w:rFonts w:ascii="Times New Roman" w:hAnsi="Times New Roman" w:cs="Times New Roman"/>
          <w:sz w:val="28"/>
          <w:szCs w:val="28"/>
        </w:rPr>
        <w:t>ng trư</w:t>
      </w:r>
      <w:r w:rsidRPr="007D2AFB">
        <w:rPr>
          <w:rFonts w:ascii="Times New Roman" w:hAnsi="Times New Roman" w:cs="Times New Roman"/>
          <w:sz w:val="28"/>
          <w:szCs w:val="28"/>
        </w:rPr>
        <w:t>ớ</w:t>
      </w:r>
      <w:r w:rsidRPr="007D2AFB">
        <w:rPr>
          <w:rFonts w:ascii="Times New Roman" w:hAnsi="Times New Roman" w:cs="Times New Roman"/>
          <w:sz w:val="28"/>
          <w:szCs w:val="28"/>
        </w:rPr>
        <w:t>c th</w:t>
      </w:r>
      <w:r w:rsidRPr="007D2AFB">
        <w:rPr>
          <w:rFonts w:ascii="Times New Roman" w:hAnsi="Times New Roman" w:cs="Times New Roman"/>
          <w:sz w:val="28"/>
          <w:szCs w:val="28"/>
        </w:rPr>
        <w:t>ờ</w:t>
      </w:r>
      <w:r w:rsidRPr="007D2AFB">
        <w:rPr>
          <w:rFonts w:ascii="Times New Roman" w:hAnsi="Times New Roman" w:cs="Times New Roman"/>
          <w:sz w:val="28"/>
          <w:szCs w:val="28"/>
        </w:rPr>
        <w:t>i h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n như sau: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- Đ</w:t>
      </w:r>
      <w:r w:rsidRPr="007D2AFB">
        <w:rPr>
          <w:rFonts w:ascii="Times New Roman" w:hAnsi="Times New Roman" w:cs="Times New Roman"/>
          <w:sz w:val="28"/>
          <w:szCs w:val="28"/>
        </w:rPr>
        <w:t>ị</w:t>
      </w:r>
      <w:r w:rsidRPr="007D2AFB">
        <w:rPr>
          <w:rFonts w:ascii="Times New Roman" w:hAnsi="Times New Roman" w:cs="Times New Roman"/>
          <w:sz w:val="28"/>
          <w:szCs w:val="28"/>
        </w:rPr>
        <w:t>a ch</w:t>
      </w:r>
      <w:r w:rsidRPr="007D2AFB">
        <w:rPr>
          <w:rFonts w:ascii="Times New Roman" w:hAnsi="Times New Roman" w:cs="Times New Roman"/>
          <w:sz w:val="28"/>
          <w:szCs w:val="28"/>
        </w:rPr>
        <w:t>ỉ</w:t>
      </w:r>
      <w:r w:rsidRPr="007D2AFB">
        <w:rPr>
          <w:rFonts w:ascii="Times New Roman" w:hAnsi="Times New Roman" w:cs="Times New Roman"/>
          <w:sz w:val="28"/>
          <w:szCs w:val="28"/>
        </w:rPr>
        <w:t xml:space="preserve"> m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t b</w:t>
      </w:r>
      <w:r w:rsidRPr="007D2AFB">
        <w:rPr>
          <w:rFonts w:ascii="Times New Roman" w:hAnsi="Times New Roman" w:cs="Times New Roman"/>
          <w:sz w:val="28"/>
          <w:szCs w:val="28"/>
        </w:rPr>
        <w:t>ằ</w:t>
      </w:r>
      <w:r w:rsidRPr="007D2AFB">
        <w:rPr>
          <w:rFonts w:ascii="Times New Roman" w:hAnsi="Times New Roman" w:cs="Times New Roman"/>
          <w:sz w:val="28"/>
          <w:szCs w:val="28"/>
        </w:rPr>
        <w:t>ng đang thuê: ........................................................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- Lý do ch</w:t>
      </w:r>
      <w:r w:rsidRPr="007D2AFB">
        <w:rPr>
          <w:rFonts w:ascii="Times New Roman" w:hAnsi="Times New Roman" w:cs="Times New Roman"/>
          <w:sz w:val="28"/>
          <w:szCs w:val="28"/>
        </w:rPr>
        <w:t>ấ</w:t>
      </w:r>
      <w:r w:rsidRPr="007D2AFB">
        <w:rPr>
          <w:rFonts w:ascii="Times New Roman" w:hAnsi="Times New Roman" w:cs="Times New Roman"/>
          <w:sz w:val="28"/>
          <w:szCs w:val="28"/>
        </w:rPr>
        <w:t>m d</w:t>
      </w:r>
      <w:r w:rsidRPr="007D2AFB">
        <w:rPr>
          <w:rFonts w:ascii="Times New Roman" w:hAnsi="Times New Roman" w:cs="Times New Roman"/>
          <w:sz w:val="28"/>
          <w:szCs w:val="28"/>
        </w:rPr>
        <w:t>ứ</w:t>
      </w:r>
      <w:r w:rsidRPr="007D2AFB">
        <w:rPr>
          <w:rFonts w:ascii="Times New Roman" w:hAnsi="Times New Roman" w:cs="Times New Roman"/>
          <w:sz w:val="28"/>
          <w:szCs w:val="28"/>
        </w:rPr>
        <w:t>t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ng: ........................................</w:t>
      </w:r>
      <w:r w:rsidRPr="007D2AFB">
        <w:rPr>
          <w:rFonts w:ascii="Times New Roman" w:hAnsi="Times New Roman" w:cs="Times New Roman"/>
          <w:sz w:val="28"/>
          <w:szCs w:val="28"/>
        </w:rPr>
        <w:t>.....................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- Ngày d</w:t>
      </w:r>
      <w:r w:rsidRPr="007D2AFB">
        <w:rPr>
          <w:rFonts w:ascii="Times New Roman" w:hAnsi="Times New Roman" w:cs="Times New Roman"/>
          <w:sz w:val="28"/>
          <w:szCs w:val="28"/>
        </w:rPr>
        <w:t>ự</w:t>
      </w:r>
      <w:r w:rsidRPr="007D2AFB">
        <w:rPr>
          <w:rFonts w:ascii="Times New Roman" w:hAnsi="Times New Roman" w:cs="Times New Roman"/>
          <w:sz w:val="28"/>
          <w:szCs w:val="28"/>
        </w:rPr>
        <w:t xml:space="preserve"> ki</w:t>
      </w:r>
      <w:r w:rsidRPr="007D2AFB">
        <w:rPr>
          <w:rFonts w:ascii="Times New Roman" w:hAnsi="Times New Roman" w:cs="Times New Roman"/>
          <w:sz w:val="28"/>
          <w:szCs w:val="28"/>
        </w:rPr>
        <w:t>ế</w:t>
      </w:r>
      <w:r w:rsidRPr="007D2AFB">
        <w:rPr>
          <w:rFonts w:ascii="Times New Roman" w:hAnsi="Times New Roman" w:cs="Times New Roman"/>
          <w:sz w:val="28"/>
          <w:szCs w:val="28"/>
        </w:rPr>
        <w:t>n ch</w:t>
      </w:r>
      <w:r w:rsidRPr="007D2AFB">
        <w:rPr>
          <w:rFonts w:ascii="Times New Roman" w:hAnsi="Times New Roman" w:cs="Times New Roman"/>
          <w:sz w:val="28"/>
          <w:szCs w:val="28"/>
        </w:rPr>
        <w:t>ấ</w:t>
      </w:r>
      <w:r w:rsidRPr="007D2AFB">
        <w:rPr>
          <w:rFonts w:ascii="Times New Roman" w:hAnsi="Times New Roman" w:cs="Times New Roman"/>
          <w:sz w:val="28"/>
          <w:szCs w:val="28"/>
        </w:rPr>
        <w:t>m d</w:t>
      </w:r>
      <w:r w:rsidRPr="007D2AFB">
        <w:rPr>
          <w:rFonts w:ascii="Times New Roman" w:hAnsi="Times New Roman" w:cs="Times New Roman"/>
          <w:sz w:val="28"/>
          <w:szCs w:val="28"/>
        </w:rPr>
        <w:t>ứ</w:t>
      </w:r>
      <w:r w:rsidRPr="007D2AFB">
        <w:rPr>
          <w:rFonts w:ascii="Times New Roman" w:hAnsi="Times New Roman" w:cs="Times New Roman"/>
          <w:sz w:val="28"/>
          <w:szCs w:val="28"/>
        </w:rPr>
        <w:t>t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 và bàn giao l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i m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t b</w:t>
      </w:r>
      <w:r w:rsidRPr="007D2AFB">
        <w:rPr>
          <w:rFonts w:ascii="Times New Roman" w:hAnsi="Times New Roman" w:cs="Times New Roman"/>
          <w:sz w:val="28"/>
          <w:szCs w:val="28"/>
        </w:rPr>
        <w:t>ằ</w:t>
      </w:r>
      <w:r w:rsidRPr="007D2AFB">
        <w:rPr>
          <w:rFonts w:ascii="Times New Roman" w:hAnsi="Times New Roman" w:cs="Times New Roman"/>
          <w:sz w:val="28"/>
          <w:szCs w:val="28"/>
        </w:rPr>
        <w:t>ng: ....................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Chúng tôi cam k</w:t>
      </w:r>
      <w:r w:rsidRPr="007D2AFB">
        <w:rPr>
          <w:rFonts w:ascii="Times New Roman" w:hAnsi="Times New Roman" w:cs="Times New Roman"/>
          <w:sz w:val="28"/>
          <w:szCs w:val="28"/>
        </w:rPr>
        <w:t>ế</w:t>
      </w:r>
      <w:r w:rsidRPr="007D2AFB">
        <w:rPr>
          <w:rFonts w:ascii="Times New Roman" w:hAnsi="Times New Roman" w:cs="Times New Roman"/>
          <w:sz w:val="28"/>
          <w:szCs w:val="28"/>
        </w:rPr>
        <w:t>t s</w:t>
      </w:r>
      <w:r w:rsidRPr="007D2AFB">
        <w:rPr>
          <w:rFonts w:ascii="Times New Roman" w:hAnsi="Times New Roman" w:cs="Times New Roman"/>
          <w:sz w:val="28"/>
          <w:szCs w:val="28"/>
        </w:rPr>
        <w:t>ẽ</w:t>
      </w:r>
      <w:r w:rsidRPr="007D2AFB">
        <w:rPr>
          <w:rFonts w:ascii="Times New Roman" w:hAnsi="Times New Roman" w:cs="Times New Roman"/>
          <w:sz w:val="28"/>
          <w:szCs w:val="28"/>
        </w:rPr>
        <w:t xml:space="preserve"> th</w:t>
      </w:r>
      <w:r w:rsidRPr="007D2AFB">
        <w:rPr>
          <w:rFonts w:ascii="Times New Roman" w:hAnsi="Times New Roman" w:cs="Times New Roman"/>
          <w:sz w:val="28"/>
          <w:szCs w:val="28"/>
        </w:rPr>
        <w:t>ự</w:t>
      </w:r>
      <w:r w:rsidRPr="007D2AFB">
        <w:rPr>
          <w:rFonts w:ascii="Times New Roman" w:hAnsi="Times New Roman" w:cs="Times New Roman"/>
          <w:sz w:val="28"/>
          <w:szCs w:val="28"/>
        </w:rPr>
        <w:t>c hi</w:t>
      </w:r>
      <w:r w:rsidRPr="007D2AFB">
        <w:rPr>
          <w:rFonts w:ascii="Times New Roman" w:hAnsi="Times New Roman" w:cs="Times New Roman"/>
          <w:sz w:val="28"/>
          <w:szCs w:val="28"/>
        </w:rPr>
        <w:t>ệ</w:t>
      </w:r>
      <w:r w:rsidRPr="007D2AFB">
        <w:rPr>
          <w:rFonts w:ascii="Times New Roman" w:hAnsi="Times New Roman" w:cs="Times New Roman"/>
          <w:sz w:val="28"/>
          <w:szCs w:val="28"/>
        </w:rPr>
        <w:t>n đ</w:t>
      </w:r>
      <w:r w:rsidRPr="007D2AFB">
        <w:rPr>
          <w:rFonts w:ascii="Times New Roman" w:hAnsi="Times New Roman" w:cs="Times New Roman"/>
          <w:sz w:val="28"/>
          <w:szCs w:val="28"/>
        </w:rPr>
        <w:t>ầ</w:t>
      </w:r>
      <w:r w:rsidRPr="007D2AFB">
        <w:rPr>
          <w:rFonts w:ascii="Times New Roman" w:hAnsi="Times New Roman" w:cs="Times New Roman"/>
          <w:sz w:val="28"/>
          <w:szCs w:val="28"/>
        </w:rPr>
        <w:t>y đ</w:t>
      </w:r>
      <w:r w:rsidRPr="007D2AFB">
        <w:rPr>
          <w:rFonts w:ascii="Times New Roman" w:hAnsi="Times New Roman" w:cs="Times New Roman"/>
          <w:sz w:val="28"/>
          <w:szCs w:val="28"/>
        </w:rPr>
        <w:t>ủ</w:t>
      </w:r>
      <w:r w:rsidRPr="007D2AFB">
        <w:rPr>
          <w:rFonts w:ascii="Times New Roman" w:hAnsi="Times New Roman" w:cs="Times New Roman"/>
          <w:sz w:val="28"/>
          <w:szCs w:val="28"/>
        </w:rPr>
        <w:t xml:space="preserve"> nghĩa v</w:t>
      </w:r>
      <w:r w:rsidRPr="007D2AFB">
        <w:rPr>
          <w:rFonts w:ascii="Times New Roman" w:hAnsi="Times New Roman" w:cs="Times New Roman"/>
          <w:sz w:val="28"/>
          <w:szCs w:val="28"/>
        </w:rPr>
        <w:t>ụ</w:t>
      </w:r>
      <w:r w:rsidRPr="007D2AFB">
        <w:rPr>
          <w:rFonts w:ascii="Times New Roman" w:hAnsi="Times New Roman" w:cs="Times New Roman"/>
          <w:sz w:val="28"/>
          <w:szCs w:val="28"/>
        </w:rPr>
        <w:t xml:space="preserve"> tài chính liên quan (n</w:t>
      </w:r>
      <w:r w:rsidRPr="007D2AFB">
        <w:rPr>
          <w:rFonts w:ascii="Times New Roman" w:hAnsi="Times New Roman" w:cs="Times New Roman"/>
          <w:sz w:val="28"/>
          <w:szCs w:val="28"/>
        </w:rPr>
        <w:t>ế</w:t>
      </w:r>
      <w:r w:rsidRPr="007D2AFB">
        <w:rPr>
          <w:rFonts w:ascii="Times New Roman" w:hAnsi="Times New Roman" w:cs="Times New Roman"/>
          <w:sz w:val="28"/>
          <w:szCs w:val="28"/>
        </w:rPr>
        <w:t>u có) và bàn giao l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i nhà/m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t b</w:t>
      </w:r>
      <w:r w:rsidRPr="007D2AFB">
        <w:rPr>
          <w:rFonts w:ascii="Times New Roman" w:hAnsi="Times New Roman" w:cs="Times New Roman"/>
          <w:sz w:val="28"/>
          <w:szCs w:val="28"/>
        </w:rPr>
        <w:t>ằ</w:t>
      </w:r>
      <w:r w:rsidRPr="007D2AFB">
        <w:rPr>
          <w:rFonts w:ascii="Times New Roman" w:hAnsi="Times New Roman" w:cs="Times New Roman"/>
          <w:sz w:val="28"/>
          <w:szCs w:val="28"/>
        </w:rPr>
        <w:t>ng trong tình tr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ng nguyên tr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ng (ho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c theo hi</w:t>
      </w:r>
      <w:r w:rsidRPr="007D2AFB">
        <w:rPr>
          <w:rFonts w:ascii="Times New Roman" w:hAnsi="Times New Roman" w:cs="Times New Roman"/>
          <w:sz w:val="28"/>
          <w:szCs w:val="28"/>
        </w:rPr>
        <w:t>ệ</w:t>
      </w:r>
      <w:r w:rsidRPr="007D2AFB">
        <w:rPr>
          <w:rFonts w:ascii="Times New Roman" w:hAnsi="Times New Roman" w:cs="Times New Roman"/>
          <w:sz w:val="28"/>
          <w:szCs w:val="28"/>
        </w:rPr>
        <w:t>n tr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ng đã th</w:t>
      </w:r>
      <w:r w:rsidRPr="007D2AFB">
        <w:rPr>
          <w:rFonts w:ascii="Times New Roman" w:hAnsi="Times New Roman" w:cs="Times New Roman"/>
          <w:sz w:val="28"/>
          <w:szCs w:val="28"/>
        </w:rPr>
        <w:t>ỏ</w:t>
      </w:r>
      <w:r w:rsidRPr="007D2AFB">
        <w:rPr>
          <w:rFonts w:ascii="Times New Roman" w:hAnsi="Times New Roman" w:cs="Times New Roman"/>
          <w:sz w:val="28"/>
          <w:szCs w:val="28"/>
        </w:rPr>
        <w:t>a thu</w:t>
      </w:r>
      <w:r w:rsidRPr="007D2AFB">
        <w:rPr>
          <w:rFonts w:ascii="Times New Roman" w:hAnsi="Times New Roman" w:cs="Times New Roman"/>
          <w:sz w:val="28"/>
          <w:szCs w:val="28"/>
        </w:rPr>
        <w:t>ậ</w:t>
      </w:r>
      <w:r w:rsidRPr="007D2AFB">
        <w:rPr>
          <w:rFonts w:ascii="Times New Roman" w:hAnsi="Times New Roman" w:cs="Times New Roman"/>
          <w:sz w:val="28"/>
          <w:szCs w:val="28"/>
        </w:rPr>
        <w:t>n trong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ng) vào ngày ch</w:t>
      </w:r>
      <w:r w:rsidRPr="007D2AFB">
        <w:rPr>
          <w:rFonts w:ascii="Times New Roman" w:hAnsi="Times New Roman" w:cs="Times New Roman"/>
          <w:sz w:val="28"/>
          <w:szCs w:val="28"/>
        </w:rPr>
        <w:t>ấ</w:t>
      </w:r>
      <w:r w:rsidRPr="007D2AFB">
        <w:rPr>
          <w:rFonts w:ascii="Times New Roman" w:hAnsi="Times New Roman" w:cs="Times New Roman"/>
          <w:sz w:val="28"/>
          <w:szCs w:val="28"/>
        </w:rPr>
        <w:t>m d</w:t>
      </w:r>
      <w:r w:rsidRPr="007D2AFB">
        <w:rPr>
          <w:rFonts w:ascii="Times New Roman" w:hAnsi="Times New Roman" w:cs="Times New Roman"/>
          <w:sz w:val="28"/>
          <w:szCs w:val="28"/>
        </w:rPr>
        <w:t>ứ</w:t>
      </w:r>
      <w:r w:rsidRPr="007D2AFB">
        <w:rPr>
          <w:rFonts w:ascii="Times New Roman" w:hAnsi="Times New Roman" w:cs="Times New Roman"/>
          <w:sz w:val="28"/>
          <w:szCs w:val="28"/>
        </w:rPr>
        <w:t>t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Kính mong Quý Ông/Bà xem xét và xác nh</w:t>
      </w:r>
      <w:r w:rsidRPr="007D2AFB">
        <w:rPr>
          <w:rFonts w:ascii="Times New Roman" w:hAnsi="Times New Roman" w:cs="Times New Roman"/>
          <w:sz w:val="28"/>
          <w:szCs w:val="28"/>
        </w:rPr>
        <w:t>ậ</w:t>
      </w:r>
      <w:r w:rsidRPr="007D2AFB">
        <w:rPr>
          <w:rFonts w:ascii="Times New Roman" w:hAnsi="Times New Roman" w:cs="Times New Roman"/>
          <w:sz w:val="28"/>
          <w:szCs w:val="28"/>
        </w:rPr>
        <w:t>n l</w:t>
      </w:r>
      <w:r w:rsidRPr="007D2AFB">
        <w:rPr>
          <w:rFonts w:ascii="Times New Roman" w:hAnsi="Times New Roman" w:cs="Times New Roman"/>
          <w:sz w:val="28"/>
          <w:szCs w:val="28"/>
        </w:rPr>
        <w:t>ạ</w:t>
      </w:r>
      <w:r w:rsidRPr="007D2AFB">
        <w:rPr>
          <w:rFonts w:ascii="Times New Roman" w:hAnsi="Times New Roman" w:cs="Times New Roman"/>
          <w:sz w:val="28"/>
          <w:szCs w:val="28"/>
        </w:rPr>
        <w:t>i vi</w:t>
      </w:r>
      <w:r w:rsidRPr="007D2AFB">
        <w:rPr>
          <w:rFonts w:ascii="Times New Roman" w:hAnsi="Times New Roman" w:cs="Times New Roman"/>
          <w:sz w:val="28"/>
          <w:szCs w:val="28"/>
        </w:rPr>
        <w:t>ệ</w:t>
      </w:r>
      <w:r w:rsidRPr="007D2AFB">
        <w:rPr>
          <w:rFonts w:ascii="Times New Roman" w:hAnsi="Times New Roman" w:cs="Times New Roman"/>
          <w:sz w:val="28"/>
          <w:szCs w:val="28"/>
        </w:rPr>
        <w:t>c ch</w:t>
      </w:r>
      <w:r w:rsidRPr="007D2AFB">
        <w:rPr>
          <w:rFonts w:ascii="Times New Roman" w:hAnsi="Times New Roman" w:cs="Times New Roman"/>
          <w:sz w:val="28"/>
          <w:szCs w:val="28"/>
        </w:rPr>
        <w:t>ấ</w:t>
      </w:r>
      <w:r w:rsidRPr="007D2AFB">
        <w:rPr>
          <w:rFonts w:ascii="Times New Roman" w:hAnsi="Times New Roman" w:cs="Times New Roman"/>
          <w:sz w:val="28"/>
          <w:szCs w:val="28"/>
        </w:rPr>
        <w:t>m d</w:t>
      </w:r>
      <w:r w:rsidRPr="007D2AFB">
        <w:rPr>
          <w:rFonts w:ascii="Times New Roman" w:hAnsi="Times New Roman" w:cs="Times New Roman"/>
          <w:sz w:val="28"/>
          <w:szCs w:val="28"/>
        </w:rPr>
        <w:t>ứ</w:t>
      </w:r>
      <w:r w:rsidRPr="007D2AFB">
        <w:rPr>
          <w:rFonts w:ascii="Times New Roman" w:hAnsi="Times New Roman" w:cs="Times New Roman"/>
          <w:sz w:val="28"/>
          <w:szCs w:val="28"/>
        </w:rPr>
        <w:t>t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đ</w:t>
      </w:r>
      <w:r w:rsidRPr="007D2AFB">
        <w:rPr>
          <w:rFonts w:ascii="Times New Roman" w:hAnsi="Times New Roman" w:cs="Times New Roman"/>
          <w:sz w:val="28"/>
          <w:szCs w:val="28"/>
        </w:rPr>
        <w:t>ồ</w:t>
      </w:r>
      <w:r w:rsidRPr="007D2AFB">
        <w:rPr>
          <w:rFonts w:ascii="Times New Roman" w:hAnsi="Times New Roman" w:cs="Times New Roman"/>
          <w:sz w:val="28"/>
          <w:szCs w:val="28"/>
        </w:rPr>
        <w:t>ng thuê nhà/m</w:t>
      </w:r>
      <w:r w:rsidRPr="007D2AFB">
        <w:rPr>
          <w:rFonts w:ascii="Times New Roman" w:hAnsi="Times New Roman" w:cs="Times New Roman"/>
          <w:sz w:val="28"/>
          <w:szCs w:val="28"/>
        </w:rPr>
        <w:t>ặ</w:t>
      </w:r>
      <w:r w:rsidRPr="007D2AFB">
        <w:rPr>
          <w:rFonts w:ascii="Times New Roman" w:hAnsi="Times New Roman" w:cs="Times New Roman"/>
          <w:sz w:val="28"/>
          <w:szCs w:val="28"/>
        </w:rPr>
        <w:t>t b</w:t>
      </w:r>
      <w:r w:rsidRPr="007D2AFB">
        <w:rPr>
          <w:rFonts w:ascii="Times New Roman" w:hAnsi="Times New Roman" w:cs="Times New Roman"/>
          <w:sz w:val="28"/>
          <w:szCs w:val="28"/>
        </w:rPr>
        <w:t>ằ</w:t>
      </w:r>
      <w:r w:rsidRPr="007D2AFB">
        <w:rPr>
          <w:rFonts w:ascii="Times New Roman" w:hAnsi="Times New Roman" w:cs="Times New Roman"/>
          <w:sz w:val="28"/>
          <w:szCs w:val="28"/>
        </w:rPr>
        <w:t>ng nêu trên. R</w:t>
      </w:r>
      <w:r w:rsidRPr="007D2AFB">
        <w:rPr>
          <w:rFonts w:ascii="Times New Roman" w:hAnsi="Times New Roman" w:cs="Times New Roman"/>
          <w:sz w:val="28"/>
          <w:szCs w:val="28"/>
        </w:rPr>
        <w:t>ấ</w:t>
      </w:r>
      <w:r w:rsidRPr="007D2AFB">
        <w:rPr>
          <w:rFonts w:ascii="Times New Roman" w:hAnsi="Times New Roman" w:cs="Times New Roman"/>
          <w:sz w:val="28"/>
          <w:szCs w:val="28"/>
        </w:rPr>
        <w:t>t mong nh</w:t>
      </w:r>
      <w:r w:rsidRPr="007D2AFB">
        <w:rPr>
          <w:rFonts w:ascii="Times New Roman" w:hAnsi="Times New Roman" w:cs="Times New Roman"/>
          <w:sz w:val="28"/>
          <w:szCs w:val="28"/>
        </w:rPr>
        <w:t>ậ</w:t>
      </w:r>
      <w:r w:rsidRPr="007D2AFB">
        <w:rPr>
          <w:rFonts w:ascii="Times New Roman" w:hAnsi="Times New Roman" w:cs="Times New Roman"/>
          <w:sz w:val="28"/>
          <w:szCs w:val="28"/>
        </w:rPr>
        <w:t>n đư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c s</w:t>
      </w:r>
      <w:r w:rsidRPr="007D2AFB">
        <w:rPr>
          <w:rFonts w:ascii="Times New Roman" w:hAnsi="Times New Roman" w:cs="Times New Roman"/>
          <w:sz w:val="28"/>
          <w:szCs w:val="28"/>
        </w:rPr>
        <w:t>ự</w:t>
      </w:r>
      <w:r w:rsidRPr="007D2AFB">
        <w:rPr>
          <w:rFonts w:ascii="Times New Roman" w:hAnsi="Times New Roman" w:cs="Times New Roman"/>
          <w:sz w:val="28"/>
          <w:szCs w:val="28"/>
        </w:rPr>
        <w:t xml:space="preserve"> h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>p tác và h</w:t>
      </w:r>
      <w:r w:rsidRPr="007D2AFB">
        <w:rPr>
          <w:rFonts w:ascii="Times New Roman" w:hAnsi="Times New Roman" w:cs="Times New Roman"/>
          <w:sz w:val="28"/>
          <w:szCs w:val="28"/>
        </w:rPr>
        <w:t>ỗ</w:t>
      </w:r>
      <w:r w:rsidRPr="007D2AFB">
        <w:rPr>
          <w:rFonts w:ascii="Times New Roman" w:hAnsi="Times New Roman" w:cs="Times New Roman"/>
          <w:sz w:val="28"/>
          <w:szCs w:val="28"/>
        </w:rPr>
        <w:t xml:space="preserve"> tr</w:t>
      </w:r>
      <w:r w:rsidRPr="007D2AFB">
        <w:rPr>
          <w:rFonts w:ascii="Times New Roman" w:hAnsi="Times New Roman" w:cs="Times New Roman"/>
          <w:sz w:val="28"/>
          <w:szCs w:val="28"/>
        </w:rPr>
        <w:t>ợ</w:t>
      </w:r>
      <w:r w:rsidRPr="007D2AFB">
        <w:rPr>
          <w:rFonts w:ascii="Times New Roman" w:hAnsi="Times New Roman" w:cs="Times New Roman"/>
          <w:sz w:val="28"/>
          <w:szCs w:val="28"/>
        </w:rPr>
        <w:t xml:space="preserve"> t</w:t>
      </w:r>
      <w:r w:rsidRPr="007D2AFB">
        <w:rPr>
          <w:rFonts w:ascii="Times New Roman" w:hAnsi="Times New Roman" w:cs="Times New Roman"/>
          <w:sz w:val="28"/>
          <w:szCs w:val="28"/>
        </w:rPr>
        <w:t>ừ</w:t>
      </w:r>
      <w:r w:rsidRPr="007D2AFB">
        <w:rPr>
          <w:rFonts w:ascii="Times New Roman" w:hAnsi="Times New Roman" w:cs="Times New Roman"/>
          <w:sz w:val="28"/>
          <w:szCs w:val="28"/>
        </w:rPr>
        <w:t xml:space="preserve"> phía Quý Ông/Bà.</w:t>
      </w:r>
    </w:p>
    <w:p w:rsidR="00115317" w:rsidRPr="007D2AFB" w:rsidRDefault="007D2AFB">
      <w:pPr>
        <w:rPr>
          <w:rFonts w:ascii="Times New Roman" w:hAnsi="Times New Roman" w:cs="Times New Roman"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t>Trân tr</w:t>
      </w:r>
      <w:r w:rsidRPr="007D2AFB">
        <w:rPr>
          <w:rFonts w:ascii="Times New Roman" w:hAnsi="Times New Roman" w:cs="Times New Roman"/>
          <w:sz w:val="28"/>
          <w:szCs w:val="28"/>
        </w:rPr>
        <w:t>ọ</w:t>
      </w:r>
      <w:r w:rsidRPr="007D2AFB">
        <w:rPr>
          <w:rFonts w:ascii="Times New Roman" w:hAnsi="Times New Roman" w:cs="Times New Roman"/>
          <w:sz w:val="28"/>
          <w:szCs w:val="28"/>
        </w:rPr>
        <w:t>ng c</w:t>
      </w:r>
      <w:r w:rsidRPr="007D2AFB">
        <w:rPr>
          <w:rFonts w:ascii="Times New Roman" w:hAnsi="Times New Roman" w:cs="Times New Roman"/>
          <w:sz w:val="28"/>
          <w:szCs w:val="28"/>
        </w:rPr>
        <w:t>ả</w:t>
      </w:r>
      <w:r w:rsidRPr="007D2AFB">
        <w:rPr>
          <w:rFonts w:ascii="Times New Roman" w:hAnsi="Times New Roman" w:cs="Times New Roman"/>
          <w:sz w:val="28"/>
          <w:szCs w:val="28"/>
        </w:rPr>
        <w:t>m ơn!</w:t>
      </w:r>
    </w:p>
    <w:p w:rsidR="00115317" w:rsidRPr="007D2AFB" w:rsidRDefault="007D2AFB" w:rsidP="007D2AF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D2AFB">
        <w:rPr>
          <w:rFonts w:ascii="Times New Roman" w:hAnsi="Times New Roman" w:cs="Times New Roman"/>
          <w:sz w:val="28"/>
          <w:szCs w:val="28"/>
        </w:rPr>
        <w:br/>
      </w:r>
      <w:r w:rsidRPr="007D2AFB">
        <w:rPr>
          <w:rFonts w:ascii="Times New Roman" w:hAnsi="Times New Roman" w:cs="Times New Roman"/>
          <w:i/>
          <w:sz w:val="28"/>
          <w:szCs w:val="28"/>
        </w:rPr>
        <w:t>………, ngày …… tháng</w:t>
      </w:r>
      <w:bookmarkStart w:id="0" w:name="_GoBack"/>
      <w:bookmarkEnd w:id="0"/>
      <w:r w:rsidRPr="007D2A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D2AFB">
        <w:rPr>
          <w:rFonts w:ascii="Times New Roman" w:hAnsi="Times New Roman" w:cs="Times New Roman"/>
          <w:i/>
          <w:sz w:val="28"/>
          <w:szCs w:val="28"/>
        </w:rPr>
        <w:t>…… năm 20……</w:t>
      </w:r>
    </w:p>
    <w:p w:rsidR="00115317" w:rsidRPr="007D2AFB" w:rsidRDefault="007D2AFB" w:rsidP="007D2A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2AFB">
        <w:rPr>
          <w:rFonts w:ascii="Times New Roman" w:hAnsi="Times New Roman" w:cs="Times New Roman"/>
          <w:b/>
          <w:sz w:val="28"/>
          <w:szCs w:val="28"/>
        </w:rPr>
        <w:lastRenderedPageBreak/>
        <w:t>BÊN THUÊ</w:t>
      </w:r>
      <w:r w:rsidRPr="007D2AFB">
        <w:rPr>
          <w:rFonts w:ascii="Times New Roman" w:hAnsi="Times New Roman" w:cs="Times New Roman"/>
          <w:b/>
          <w:sz w:val="28"/>
          <w:szCs w:val="28"/>
        </w:rPr>
        <w:br/>
        <w:t>(Ký và ghi rõ h</w:t>
      </w:r>
      <w:r w:rsidRPr="007D2AFB">
        <w:rPr>
          <w:rFonts w:ascii="Times New Roman" w:hAnsi="Times New Roman" w:cs="Times New Roman"/>
          <w:b/>
          <w:sz w:val="28"/>
          <w:szCs w:val="28"/>
        </w:rPr>
        <w:t>ọ</w:t>
      </w:r>
      <w:r w:rsidRPr="007D2AFB">
        <w:rPr>
          <w:rFonts w:ascii="Times New Roman" w:hAnsi="Times New Roman" w:cs="Times New Roman"/>
          <w:b/>
          <w:sz w:val="28"/>
          <w:szCs w:val="28"/>
        </w:rPr>
        <w:t xml:space="preserve"> tên)</w:t>
      </w:r>
    </w:p>
    <w:sectPr w:rsidR="00115317" w:rsidRPr="007D2A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5317"/>
    <w:rsid w:val="0015074B"/>
    <w:rsid w:val="0029639D"/>
    <w:rsid w:val="00326F90"/>
    <w:rsid w:val="007D2AF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83A5B90C-A8FC-4C09-BA35-AC53561B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1">
    <w:name w:val="c1"/>
    <w:basedOn w:val="Normal"/>
    <w:rsid w:val="007D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DefaultParagraphFont"/>
    <w:rsid w:val="007D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8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294782-14B2-457C-8E42-5EE91B40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CỘNG HÒA XÃ HỘI CHỦ NGHĨA VIỆT NAM</vt:lpstr>
      <vt:lpstr>Độc lập - Tự do - Hạnh phúc</vt:lpstr>
      <vt:lpstr>THÔNG BÁO NGỪNG THUÊ NHÀ/MẶT BẰNG KINH DOANH TRƯỚC THỜI HẠN</vt:lpstr>
    </vt:vector>
  </TitlesOfParts>
  <Manager/>
  <Company/>
  <LinksUpToDate>false</LinksUpToDate>
  <CharactersWithSpaces>1380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2025-05-21T03:53:00Z</dcterms:created>
  <dcterms:modified xsi:type="dcterms:W3CDTF">2025-05-21T03:53:00Z</dcterms:modified>
  <cp:category/>
</cp:coreProperties>
</file>