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234" w:rsidRPr="005556EC" w:rsidRDefault="005556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6EC">
        <w:rPr>
          <w:rFonts w:ascii="Times New Roman" w:hAnsi="Times New Roman" w:cs="Times New Roman"/>
          <w:b/>
          <w:sz w:val="28"/>
          <w:szCs w:val="28"/>
        </w:rPr>
        <w:t>C</w:t>
      </w:r>
      <w:r w:rsidRPr="005556EC">
        <w:rPr>
          <w:rFonts w:ascii="Times New Roman" w:hAnsi="Times New Roman" w:cs="Times New Roman"/>
          <w:b/>
          <w:sz w:val="28"/>
          <w:szCs w:val="28"/>
        </w:rPr>
        <w:t>Ộ</w:t>
      </w:r>
      <w:r w:rsidRPr="005556EC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5556EC">
        <w:rPr>
          <w:rFonts w:ascii="Times New Roman" w:hAnsi="Times New Roman" w:cs="Times New Roman"/>
          <w:b/>
          <w:sz w:val="28"/>
          <w:szCs w:val="28"/>
        </w:rPr>
        <w:t>Ộ</w:t>
      </w:r>
      <w:r w:rsidRPr="005556EC">
        <w:rPr>
          <w:rFonts w:ascii="Times New Roman" w:hAnsi="Times New Roman" w:cs="Times New Roman"/>
          <w:b/>
          <w:sz w:val="28"/>
          <w:szCs w:val="28"/>
        </w:rPr>
        <w:t>I CH</w:t>
      </w:r>
      <w:r w:rsidRPr="005556EC">
        <w:rPr>
          <w:rFonts w:ascii="Times New Roman" w:hAnsi="Times New Roman" w:cs="Times New Roman"/>
          <w:b/>
          <w:sz w:val="28"/>
          <w:szCs w:val="28"/>
        </w:rPr>
        <w:t>Ủ</w:t>
      </w:r>
      <w:r w:rsidRPr="005556EC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5556EC">
        <w:rPr>
          <w:rFonts w:ascii="Times New Roman" w:hAnsi="Times New Roman" w:cs="Times New Roman"/>
          <w:b/>
          <w:sz w:val="28"/>
          <w:szCs w:val="28"/>
        </w:rPr>
        <w:t>Ệ</w:t>
      </w:r>
      <w:r w:rsidRPr="005556EC">
        <w:rPr>
          <w:rFonts w:ascii="Times New Roman" w:hAnsi="Times New Roman" w:cs="Times New Roman"/>
          <w:b/>
          <w:sz w:val="28"/>
          <w:szCs w:val="28"/>
        </w:rPr>
        <w:t>T NAM</w:t>
      </w:r>
    </w:p>
    <w:p w:rsidR="00883234" w:rsidRDefault="005556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6EC">
        <w:rPr>
          <w:rFonts w:ascii="Times New Roman" w:hAnsi="Times New Roman" w:cs="Times New Roman"/>
          <w:b/>
          <w:sz w:val="28"/>
          <w:szCs w:val="28"/>
        </w:rPr>
        <w:t>Đ</w:t>
      </w:r>
      <w:r w:rsidRPr="005556EC">
        <w:rPr>
          <w:rFonts w:ascii="Times New Roman" w:hAnsi="Times New Roman" w:cs="Times New Roman"/>
          <w:b/>
          <w:sz w:val="28"/>
          <w:szCs w:val="28"/>
        </w:rPr>
        <w:t>ộ</w:t>
      </w:r>
      <w:r w:rsidRPr="005556EC">
        <w:rPr>
          <w:rFonts w:ascii="Times New Roman" w:hAnsi="Times New Roman" w:cs="Times New Roman"/>
          <w:b/>
          <w:sz w:val="28"/>
          <w:szCs w:val="28"/>
        </w:rPr>
        <w:t>c l</w:t>
      </w:r>
      <w:r w:rsidRPr="005556EC">
        <w:rPr>
          <w:rFonts w:ascii="Times New Roman" w:hAnsi="Times New Roman" w:cs="Times New Roman"/>
          <w:b/>
          <w:sz w:val="28"/>
          <w:szCs w:val="28"/>
        </w:rPr>
        <w:t>ậ</w:t>
      </w:r>
      <w:r w:rsidRPr="005556EC">
        <w:rPr>
          <w:rFonts w:ascii="Times New Roman" w:hAnsi="Times New Roman" w:cs="Times New Roman"/>
          <w:b/>
          <w:sz w:val="28"/>
          <w:szCs w:val="28"/>
        </w:rPr>
        <w:t>p – T</w:t>
      </w:r>
      <w:r w:rsidRPr="005556EC">
        <w:rPr>
          <w:rFonts w:ascii="Times New Roman" w:hAnsi="Times New Roman" w:cs="Times New Roman"/>
          <w:b/>
          <w:sz w:val="28"/>
          <w:szCs w:val="28"/>
        </w:rPr>
        <w:t>ự</w:t>
      </w:r>
      <w:r w:rsidRPr="005556EC">
        <w:rPr>
          <w:rFonts w:ascii="Times New Roman" w:hAnsi="Times New Roman" w:cs="Times New Roman"/>
          <w:b/>
          <w:sz w:val="28"/>
          <w:szCs w:val="28"/>
        </w:rPr>
        <w:t xml:space="preserve"> do – H</w:t>
      </w:r>
      <w:r w:rsidRPr="005556EC">
        <w:rPr>
          <w:rFonts w:ascii="Times New Roman" w:hAnsi="Times New Roman" w:cs="Times New Roman"/>
          <w:b/>
          <w:sz w:val="28"/>
          <w:szCs w:val="28"/>
        </w:rPr>
        <w:t>ạ</w:t>
      </w:r>
      <w:r w:rsidRPr="005556EC">
        <w:rPr>
          <w:rFonts w:ascii="Times New Roman" w:hAnsi="Times New Roman" w:cs="Times New Roman"/>
          <w:b/>
          <w:sz w:val="28"/>
          <w:szCs w:val="28"/>
        </w:rPr>
        <w:t>nh phúc</w:t>
      </w:r>
    </w:p>
    <w:p w:rsidR="005556EC" w:rsidRPr="005556EC" w:rsidRDefault="005556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3234" w:rsidRPr="005556EC" w:rsidRDefault="005556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6EC">
        <w:rPr>
          <w:rFonts w:ascii="Times New Roman" w:hAnsi="Times New Roman" w:cs="Times New Roman"/>
          <w:b/>
          <w:sz w:val="28"/>
          <w:szCs w:val="28"/>
        </w:rPr>
        <w:t>THÔNG BÁO</w:t>
      </w:r>
    </w:p>
    <w:p w:rsidR="00883234" w:rsidRPr="005556EC" w:rsidRDefault="005556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6EC">
        <w:rPr>
          <w:rFonts w:ascii="Times New Roman" w:hAnsi="Times New Roman" w:cs="Times New Roman"/>
          <w:b/>
          <w:sz w:val="28"/>
          <w:szCs w:val="28"/>
        </w:rPr>
        <w:t>V</w:t>
      </w:r>
      <w:r w:rsidRPr="005556EC">
        <w:rPr>
          <w:rFonts w:ascii="Times New Roman" w:hAnsi="Times New Roman" w:cs="Times New Roman"/>
          <w:b/>
          <w:sz w:val="28"/>
          <w:szCs w:val="28"/>
        </w:rPr>
        <w:t>ề</w:t>
      </w:r>
      <w:r w:rsidRPr="005556EC">
        <w:rPr>
          <w:rFonts w:ascii="Times New Roman" w:hAnsi="Times New Roman" w:cs="Times New Roman"/>
          <w:b/>
          <w:sz w:val="28"/>
          <w:szCs w:val="28"/>
        </w:rPr>
        <w:t xml:space="preserve"> l</w:t>
      </w:r>
      <w:r w:rsidRPr="005556EC">
        <w:rPr>
          <w:rFonts w:ascii="Times New Roman" w:hAnsi="Times New Roman" w:cs="Times New Roman"/>
          <w:b/>
          <w:sz w:val="28"/>
          <w:szCs w:val="28"/>
        </w:rPr>
        <w:t>ị</w:t>
      </w:r>
      <w:r w:rsidRPr="005556EC">
        <w:rPr>
          <w:rFonts w:ascii="Times New Roman" w:hAnsi="Times New Roman" w:cs="Times New Roman"/>
          <w:b/>
          <w:sz w:val="28"/>
          <w:szCs w:val="28"/>
        </w:rPr>
        <w:t>ch ngh</w:t>
      </w:r>
      <w:r w:rsidRPr="005556EC">
        <w:rPr>
          <w:rFonts w:ascii="Times New Roman" w:hAnsi="Times New Roman" w:cs="Times New Roman"/>
          <w:b/>
          <w:sz w:val="28"/>
          <w:szCs w:val="28"/>
        </w:rPr>
        <w:t>ỉ</w:t>
      </w:r>
      <w:r w:rsidRPr="005556EC">
        <w:rPr>
          <w:rFonts w:ascii="Times New Roman" w:hAnsi="Times New Roman" w:cs="Times New Roman"/>
          <w:b/>
          <w:sz w:val="28"/>
          <w:szCs w:val="28"/>
        </w:rPr>
        <w:t xml:space="preserve"> hè dành cho h</w:t>
      </w:r>
      <w:r w:rsidRPr="005556EC">
        <w:rPr>
          <w:rFonts w:ascii="Times New Roman" w:hAnsi="Times New Roman" w:cs="Times New Roman"/>
          <w:b/>
          <w:sz w:val="28"/>
          <w:szCs w:val="28"/>
        </w:rPr>
        <w:t>ọ</w:t>
      </w:r>
      <w:r w:rsidRPr="005556EC">
        <w:rPr>
          <w:rFonts w:ascii="Times New Roman" w:hAnsi="Times New Roman" w:cs="Times New Roman"/>
          <w:b/>
          <w:sz w:val="28"/>
          <w:szCs w:val="28"/>
        </w:rPr>
        <w:t>c sinh và giáo viên các trư</w:t>
      </w:r>
      <w:r w:rsidRPr="005556EC">
        <w:rPr>
          <w:rFonts w:ascii="Times New Roman" w:hAnsi="Times New Roman" w:cs="Times New Roman"/>
          <w:b/>
          <w:sz w:val="28"/>
          <w:szCs w:val="28"/>
        </w:rPr>
        <w:t>ờ</w:t>
      </w:r>
      <w:r w:rsidRPr="005556EC">
        <w:rPr>
          <w:rFonts w:ascii="Times New Roman" w:hAnsi="Times New Roman" w:cs="Times New Roman"/>
          <w:b/>
          <w:sz w:val="28"/>
          <w:szCs w:val="28"/>
        </w:rPr>
        <w:t>ng Ti</w:t>
      </w:r>
      <w:r w:rsidRPr="005556EC">
        <w:rPr>
          <w:rFonts w:ascii="Times New Roman" w:hAnsi="Times New Roman" w:cs="Times New Roman"/>
          <w:b/>
          <w:sz w:val="28"/>
          <w:szCs w:val="28"/>
        </w:rPr>
        <w:t>ể</w:t>
      </w:r>
      <w:r w:rsidRPr="005556EC">
        <w:rPr>
          <w:rFonts w:ascii="Times New Roman" w:hAnsi="Times New Roman" w:cs="Times New Roman"/>
          <w:b/>
          <w:sz w:val="28"/>
          <w:szCs w:val="28"/>
        </w:rPr>
        <w:t>u h</w:t>
      </w:r>
      <w:r w:rsidRPr="005556EC">
        <w:rPr>
          <w:rFonts w:ascii="Times New Roman" w:hAnsi="Times New Roman" w:cs="Times New Roman"/>
          <w:b/>
          <w:sz w:val="28"/>
          <w:szCs w:val="28"/>
        </w:rPr>
        <w:t>ọ</w:t>
      </w:r>
      <w:r w:rsidRPr="005556EC">
        <w:rPr>
          <w:rFonts w:ascii="Times New Roman" w:hAnsi="Times New Roman" w:cs="Times New Roman"/>
          <w:b/>
          <w:sz w:val="28"/>
          <w:szCs w:val="28"/>
        </w:rPr>
        <w:t>c, THCS, THPT năm h</w:t>
      </w:r>
      <w:r w:rsidRPr="005556EC">
        <w:rPr>
          <w:rFonts w:ascii="Times New Roman" w:hAnsi="Times New Roman" w:cs="Times New Roman"/>
          <w:b/>
          <w:sz w:val="28"/>
          <w:szCs w:val="28"/>
        </w:rPr>
        <w:t>ọc [20…–20…]</w:t>
      </w:r>
    </w:p>
    <w:p w:rsidR="00883234" w:rsidRPr="005556EC" w:rsidRDefault="005556EC">
      <w:pPr>
        <w:rPr>
          <w:rFonts w:ascii="Times New Roman" w:hAnsi="Times New Roman" w:cs="Times New Roman"/>
          <w:sz w:val="28"/>
          <w:szCs w:val="28"/>
        </w:rPr>
      </w:pPr>
      <w:r w:rsidRPr="005556EC">
        <w:rPr>
          <w:rFonts w:ascii="Times New Roman" w:hAnsi="Times New Roman" w:cs="Times New Roman"/>
          <w:sz w:val="28"/>
          <w:szCs w:val="28"/>
        </w:rPr>
        <w:t>Kính g</w:t>
      </w:r>
      <w:r w:rsidRPr="005556EC">
        <w:rPr>
          <w:rFonts w:ascii="Times New Roman" w:hAnsi="Times New Roman" w:cs="Times New Roman"/>
          <w:sz w:val="28"/>
          <w:szCs w:val="28"/>
        </w:rPr>
        <w:t>ử</w:t>
      </w:r>
      <w:r w:rsidRPr="005556EC">
        <w:rPr>
          <w:rFonts w:ascii="Times New Roman" w:hAnsi="Times New Roman" w:cs="Times New Roman"/>
          <w:sz w:val="28"/>
          <w:szCs w:val="28"/>
        </w:rPr>
        <w:t>i: Quý th</w:t>
      </w:r>
      <w:r w:rsidRPr="005556EC">
        <w:rPr>
          <w:rFonts w:ascii="Times New Roman" w:hAnsi="Times New Roman" w:cs="Times New Roman"/>
          <w:sz w:val="28"/>
          <w:szCs w:val="28"/>
        </w:rPr>
        <w:t>ầ</w:t>
      </w:r>
      <w:r w:rsidRPr="005556EC">
        <w:rPr>
          <w:rFonts w:ascii="Times New Roman" w:hAnsi="Times New Roman" w:cs="Times New Roman"/>
          <w:sz w:val="28"/>
          <w:szCs w:val="28"/>
        </w:rPr>
        <w:t>y cô giáo, cán b</w:t>
      </w:r>
      <w:r w:rsidRPr="005556EC">
        <w:rPr>
          <w:rFonts w:ascii="Times New Roman" w:hAnsi="Times New Roman" w:cs="Times New Roman"/>
          <w:sz w:val="28"/>
          <w:szCs w:val="28"/>
        </w:rPr>
        <w:t>ộ</w:t>
      </w:r>
      <w:r w:rsidRPr="005556EC">
        <w:rPr>
          <w:rFonts w:ascii="Times New Roman" w:hAnsi="Times New Roman" w:cs="Times New Roman"/>
          <w:sz w:val="28"/>
          <w:szCs w:val="28"/>
        </w:rPr>
        <w:t xml:space="preserve"> nhân viên và h</w:t>
      </w:r>
      <w:r w:rsidRPr="005556EC">
        <w:rPr>
          <w:rFonts w:ascii="Times New Roman" w:hAnsi="Times New Roman" w:cs="Times New Roman"/>
          <w:sz w:val="28"/>
          <w:szCs w:val="28"/>
        </w:rPr>
        <w:t>ọ</w:t>
      </w:r>
      <w:r w:rsidRPr="005556EC">
        <w:rPr>
          <w:rFonts w:ascii="Times New Roman" w:hAnsi="Times New Roman" w:cs="Times New Roman"/>
          <w:sz w:val="28"/>
          <w:szCs w:val="28"/>
        </w:rPr>
        <w:t>c sinh các trư</w:t>
      </w:r>
      <w:r w:rsidRPr="005556EC">
        <w:rPr>
          <w:rFonts w:ascii="Times New Roman" w:hAnsi="Times New Roman" w:cs="Times New Roman"/>
          <w:sz w:val="28"/>
          <w:szCs w:val="28"/>
        </w:rPr>
        <w:t>ờ</w:t>
      </w:r>
      <w:r w:rsidRPr="005556EC">
        <w:rPr>
          <w:rFonts w:ascii="Times New Roman" w:hAnsi="Times New Roman" w:cs="Times New Roman"/>
          <w:sz w:val="28"/>
          <w:szCs w:val="28"/>
        </w:rPr>
        <w:t>ng Ti</w:t>
      </w:r>
      <w:r w:rsidRPr="005556EC">
        <w:rPr>
          <w:rFonts w:ascii="Times New Roman" w:hAnsi="Times New Roman" w:cs="Times New Roman"/>
          <w:sz w:val="28"/>
          <w:szCs w:val="28"/>
        </w:rPr>
        <w:t>ể</w:t>
      </w:r>
      <w:r w:rsidRPr="005556EC">
        <w:rPr>
          <w:rFonts w:ascii="Times New Roman" w:hAnsi="Times New Roman" w:cs="Times New Roman"/>
          <w:sz w:val="28"/>
          <w:szCs w:val="28"/>
        </w:rPr>
        <w:t xml:space="preserve">u </w:t>
      </w:r>
      <w:r w:rsidRPr="005556EC">
        <w:rPr>
          <w:rFonts w:ascii="Times New Roman" w:hAnsi="Times New Roman" w:cs="Times New Roman"/>
          <w:sz w:val="28"/>
          <w:szCs w:val="28"/>
        </w:rPr>
        <w:t>h</w:t>
      </w:r>
      <w:r w:rsidRPr="005556EC">
        <w:rPr>
          <w:rFonts w:ascii="Times New Roman" w:hAnsi="Times New Roman" w:cs="Times New Roman"/>
          <w:sz w:val="28"/>
          <w:szCs w:val="28"/>
        </w:rPr>
        <w:t>ọ</w:t>
      </w:r>
      <w:r w:rsidRPr="005556EC">
        <w:rPr>
          <w:rFonts w:ascii="Times New Roman" w:hAnsi="Times New Roman" w:cs="Times New Roman"/>
          <w:sz w:val="28"/>
          <w:szCs w:val="28"/>
        </w:rPr>
        <w:t>c, THCS, THPT,</w:t>
      </w:r>
    </w:p>
    <w:p w:rsidR="00883234" w:rsidRPr="005556EC" w:rsidRDefault="005556EC">
      <w:pPr>
        <w:rPr>
          <w:rFonts w:ascii="Times New Roman" w:hAnsi="Times New Roman" w:cs="Times New Roman"/>
          <w:sz w:val="28"/>
          <w:szCs w:val="28"/>
        </w:rPr>
      </w:pPr>
      <w:r w:rsidRPr="005556EC">
        <w:rPr>
          <w:rFonts w:ascii="Times New Roman" w:hAnsi="Times New Roman" w:cs="Times New Roman"/>
          <w:sz w:val="28"/>
          <w:szCs w:val="28"/>
        </w:rPr>
        <w:t>Căn c</w:t>
      </w:r>
      <w:r w:rsidRPr="005556EC">
        <w:rPr>
          <w:rFonts w:ascii="Times New Roman" w:hAnsi="Times New Roman" w:cs="Times New Roman"/>
          <w:sz w:val="28"/>
          <w:szCs w:val="28"/>
        </w:rPr>
        <w:t>ứ</w:t>
      </w:r>
      <w:r w:rsidRPr="005556EC">
        <w:rPr>
          <w:rFonts w:ascii="Times New Roman" w:hAnsi="Times New Roman" w:cs="Times New Roman"/>
          <w:sz w:val="28"/>
          <w:szCs w:val="28"/>
        </w:rPr>
        <w:t xml:space="preserve"> vào k</w:t>
      </w:r>
      <w:r w:rsidRPr="005556EC">
        <w:rPr>
          <w:rFonts w:ascii="Times New Roman" w:hAnsi="Times New Roman" w:cs="Times New Roman"/>
          <w:sz w:val="28"/>
          <w:szCs w:val="28"/>
        </w:rPr>
        <w:t>ế</w:t>
      </w:r>
      <w:r w:rsidRPr="005556EC">
        <w:rPr>
          <w:rFonts w:ascii="Times New Roman" w:hAnsi="Times New Roman" w:cs="Times New Roman"/>
          <w:sz w:val="28"/>
          <w:szCs w:val="28"/>
        </w:rPr>
        <w:t xml:space="preserve"> ho</w:t>
      </w:r>
      <w:r w:rsidRPr="005556EC">
        <w:rPr>
          <w:rFonts w:ascii="Times New Roman" w:hAnsi="Times New Roman" w:cs="Times New Roman"/>
          <w:sz w:val="28"/>
          <w:szCs w:val="28"/>
        </w:rPr>
        <w:t>ạ</w:t>
      </w:r>
      <w:r w:rsidRPr="005556EC">
        <w:rPr>
          <w:rFonts w:ascii="Times New Roman" w:hAnsi="Times New Roman" w:cs="Times New Roman"/>
          <w:sz w:val="28"/>
          <w:szCs w:val="28"/>
        </w:rPr>
        <w:t>ch năm h</w:t>
      </w:r>
      <w:r w:rsidRPr="005556EC">
        <w:rPr>
          <w:rFonts w:ascii="Times New Roman" w:hAnsi="Times New Roman" w:cs="Times New Roman"/>
          <w:sz w:val="28"/>
          <w:szCs w:val="28"/>
        </w:rPr>
        <w:t>ọ</w:t>
      </w:r>
      <w:r w:rsidRPr="005556EC">
        <w:rPr>
          <w:rFonts w:ascii="Times New Roman" w:hAnsi="Times New Roman" w:cs="Times New Roman"/>
          <w:sz w:val="28"/>
          <w:szCs w:val="28"/>
        </w:rPr>
        <w:t>c [20…–20…] c</w:t>
      </w:r>
      <w:r w:rsidRPr="005556EC">
        <w:rPr>
          <w:rFonts w:ascii="Times New Roman" w:hAnsi="Times New Roman" w:cs="Times New Roman"/>
          <w:sz w:val="28"/>
          <w:szCs w:val="28"/>
        </w:rPr>
        <w:t>ủ</w:t>
      </w:r>
      <w:r w:rsidRPr="005556EC">
        <w:rPr>
          <w:rFonts w:ascii="Times New Roman" w:hAnsi="Times New Roman" w:cs="Times New Roman"/>
          <w:sz w:val="28"/>
          <w:szCs w:val="28"/>
        </w:rPr>
        <w:t>a B</w:t>
      </w:r>
      <w:r w:rsidRPr="005556EC">
        <w:rPr>
          <w:rFonts w:ascii="Times New Roman" w:hAnsi="Times New Roman" w:cs="Times New Roman"/>
          <w:sz w:val="28"/>
          <w:szCs w:val="28"/>
        </w:rPr>
        <w:t>ộ</w:t>
      </w:r>
      <w:r w:rsidRPr="005556EC">
        <w:rPr>
          <w:rFonts w:ascii="Times New Roman" w:hAnsi="Times New Roman" w:cs="Times New Roman"/>
          <w:sz w:val="28"/>
          <w:szCs w:val="28"/>
        </w:rPr>
        <w:t xml:space="preserve"> Giáo d</w:t>
      </w:r>
      <w:r w:rsidRPr="005556EC">
        <w:rPr>
          <w:rFonts w:ascii="Times New Roman" w:hAnsi="Times New Roman" w:cs="Times New Roman"/>
          <w:sz w:val="28"/>
          <w:szCs w:val="28"/>
        </w:rPr>
        <w:t>ụ</w:t>
      </w:r>
      <w:r w:rsidRPr="005556EC">
        <w:rPr>
          <w:rFonts w:ascii="Times New Roman" w:hAnsi="Times New Roman" w:cs="Times New Roman"/>
          <w:sz w:val="28"/>
          <w:szCs w:val="28"/>
        </w:rPr>
        <w:t>c và Đào t</w:t>
      </w:r>
      <w:r w:rsidRPr="005556EC">
        <w:rPr>
          <w:rFonts w:ascii="Times New Roman" w:hAnsi="Times New Roman" w:cs="Times New Roman"/>
          <w:sz w:val="28"/>
          <w:szCs w:val="28"/>
        </w:rPr>
        <w:t>ạ</w:t>
      </w:r>
      <w:r w:rsidRPr="005556EC">
        <w:rPr>
          <w:rFonts w:ascii="Times New Roman" w:hAnsi="Times New Roman" w:cs="Times New Roman"/>
          <w:sz w:val="28"/>
          <w:szCs w:val="28"/>
        </w:rPr>
        <w:t>o và ch</w:t>
      </w:r>
      <w:r w:rsidRPr="005556EC">
        <w:rPr>
          <w:rFonts w:ascii="Times New Roman" w:hAnsi="Times New Roman" w:cs="Times New Roman"/>
          <w:sz w:val="28"/>
          <w:szCs w:val="28"/>
        </w:rPr>
        <w:t>ỉ</w:t>
      </w:r>
      <w:r w:rsidRPr="005556EC">
        <w:rPr>
          <w:rFonts w:ascii="Times New Roman" w:hAnsi="Times New Roman" w:cs="Times New Roman"/>
          <w:sz w:val="28"/>
          <w:szCs w:val="28"/>
        </w:rPr>
        <w:t xml:space="preserve"> đ</w:t>
      </w:r>
      <w:r w:rsidRPr="005556EC">
        <w:rPr>
          <w:rFonts w:ascii="Times New Roman" w:hAnsi="Times New Roman" w:cs="Times New Roman"/>
          <w:sz w:val="28"/>
          <w:szCs w:val="28"/>
        </w:rPr>
        <w:t>ạ</w:t>
      </w:r>
      <w:r w:rsidRPr="005556EC">
        <w:rPr>
          <w:rFonts w:ascii="Times New Roman" w:hAnsi="Times New Roman" w:cs="Times New Roman"/>
          <w:sz w:val="28"/>
          <w:szCs w:val="28"/>
        </w:rPr>
        <w:t>o c</w:t>
      </w:r>
      <w:r w:rsidRPr="005556EC">
        <w:rPr>
          <w:rFonts w:ascii="Times New Roman" w:hAnsi="Times New Roman" w:cs="Times New Roman"/>
          <w:sz w:val="28"/>
          <w:szCs w:val="28"/>
        </w:rPr>
        <w:t>ủ</w:t>
      </w:r>
      <w:r w:rsidRPr="005556EC">
        <w:rPr>
          <w:rFonts w:ascii="Times New Roman" w:hAnsi="Times New Roman" w:cs="Times New Roman"/>
          <w:sz w:val="28"/>
          <w:szCs w:val="28"/>
        </w:rPr>
        <w:t>a S</w:t>
      </w:r>
      <w:r w:rsidRPr="005556EC">
        <w:rPr>
          <w:rFonts w:ascii="Times New Roman" w:hAnsi="Times New Roman" w:cs="Times New Roman"/>
          <w:sz w:val="28"/>
          <w:szCs w:val="28"/>
        </w:rPr>
        <w:t>ở</w:t>
      </w:r>
      <w:r w:rsidRPr="005556EC">
        <w:rPr>
          <w:rFonts w:ascii="Times New Roman" w:hAnsi="Times New Roman" w:cs="Times New Roman"/>
          <w:sz w:val="28"/>
          <w:szCs w:val="28"/>
        </w:rPr>
        <w:t xml:space="preserve"> Giáo d</w:t>
      </w:r>
      <w:r w:rsidRPr="005556EC">
        <w:rPr>
          <w:rFonts w:ascii="Times New Roman" w:hAnsi="Times New Roman" w:cs="Times New Roman"/>
          <w:sz w:val="28"/>
          <w:szCs w:val="28"/>
        </w:rPr>
        <w:t>ụ</w:t>
      </w:r>
      <w:r w:rsidRPr="005556EC">
        <w:rPr>
          <w:rFonts w:ascii="Times New Roman" w:hAnsi="Times New Roman" w:cs="Times New Roman"/>
          <w:sz w:val="28"/>
          <w:szCs w:val="28"/>
        </w:rPr>
        <w:t>c và Đào t</w:t>
      </w:r>
      <w:r w:rsidRPr="005556EC">
        <w:rPr>
          <w:rFonts w:ascii="Times New Roman" w:hAnsi="Times New Roman" w:cs="Times New Roman"/>
          <w:sz w:val="28"/>
          <w:szCs w:val="28"/>
        </w:rPr>
        <w:t>ạ</w:t>
      </w:r>
      <w:r w:rsidRPr="005556EC">
        <w:rPr>
          <w:rFonts w:ascii="Times New Roman" w:hAnsi="Times New Roman" w:cs="Times New Roman"/>
          <w:sz w:val="28"/>
          <w:szCs w:val="28"/>
        </w:rPr>
        <w:t>o, nhà trư</w:t>
      </w:r>
      <w:r w:rsidRPr="005556EC">
        <w:rPr>
          <w:rFonts w:ascii="Times New Roman" w:hAnsi="Times New Roman" w:cs="Times New Roman"/>
          <w:sz w:val="28"/>
          <w:szCs w:val="28"/>
        </w:rPr>
        <w:t>ờ</w:t>
      </w:r>
      <w:r w:rsidRPr="005556EC">
        <w:rPr>
          <w:rFonts w:ascii="Times New Roman" w:hAnsi="Times New Roman" w:cs="Times New Roman"/>
          <w:sz w:val="28"/>
          <w:szCs w:val="28"/>
        </w:rPr>
        <w:t>ng thông báo l</w:t>
      </w:r>
      <w:r w:rsidRPr="005556EC">
        <w:rPr>
          <w:rFonts w:ascii="Times New Roman" w:hAnsi="Times New Roman" w:cs="Times New Roman"/>
          <w:sz w:val="28"/>
          <w:szCs w:val="28"/>
        </w:rPr>
        <w:t>ị</w:t>
      </w:r>
      <w:r w:rsidRPr="005556EC">
        <w:rPr>
          <w:rFonts w:ascii="Times New Roman" w:hAnsi="Times New Roman" w:cs="Times New Roman"/>
          <w:sz w:val="28"/>
          <w:szCs w:val="28"/>
        </w:rPr>
        <w:t>ch ngh</w:t>
      </w:r>
      <w:r w:rsidRPr="005556EC">
        <w:rPr>
          <w:rFonts w:ascii="Times New Roman" w:hAnsi="Times New Roman" w:cs="Times New Roman"/>
          <w:sz w:val="28"/>
          <w:szCs w:val="28"/>
        </w:rPr>
        <w:t>ỉ</w:t>
      </w:r>
      <w:r w:rsidRPr="005556EC">
        <w:rPr>
          <w:rFonts w:ascii="Times New Roman" w:hAnsi="Times New Roman" w:cs="Times New Roman"/>
          <w:sz w:val="28"/>
          <w:szCs w:val="28"/>
        </w:rPr>
        <w:t xml:space="preserve"> hè như sau:</w:t>
      </w:r>
    </w:p>
    <w:p w:rsidR="00883234" w:rsidRPr="005556EC" w:rsidRDefault="005556EC">
      <w:pPr>
        <w:rPr>
          <w:rFonts w:ascii="Times New Roman" w:hAnsi="Times New Roman" w:cs="Times New Roman"/>
          <w:sz w:val="28"/>
          <w:szCs w:val="28"/>
        </w:rPr>
      </w:pPr>
      <w:r w:rsidRPr="005556EC">
        <w:rPr>
          <w:rFonts w:ascii="Times New Roman" w:hAnsi="Times New Roman" w:cs="Times New Roman"/>
          <w:sz w:val="28"/>
          <w:szCs w:val="28"/>
        </w:rPr>
        <w:t>1. Th</w:t>
      </w:r>
      <w:r w:rsidRPr="005556EC">
        <w:rPr>
          <w:rFonts w:ascii="Times New Roman" w:hAnsi="Times New Roman" w:cs="Times New Roman"/>
          <w:sz w:val="28"/>
          <w:szCs w:val="28"/>
        </w:rPr>
        <w:t>ờ</w:t>
      </w:r>
      <w:r w:rsidRPr="005556EC">
        <w:rPr>
          <w:rFonts w:ascii="Times New Roman" w:hAnsi="Times New Roman" w:cs="Times New Roman"/>
          <w:sz w:val="28"/>
          <w:szCs w:val="28"/>
        </w:rPr>
        <w:t>i gian ngh</w:t>
      </w:r>
      <w:r w:rsidRPr="005556EC">
        <w:rPr>
          <w:rFonts w:ascii="Times New Roman" w:hAnsi="Times New Roman" w:cs="Times New Roman"/>
          <w:sz w:val="28"/>
          <w:szCs w:val="28"/>
        </w:rPr>
        <w:t>ỉ</w:t>
      </w:r>
      <w:r w:rsidRPr="005556EC">
        <w:rPr>
          <w:rFonts w:ascii="Times New Roman" w:hAnsi="Times New Roman" w:cs="Times New Roman"/>
          <w:sz w:val="28"/>
          <w:szCs w:val="28"/>
        </w:rPr>
        <w:t xml:space="preserve"> hè: T</w:t>
      </w:r>
      <w:r w:rsidRPr="005556EC">
        <w:rPr>
          <w:rFonts w:ascii="Times New Roman" w:hAnsi="Times New Roman" w:cs="Times New Roman"/>
          <w:sz w:val="28"/>
          <w:szCs w:val="28"/>
        </w:rPr>
        <w:t>ừ</w:t>
      </w:r>
      <w:r w:rsidRPr="005556EC">
        <w:rPr>
          <w:rFonts w:ascii="Times New Roman" w:hAnsi="Times New Roman" w:cs="Times New Roman"/>
          <w:sz w:val="28"/>
          <w:szCs w:val="28"/>
        </w:rPr>
        <w:t xml:space="preserve"> ngày [dd/mm/yyyy] đ</w:t>
      </w:r>
      <w:r w:rsidRPr="005556EC">
        <w:rPr>
          <w:rFonts w:ascii="Times New Roman" w:hAnsi="Times New Roman" w:cs="Times New Roman"/>
          <w:sz w:val="28"/>
          <w:szCs w:val="28"/>
        </w:rPr>
        <w:t>ế</w:t>
      </w:r>
      <w:r w:rsidRPr="005556EC">
        <w:rPr>
          <w:rFonts w:ascii="Times New Roman" w:hAnsi="Times New Roman" w:cs="Times New Roman"/>
          <w:sz w:val="28"/>
          <w:szCs w:val="28"/>
        </w:rPr>
        <w:t>n h</w:t>
      </w:r>
      <w:r w:rsidRPr="005556EC">
        <w:rPr>
          <w:rFonts w:ascii="Times New Roman" w:hAnsi="Times New Roman" w:cs="Times New Roman"/>
          <w:sz w:val="28"/>
          <w:szCs w:val="28"/>
        </w:rPr>
        <w:t>ế</w:t>
      </w:r>
      <w:r w:rsidRPr="005556EC">
        <w:rPr>
          <w:rFonts w:ascii="Times New Roman" w:hAnsi="Times New Roman" w:cs="Times New Roman"/>
          <w:sz w:val="28"/>
          <w:szCs w:val="28"/>
        </w:rPr>
        <w:t>t ngày [dd/mm/yyyy].</w:t>
      </w:r>
    </w:p>
    <w:p w:rsidR="00883234" w:rsidRPr="005556EC" w:rsidRDefault="005556EC">
      <w:pPr>
        <w:rPr>
          <w:rFonts w:ascii="Times New Roman" w:hAnsi="Times New Roman" w:cs="Times New Roman"/>
          <w:sz w:val="28"/>
          <w:szCs w:val="28"/>
        </w:rPr>
      </w:pPr>
      <w:r w:rsidRPr="005556EC">
        <w:rPr>
          <w:rFonts w:ascii="Times New Roman" w:hAnsi="Times New Roman" w:cs="Times New Roman"/>
          <w:sz w:val="28"/>
          <w:szCs w:val="28"/>
        </w:rPr>
        <w:t>2. Th</w:t>
      </w:r>
      <w:r w:rsidRPr="005556EC">
        <w:rPr>
          <w:rFonts w:ascii="Times New Roman" w:hAnsi="Times New Roman" w:cs="Times New Roman"/>
          <w:sz w:val="28"/>
          <w:szCs w:val="28"/>
        </w:rPr>
        <w:t>ờ</w:t>
      </w:r>
      <w:r w:rsidRPr="005556EC">
        <w:rPr>
          <w:rFonts w:ascii="Times New Roman" w:hAnsi="Times New Roman" w:cs="Times New Roman"/>
          <w:sz w:val="28"/>
          <w:szCs w:val="28"/>
        </w:rPr>
        <w:t>i gian t</w:t>
      </w:r>
      <w:r w:rsidRPr="005556EC">
        <w:rPr>
          <w:rFonts w:ascii="Times New Roman" w:hAnsi="Times New Roman" w:cs="Times New Roman"/>
          <w:sz w:val="28"/>
          <w:szCs w:val="28"/>
        </w:rPr>
        <w:t>ự</w:t>
      </w:r>
      <w:r w:rsidRPr="005556EC">
        <w:rPr>
          <w:rFonts w:ascii="Times New Roman" w:hAnsi="Times New Roman" w:cs="Times New Roman"/>
          <w:sz w:val="28"/>
          <w:szCs w:val="28"/>
        </w:rPr>
        <w:t>u trư</w:t>
      </w:r>
      <w:r w:rsidRPr="005556EC">
        <w:rPr>
          <w:rFonts w:ascii="Times New Roman" w:hAnsi="Times New Roman" w:cs="Times New Roman"/>
          <w:sz w:val="28"/>
          <w:szCs w:val="28"/>
        </w:rPr>
        <w:t>ờ</w:t>
      </w:r>
      <w:r w:rsidRPr="005556EC">
        <w:rPr>
          <w:rFonts w:ascii="Times New Roman" w:hAnsi="Times New Roman" w:cs="Times New Roman"/>
          <w:sz w:val="28"/>
          <w:szCs w:val="28"/>
        </w:rPr>
        <w:t>n</w:t>
      </w:r>
      <w:r w:rsidRPr="005556EC">
        <w:rPr>
          <w:rFonts w:ascii="Times New Roman" w:hAnsi="Times New Roman" w:cs="Times New Roman"/>
          <w:sz w:val="28"/>
          <w:szCs w:val="28"/>
        </w:rPr>
        <w:t>g tr</w:t>
      </w:r>
      <w:r w:rsidRPr="005556EC">
        <w:rPr>
          <w:rFonts w:ascii="Times New Roman" w:hAnsi="Times New Roman" w:cs="Times New Roman"/>
          <w:sz w:val="28"/>
          <w:szCs w:val="28"/>
        </w:rPr>
        <w:t>ở</w:t>
      </w:r>
      <w:r w:rsidRPr="005556EC">
        <w:rPr>
          <w:rFonts w:ascii="Times New Roman" w:hAnsi="Times New Roman" w:cs="Times New Roman"/>
          <w:sz w:val="28"/>
          <w:szCs w:val="28"/>
        </w:rPr>
        <w:t xml:space="preserve"> l</w:t>
      </w:r>
      <w:r w:rsidRPr="005556EC">
        <w:rPr>
          <w:rFonts w:ascii="Times New Roman" w:hAnsi="Times New Roman" w:cs="Times New Roman"/>
          <w:sz w:val="28"/>
          <w:szCs w:val="28"/>
        </w:rPr>
        <w:t>ạ</w:t>
      </w:r>
      <w:r w:rsidRPr="005556EC">
        <w:rPr>
          <w:rFonts w:ascii="Times New Roman" w:hAnsi="Times New Roman" w:cs="Times New Roman"/>
          <w:sz w:val="28"/>
          <w:szCs w:val="28"/>
        </w:rPr>
        <w:t>i: Ngày [dd/mm/yyyy].</w:t>
      </w:r>
    </w:p>
    <w:p w:rsidR="00883234" w:rsidRPr="005556EC" w:rsidRDefault="005556EC">
      <w:pPr>
        <w:rPr>
          <w:rFonts w:ascii="Times New Roman" w:hAnsi="Times New Roman" w:cs="Times New Roman"/>
          <w:sz w:val="28"/>
          <w:szCs w:val="28"/>
        </w:rPr>
      </w:pPr>
      <w:r w:rsidRPr="005556EC">
        <w:rPr>
          <w:rFonts w:ascii="Times New Roman" w:hAnsi="Times New Roman" w:cs="Times New Roman"/>
          <w:sz w:val="28"/>
          <w:szCs w:val="28"/>
        </w:rPr>
        <w:t>3. Trong th</w:t>
      </w:r>
      <w:r w:rsidRPr="005556EC">
        <w:rPr>
          <w:rFonts w:ascii="Times New Roman" w:hAnsi="Times New Roman" w:cs="Times New Roman"/>
          <w:sz w:val="28"/>
          <w:szCs w:val="28"/>
        </w:rPr>
        <w:t>ờ</w:t>
      </w:r>
      <w:r w:rsidRPr="005556EC">
        <w:rPr>
          <w:rFonts w:ascii="Times New Roman" w:hAnsi="Times New Roman" w:cs="Times New Roman"/>
          <w:sz w:val="28"/>
          <w:szCs w:val="28"/>
        </w:rPr>
        <w:t>i gian ngh</w:t>
      </w:r>
      <w:r w:rsidRPr="005556EC">
        <w:rPr>
          <w:rFonts w:ascii="Times New Roman" w:hAnsi="Times New Roman" w:cs="Times New Roman"/>
          <w:sz w:val="28"/>
          <w:szCs w:val="28"/>
        </w:rPr>
        <w:t>ỉ</w:t>
      </w:r>
      <w:r w:rsidRPr="005556EC">
        <w:rPr>
          <w:rFonts w:ascii="Times New Roman" w:hAnsi="Times New Roman" w:cs="Times New Roman"/>
          <w:sz w:val="28"/>
          <w:szCs w:val="28"/>
        </w:rPr>
        <w:t xml:space="preserve"> hè, đ</w:t>
      </w:r>
      <w:r w:rsidRPr="005556EC">
        <w:rPr>
          <w:rFonts w:ascii="Times New Roman" w:hAnsi="Times New Roman" w:cs="Times New Roman"/>
          <w:sz w:val="28"/>
          <w:szCs w:val="28"/>
        </w:rPr>
        <w:t>ề</w:t>
      </w:r>
      <w:r w:rsidRPr="005556EC">
        <w:rPr>
          <w:rFonts w:ascii="Times New Roman" w:hAnsi="Times New Roman" w:cs="Times New Roman"/>
          <w:sz w:val="28"/>
          <w:szCs w:val="28"/>
        </w:rPr>
        <w:t xml:space="preserve"> ngh</w:t>
      </w:r>
      <w:r w:rsidRPr="005556EC">
        <w:rPr>
          <w:rFonts w:ascii="Times New Roman" w:hAnsi="Times New Roman" w:cs="Times New Roman"/>
          <w:sz w:val="28"/>
          <w:szCs w:val="28"/>
        </w:rPr>
        <w:t>ị</w:t>
      </w:r>
      <w:r w:rsidRPr="005556EC">
        <w:rPr>
          <w:rFonts w:ascii="Times New Roman" w:hAnsi="Times New Roman" w:cs="Times New Roman"/>
          <w:sz w:val="28"/>
          <w:szCs w:val="28"/>
        </w:rPr>
        <w:t xml:space="preserve"> quý th</w:t>
      </w:r>
      <w:r w:rsidRPr="005556EC">
        <w:rPr>
          <w:rFonts w:ascii="Times New Roman" w:hAnsi="Times New Roman" w:cs="Times New Roman"/>
          <w:sz w:val="28"/>
          <w:szCs w:val="28"/>
        </w:rPr>
        <w:t>ầ</w:t>
      </w:r>
      <w:r w:rsidRPr="005556EC">
        <w:rPr>
          <w:rFonts w:ascii="Times New Roman" w:hAnsi="Times New Roman" w:cs="Times New Roman"/>
          <w:sz w:val="28"/>
          <w:szCs w:val="28"/>
        </w:rPr>
        <w:t>y cô giáo, h</w:t>
      </w:r>
      <w:r w:rsidRPr="005556EC">
        <w:rPr>
          <w:rFonts w:ascii="Times New Roman" w:hAnsi="Times New Roman" w:cs="Times New Roman"/>
          <w:sz w:val="28"/>
          <w:szCs w:val="28"/>
        </w:rPr>
        <w:t>ọ</w:t>
      </w:r>
      <w:r w:rsidRPr="005556EC">
        <w:rPr>
          <w:rFonts w:ascii="Times New Roman" w:hAnsi="Times New Roman" w:cs="Times New Roman"/>
          <w:sz w:val="28"/>
          <w:szCs w:val="28"/>
        </w:rPr>
        <w:t>c sinh và ph</w:t>
      </w:r>
      <w:r w:rsidRPr="005556EC">
        <w:rPr>
          <w:rFonts w:ascii="Times New Roman" w:hAnsi="Times New Roman" w:cs="Times New Roman"/>
          <w:sz w:val="28"/>
          <w:szCs w:val="28"/>
        </w:rPr>
        <w:t>ụ</w:t>
      </w:r>
      <w:r w:rsidRPr="005556EC">
        <w:rPr>
          <w:rFonts w:ascii="Times New Roman" w:hAnsi="Times New Roman" w:cs="Times New Roman"/>
          <w:sz w:val="28"/>
          <w:szCs w:val="28"/>
        </w:rPr>
        <w:t xml:space="preserve"> huynh h</w:t>
      </w:r>
      <w:r w:rsidRPr="005556EC">
        <w:rPr>
          <w:rFonts w:ascii="Times New Roman" w:hAnsi="Times New Roman" w:cs="Times New Roman"/>
          <w:sz w:val="28"/>
          <w:szCs w:val="28"/>
        </w:rPr>
        <w:t>ọ</w:t>
      </w:r>
      <w:r w:rsidRPr="005556EC">
        <w:rPr>
          <w:rFonts w:ascii="Times New Roman" w:hAnsi="Times New Roman" w:cs="Times New Roman"/>
          <w:sz w:val="28"/>
          <w:szCs w:val="28"/>
        </w:rPr>
        <w:t>c sinh:</w:t>
      </w:r>
    </w:p>
    <w:p w:rsidR="00883234" w:rsidRPr="005556EC" w:rsidRDefault="005556EC">
      <w:pPr>
        <w:rPr>
          <w:rFonts w:ascii="Times New Roman" w:hAnsi="Times New Roman" w:cs="Times New Roman"/>
          <w:sz w:val="28"/>
          <w:szCs w:val="28"/>
        </w:rPr>
      </w:pPr>
      <w:r w:rsidRPr="005556EC">
        <w:rPr>
          <w:rFonts w:ascii="Times New Roman" w:hAnsi="Times New Roman" w:cs="Times New Roman"/>
          <w:sz w:val="28"/>
          <w:szCs w:val="28"/>
        </w:rPr>
        <w:t>- Tuân th</w:t>
      </w:r>
      <w:r w:rsidRPr="005556EC">
        <w:rPr>
          <w:rFonts w:ascii="Times New Roman" w:hAnsi="Times New Roman" w:cs="Times New Roman"/>
          <w:sz w:val="28"/>
          <w:szCs w:val="28"/>
        </w:rPr>
        <w:t>ủ</w:t>
      </w:r>
      <w:r w:rsidRPr="005556EC">
        <w:rPr>
          <w:rFonts w:ascii="Times New Roman" w:hAnsi="Times New Roman" w:cs="Times New Roman"/>
          <w:sz w:val="28"/>
          <w:szCs w:val="28"/>
        </w:rPr>
        <w:t xml:space="preserve"> các quy đ</w:t>
      </w:r>
      <w:r w:rsidRPr="005556EC">
        <w:rPr>
          <w:rFonts w:ascii="Times New Roman" w:hAnsi="Times New Roman" w:cs="Times New Roman"/>
          <w:sz w:val="28"/>
          <w:szCs w:val="28"/>
        </w:rPr>
        <w:t>ị</w:t>
      </w:r>
      <w:r w:rsidRPr="005556EC">
        <w:rPr>
          <w:rFonts w:ascii="Times New Roman" w:hAnsi="Times New Roman" w:cs="Times New Roman"/>
          <w:sz w:val="28"/>
          <w:szCs w:val="28"/>
        </w:rPr>
        <w:t>nh v</w:t>
      </w:r>
      <w:r w:rsidRPr="005556EC">
        <w:rPr>
          <w:rFonts w:ascii="Times New Roman" w:hAnsi="Times New Roman" w:cs="Times New Roman"/>
          <w:sz w:val="28"/>
          <w:szCs w:val="28"/>
        </w:rPr>
        <w:t>ề</w:t>
      </w:r>
      <w:r w:rsidRPr="005556EC">
        <w:rPr>
          <w:rFonts w:ascii="Times New Roman" w:hAnsi="Times New Roman" w:cs="Times New Roman"/>
          <w:sz w:val="28"/>
          <w:szCs w:val="28"/>
        </w:rPr>
        <w:t xml:space="preserve"> an toàn, phòng ch</w:t>
      </w:r>
      <w:r w:rsidRPr="005556EC">
        <w:rPr>
          <w:rFonts w:ascii="Times New Roman" w:hAnsi="Times New Roman" w:cs="Times New Roman"/>
          <w:sz w:val="28"/>
          <w:szCs w:val="28"/>
        </w:rPr>
        <w:t>ố</w:t>
      </w:r>
      <w:r w:rsidRPr="005556EC">
        <w:rPr>
          <w:rFonts w:ascii="Times New Roman" w:hAnsi="Times New Roman" w:cs="Times New Roman"/>
          <w:sz w:val="28"/>
          <w:szCs w:val="28"/>
        </w:rPr>
        <w:t>ng tai n</w:t>
      </w:r>
      <w:r w:rsidRPr="005556EC">
        <w:rPr>
          <w:rFonts w:ascii="Times New Roman" w:hAnsi="Times New Roman" w:cs="Times New Roman"/>
          <w:sz w:val="28"/>
          <w:szCs w:val="28"/>
        </w:rPr>
        <w:t>ạ</w:t>
      </w:r>
      <w:r w:rsidRPr="005556EC">
        <w:rPr>
          <w:rFonts w:ascii="Times New Roman" w:hAnsi="Times New Roman" w:cs="Times New Roman"/>
          <w:sz w:val="28"/>
          <w:szCs w:val="28"/>
        </w:rPr>
        <w:t>n thương tích, đ</w:t>
      </w:r>
      <w:r w:rsidRPr="005556EC">
        <w:rPr>
          <w:rFonts w:ascii="Times New Roman" w:hAnsi="Times New Roman" w:cs="Times New Roman"/>
          <w:sz w:val="28"/>
          <w:szCs w:val="28"/>
        </w:rPr>
        <w:t>ặ</w:t>
      </w:r>
      <w:r w:rsidRPr="005556EC">
        <w:rPr>
          <w:rFonts w:ascii="Times New Roman" w:hAnsi="Times New Roman" w:cs="Times New Roman"/>
          <w:sz w:val="28"/>
          <w:szCs w:val="28"/>
        </w:rPr>
        <w:t>c bi</w:t>
      </w:r>
      <w:r w:rsidRPr="005556EC">
        <w:rPr>
          <w:rFonts w:ascii="Times New Roman" w:hAnsi="Times New Roman" w:cs="Times New Roman"/>
          <w:sz w:val="28"/>
          <w:szCs w:val="28"/>
        </w:rPr>
        <w:t>ệ</w:t>
      </w:r>
      <w:r w:rsidRPr="005556EC">
        <w:rPr>
          <w:rFonts w:ascii="Times New Roman" w:hAnsi="Times New Roman" w:cs="Times New Roman"/>
          <w:sz w:val="28"/>
          <w:szCs w:val="28"/>
        </w:rPr>
        <w:t>t là khi tham gia giao thông, bơi l</w:t>
      </w:r>
      <w:r w:rsidRPr="005556EC">
        <w:rPr>
          <w:rFonts w:ascii="Times New Roman" w:hAnsi="Times New Roman" w:cs="Times New Roman"/>
          <w:sz w:val="28"/>
          <w:szCs w:val="28"/>
        </w:rPr>
        <w:t>ộ</w:t>
      </w:r>
      <w:r w:rsidRPr="005556EC">
        <w:rPr>
          <w:rFonts w:ascii="Times New Roman" w:hAnsi="Times New Roman" w:cs="Times New Roman"/>
          <w:sz w:val="28"/>
          <w:szCs w:val="28"/>
        </w:rPr>
        <w:t>i...</w:t>
      </w:r>
    </w:p>
    <w:p w:rsidR="00883234" w:rsidRPr="005556EC" w:rsidRDefault="005556EC">
      <w:pPr>
        <w:rPr>
          <w:rFonts w:ascii="Times New Roman" w:hAnsi="Times New Roman" w:cs="Times New Roman"/>
          <w:sz w:val="28"/>
          <w:szCs w:val="28"/>
        </w:rPr>
      </w:pPr>
      <w:r w:rsidRPr="005556EC">
        <w:rPr>
          <w:rFonts w:ascii="Times New Roman" w:hAnsi="Times New Roman" w:cs="Times New Roman"/>
          <w:sz w:val="28"/>
          <w:szCs w:val="28"/>
        </w:rPr>
        <w:t>- Tăng cư</w:t>
      </w:r>
      <w:r w:rsidRPr="005556EC">
        <w:rPr>
          <w:rFonts w:ascii="Times New Roman" w:hAnsi="Times New Roman" w:cs="Times New Roman"/>
          <w:sz w:val="28"/>
          <w:szCs w:val="28"/>
        </w:rPr>
        <w:t>ờ</w:t>
      </w:r>
      <w:r w:rsidRPr="005556EC">
        <w:rPr>
          <w:rFonts w:ascii="Times New Roman" w:hAnsi="Times New Roman" w:cs="Times New Roman"/>
          <w:sz w:val="28"/>
          <w:szCs w:val="28"/>
        </w:rPr>
        <w:t>ng đ</w:t>
      </w:r>
      <w:r w:rsidRPr="005556EC">
        <w:rPr>
          <w:rFonts w:ascii="Times New Roman" w:hAnsi="Times New Roman" w:cs="Times New Roman"/>
          <w:sz w:val="28"/>
          <w:szCs w:val="28"/>
        </w:rPr>
        <w:t>ọ</w:t>
      </w:r>
      <w:r w:rsidRPr="005556EC">
        <w:rPr>
          <w:rFonts w:ascii="Times New Roman" w:hAnsi="Times New Roman" w:cs="Times New Roman"/>
          <w:sz w:val="28"/>
          <w:szCs w:val="28"/>
        </w:rPr>
        <w:t xml:space="preserve">c sách, </w:t>
      </w:r>
      <w:r w:rsidRPr="005556EC">
        <w:rPr>
          <w:rFonts w:ascii="Times New Roman" w:hAnsi="Times New Roman" w:cs="Times New Roman"/>
          <w:sz w:val="28"/>
          <w:szCs w:val="28"/>
        </w:rPr>
        <w:t>ôn t</w:t>
      </w:r>
      <w:r w:rsidRPr="005556EC">
        <w:rPr>
          <w:rFonts w:ascii="Times New Roman" w:hAnsi="Times New Roman" w:cs="Times New Roman"/>
          <w:sz w:val="28"/>
          <w:szCs w:val="28"/>
        </w:rPr>
        <w:t>ậ</w:t>
      </w:r>
      <w:r w:rsidRPr="005556EC">
        <w:rPr>
          <w:rFonts w:ascii="Times New Roman" w:hAnsi="Times New Roman" w:cs="Times New Roman"/>
          <w:sz w:val="28"/>
          <w:szCs w:val="28"/>
        </w:rPr>
        <w:t>p nh</w:t>
      </w:r>
      <w:r w:rsidRPr="005556EC">
        <w:rPr>
          <w:rFonts w:ascii="Times New Roman" w:hAnsi="Times New Roman" w:cs="Times New Roman"/>
          <w:sz w:val="28"/>
          <w:szCs w:val="28"/>
        </w:rPr>
        <w:t>ẹ</w:t>
      </w:r>
      <w:r w:rsidRPr="005556EC">
        <w:rPr>
          <w:rFonts w:ascii="Times New Roman" w:hAnsi="Times New Roman" w:cs="Times New Roman"/>
          <w:sz w:val="28"/>
          <w:szCs w:val="28"/>
        </w:rPr>
        <w:t xml:space="preserve"> nhàng đ</w:t>
      </w:r>
      <w:r w:rsidRPr="005556EC">
        <w:rPr>
          <w:rFonts w:ascii="Times New Roman" w:hAnsi="Times New Roman" w:cs="Times New Roman"/>
          <w:sz w:val="28"/>
          <w:szCs w:val="28"/>
        </w:rPr>
        <w:t>ể</w:t>
      </w:r>
      <w:r w:rsidRPr="005556EC">
        <w:rPr>
          <w:rFonts w:ascii="Times New Roman" w:hAnsi="Times New Roman" w:cs="Times New Roman"/>
          <w:sz w:val="28"/>
          <w:szCs w:val="28"/>
        </w:rPr>
        <w:t xml:space="preserve"> gi</w:t>
      </w:r>
      <w:r w:rsidRPr="005556EC">
        <w:rPr>
          <w:rFonts w:ascii="Times New Roman" w:hAnsi="Times New Roman" w:cs="Times New Roman"/>
          <w:sz w:val="28"/>
          <w:szCs w:val="28"/>
        </w:rPr>
        <w:t>ữ</w:t>
      </w:r>
      <w:r w:rsidRPr="005556EC">
        <w:rPr>
          <w:rFonts w:ascii="Times New Roman" w:hAnsi="Times New Roman" w:cs="Times New Roman"/>
          <w:sz w:val="28"/>
          <w:szCs w:val="28"/>
        </w:rPr>
        <w:t xml:space="preserve"> gìn n</w:t>
      </w:r>
      <w:r w:rsidRPr="005556EC">
        <w:rPr>
          <w:rFonts w:ascii="Times New Roman" w:hAnsi="Times New Roman" w:cs="Times New Roman"/>
          <w:sz w:val="28"/>
          <w:szCs w:val="28"/>
        </w:rPr>
        <w:t>ề</w:t>
      </w:r>
      <w:r w:rsidRPr="005556EC">
        <w:rPr>
          <w:rFonts w:ascii="Times New Roman" w:hAnsi="Times New Roman" w:cs="Times New Roman"/>
          <w:sz w:val="28"/>
          <w:szCs w:val="28"/>
        </w:rPr>
        <w:t xml:space="preserve"> n</w:t>
      </w:r>
      <w:r w:rsidRPr="005556EC">
        <w:rPr>
          <w:rFonts w:ascii="Times New Roman" w:hAnsi="Times New Roman" w:cs="Times New Roman"/>
          <w:sz w:val="28"/>
          <w:szCs w:val="28"/>
        </w:rPr>
        <w:t>ế</w:t>
      </w:r>
      <w:r w:rsidRPr="005556EC">
        <w:rPr>
          <w:rFonts w:ascii="Times New Roman" w:hAnsi="Times New Roman" w:cs="Times New Roman"/>
          <w:sz w:val="28"/>
          <w:szCs w:val="28"/>
        </w:rPr>
        <w:t>p h</w:t>
      </w:r>
      <w:r w:rsidRPr="005556EC">
        <w:rPr>
          <w:rFonts w:ascii="Times New Roman" w:hAnsi="Times New Roman" w:cs="Times New Roman"/>
          <w:sz w:val="28"/>
          <w:szCs w:val="28"/>
        </w:rPr>
        <w:t>ọ</w:t>
      </w:r>
      <w:r w:rsidRPr="005556EC">
        <w:rPr>
          <w:rFonts w:ascii="Times New Roman" w:hAnsi="Times New Roman" w:cs="Times New Roman"/>
          <w:sz w:val="28"/>
          <w:szCs w:val="28"/>
        </w:rPr>
        <w:t>c t</w:t>
      </w:r>
      <w:r w:rsidRPr="005556EC">
        <w:rPr>
          <w:rFonts w:ascii="Times New Roman" w:hAnsi="Times New Roman" w:cs="Times New Roman"/>
          <w:sz w:val="28"/>
          <w:szCs w:val="28"/>
        </w:rPr>
        <w:t>ậ</w:t>
      </w:r>
      <w:r w:rsidRPr="005556EC">
        <w:rPr>
          <w:rFonts w:ascii="Times New Roman" w:hAnsi="Times New Roman" w:cs="Times New Roman"/>
          <w:sz w:val="28"/>
          <w:szCs w:val="28"/>
        </w:rPr>
        <w:t>p.</w:t>
      </w:r>
    </w:p>
    <w:p w:rsidR="00883234" w:rsidRPr="005556EC" w:rsidRDefault="005556EC">
      <w:pPr>
        <w:rPr>
          <w:rFonts w:ascii="Times New Roman" w:hAnsi="Times New Roman" w:cs="Times New Roman"/>
          <w:sz w:val="28"/>
          <w:szCs w:val="28"/>
        </w:rPr>
      </w:pPr>
      <w:r w:rsidRPr="005556EC">
        <w:rPr>
          <w:rFonts w:ascii="Times New Roman" w:hAnsi="Times New Roman" w:cs="Times New Roman"/>
          <w:sz w:val="28"/>
          <w:szCs w:val="28"/>
        </w:rPr>
        <w:t>- Theo dõi các thông báo chính th</w:t>
      </w:r>
      <w:r w:rsidRPr="005556EC">
        <w:rPr>
          <w:rFonts w:ascii="Times New Roman" w:hAnsi="Times New Roman" w:cs="Times New Roman"/>
          <w:sz w:val="28"/>
          <w:szCs w:val="28"/>
        </w:rPr>
        <w:t>ứ</w:t>
      </w:r>
      <w:r w:rsidRPr="005556EC">
        <w:rPr>
          <w:rFonts w:ascii="Times New Roman" w:hAnsi="Times New Roman" w:cs="Times New Roman"/>
          <w:sz w:val="28"/>
          <w:szCs w:val="28"/>
        </w:rPr>
        <w:t>c t</w:t>
      </w:r>
      <w:r w:rsidRPr="005556EC">
        <w:rPr>
          <w:rFonts w:ascii="Times New Roman" w:hAnsi="Times New Roman" w:cs="Times New Roman"/>
          <w:sz w:val="28"/>
          <w:szCs w:val="28"/>
        </w:rPr>
        <w:t>ừ</w:t>
      </w:r>
      <w:r w:rsidRPr="005556EC">
        <w:rPr>
          <w:rFonts w:ascii="Times New Roman" w:hAnsi="Times New Roman" w:cs="Times New Roman"/>
          <w:sz w:val="28"/>
          <w:szCs w:val="28"/>
        </w:rPr>
        <w:t xml:space="preserve"> nhà trư</w:t>
      </w:r>
      <w:r w:rsidRPr="005556EC">
        <w:rPr>
          <w:rFonts w:ascii="Times New Roman" w:hAnsi="Times New Roman" w:cs="Times New Roman"/>
          <w:sz w:val="28"/>
          <w:szCs w:val="28"/>
        </w:rPr>
        <w:t>ờ</w:t>
      </w:r>
      <w:r w:rsidRPr="005556EC">
        <w:rPr>
          <w:rFonts w:ascii="Times New Roman" w:hAnsi="Times New Roman" w:cs="Times New Roman"/>
          <w:sz w:val="28"/>
          <w:szCs w:val="28"/>
        </w:rPr>
        <w:t>ng qua website ho</w:t>
      </w:r>
      <w:r w:rsidRPr="005556EC">
        <w:rPr>
          <w:rFonts w:ascii="Times New Roman" w:hAnsi="Times New Roman" w:cs="Times New Roman"/>
          <w:sz w:val="28"/>
          <w:szCs w:val="28"/>
        </w:rPr>
        <w:t>ặ</w:t>
      </w:r>
      <w:r w:rsidRPr="005556EC">
        <w:rPr>
          <w:rFonts w:ascii="Times New Roman" w:hAnsi="Times New Roman" w:cs="Times New Roman"/>
          <w:sz w:val="28"/>
          <w:szCs w:val="28"/>
        </w:rPr>
        <w:t>c giáo viên ch</w:t>
      </w:r>
      <w:r w:rsidRPr="005556EC">
        <w:rPr>
          <w:rFonts w:ascii="Times New Roman" w:hAnsi="Times New Roman" w:cs="Times New Roman"/>
          <w:sz w:val="28"/>
          <w:szCs w:val="28"/>
        </w:rPr>
        <w:t>ủ</w:t>
      </w:r>
      <w:r w:rsidRPr="005556EC">
        <w:rPr>
          <w:rFonts w:ascii="Times New Roman" w:hAnsi="Times New Roman" w:cs="Times New Roman"/>
          <w:sz w:val="28"/>
          <w:szCs w:val="28"/>
        </w:rPr>
        <w:t xml:space="preserve"> nhi</w:t>
      </w:r>
      <w:r w:rsidRPr="005556EC">
        <w:rPr>
          <w:rFonts w:ascii="Times New Roman" w:hAnsi="Times New Roman" w:cs="Times New Roman"/>
          <w:sz w:val="28"/>
          <w:szCs w:val="28"/>
        </w:rPr>
        <w:t>ệ</w:t>
      </w:r>
      <w:r w:rsidRPr="005556EC">
        <w:rPr>
          <w:rFonts w:ascii="Times New Roman" w:hAnsi="Times New Roman" w:cs="Times New Roman"/>
          <w:sz w:val="28"/>
          <w:szCs w:val="28"/>
        </w:rPr>
        <w:t>m.</w:t>
      </w:r>
    </w:p>
    <w:p w:rsidR="00883234" w:rsidRPr="005556EC" w:rsidRDefault="005556EC">
      <w:pPr>
        <w:rPr>
          <w:rFonts w:ascii="Times New Roman" w:hAnsi="Times New Roman" w:cs="Times New Roman"/>
          <w:sz w:val="28"/>
          <w:szCs w:val="28"/>
        </w:rPr>
      </w:pPr>
      <w:r w:rsidRPr="005556EC">
        <w:rPr>
          <w:rFonts w:ascii="Times New Roman" w:hAnsi="Times New Roman" w:cs="Times New Roman"/>
          <w:sz w:val="28"/>
          <w:szCs w:val="28"/>
        </w:rPr>
        <w:t>Nhà trư</w:t>
      </w:r>
      <w:r w:rsidRPr="005556EC">
        <w:rPr>
          <w:rFonts w:ascii="Times New Roman" w:hAnsi="Times New Roman" w:cs="Times New Roman"/>
          <w:sz w:val="28"/>
          <w:szCs w:val="28"/>
        </w:rPr>
        <w:t>ờ</w:t>
      </w:r>
      <w:r w:rsidRPr="005556EC">
        <w:rPr>
          <w:rFonts w:ascii="Times New Roman" w:hAnsi="Times New Roman" w:cs="Times New Roman"/>
          <w:sz w:val="28"/>
          <w:szCs w:val="28"/>
        </w:rPr>
        <w:t>ng kính chúc quý th</w:t>
      </w:r>
      <w:r w:rsidRPr="005556EC">
        <w:rPr>
          <w:rFonts w:ascii="Times New Roman" w:hAnsi="Times New Roman" w:cs="Times New Roman"/>
          <w:sz w:val="28"/>
          <w:szCs w:val="28"/>
        </w:rPr>
        <w:t>ầ</w:t>
      </w:r>
      <w:r w:rsidRPr="005556EC">
        <w:rPr>
          <w:rFonts w:ascii="Times New Roman" w:hAnsi="Times New Roman" w:cs="Times New Roman"/>
          <w:sz w:val="28"/>
          <w:szCs w:val="28"/>
        </w:rPr>
        <w:t>y cô giáo, các em h</w:t>
      </w:r>
      <w:r w:rsidRPr="005556EC">
        <w:rPr>
          <w:rFonts w:ascii="Times New Roman" w:hAnsi="Times New Roman" w:cs="Times New Roman"/>
          <w:sz w:val="28"/>
          <w:szCs w:val="28"/>
        </w:rPr>
        <w:t>ọ</w:t>
      </w:r>
      <w:r w:rsidRPr="005556EC">
        <w:rPr>
          <w:rFonts w:ascii="Times New Roman" w:hAnsi="Times New Roman" w:cs="Times New Roman"/>
          <w:sz w:val="28"/>
          <w:szCs w:val="28"/>
        </w:rPr>
        <w:t>c sinh và gia đình m</w:t>
      </w:r>
      <w:r w:rsidRPr="005556EC">
        <w:rPr>
          <w:rFonts w:ascii="Times New Roman" w:hAnsi="Times New Roman" w:cs="Times New Roman"/>
          <w:sz w:val="28"/>
          <w:szCs w:val="28"/>
        </w:rPr>
        <w:t>ộ</w:t>
      </w:r>
      <w:r w:rsidRPr="005556EC">
        <w:rPr>
          <w:rFonts w:ascii="Times New Roman" w:hAnsi="Times New Roman" w:cs="Times New Roman"/>
          <w:sz w:val="28"/>
          <w:szCs w:val="28"/>
        </w:rPr>
        <w:t>t k</w:t>
      </w:r>
      <w:r w:rsidRPr="005556EC">
        <w:rPr>
          <w:rFonts w:ascii="Times New Roman" w:hAnsi="Times New Roman" w:cs="Times New Roman"/>
          <w:sz w:val="28"/>
          <w:szCs w:val="28"/>
        </w:rPr>
        <w:t>ỳ</w:t>
      </w:r>
      <w:r w:rsidRPr="005556EC">
        <w:rPr>
          <w:rFonts w:ascii="Times New Roman" w:hAnsi="Times New Roman" w:cs="Times New Roman"/>
          <w:sz w:val="28"/>
          <w:szCs w:val="28"/>
        </w:rPr>
        <w:t xml:space="preserve"> ngh</w:t>
      </w:r>
      <w:r w:rsidRPr="005556EC">
        <w:rPr>
          <w:rFonts w:ascii="Times New Roman" w:hAnsi="Times New Roman" w:cs="Times New Roman"/>
          <w:sz w:val="28"/>
          <w:szCs w:val="28"/>
        </w:rPr>
        <w:t>ỉ</w:t>
      </w:r>
      <w:r w:rsidRPr="005556EC">
        <w:rPr>
          <w:rFonts w:ascii="Times New Roman" w:hAnsi="Times New Roman" w:cs="Times New Roman"/>
          <w:sz w:val="28"/>
          <w:szCs w:val="28"/>
        </w:rPr>
        <w:t xml:space="preserve"> hè vui tươi, an toàn và b</w:t>
      </w:r>
      <w:r w:rsidRPr="005556EC">
        <w:rPr>
          <w:rFonts w:ascii="Times New Roman" w:hAnsi="Times New Roman" w:cs="Times New Roman"/>
          <w:sz w:val="28"/>
          <w:szCs w:val="28"/>
        </w:rPr>
        <w:t>ổ</w:t>
      </w:r>
      <w:r w:rsidRPr="005556EC">
        <w:rPr>
          <w:rFonts w:ascii="Times New Roman" w:hAnsi="Times New Roman" w:cs="Times New Roman"/>
          <w:sz w:val="28"/>
          <w:szCs w:val="28"/>
        </w:rPr>
        <w:t xml:space="preserve"> ích.</w:t>
      </w:r>
    </w:p>
    <w:p w:rsidR="00883234" w:rsidRPr="005556EC" w:rsidRDefault="005556EC">
      <w:pPr>
        <w:rPr>
          <w:rFonts w:ascii="Times New Roman" w:hAnsi="Times New Roman" w:cs="Times New Roman"/>
          <w:sz w:val="28"/>
          <w:szCs w:val="28"/>
        </w:rPr>
      </w:pPr>
      <w:r w:rsidRPr="005556EC">
        <w:rPr>
          <w:rFonts w:ascii="Times New Roman" w:hAnsi="Times New Roman" w:cs="Times New Roman"/>
          <w:sz w:val="28"/>
          <w:szCs w:val="28"/>
        </w:rPr>
        <w:t>Trân tr</w:t>
      </w:r>
      <w:r w:rsidRPr="005556EC">
        <w:rPr>
          <w:rFonts w:ascii="Times New Roman" w:hAnsi="Times New Roman" w:cs="Times New Roman"/>
          <w:sz w:val="28"/>
          <w:szCs w:val="28"/>
        </w:rPr>
        <w:t>ọ</w:t>
      </w:r>
      <w:r w:rsidRPr="005556EC">
        <w:rPr>
          <w:rFonts w:ascii="Times New Roman" w:hAnsi="Times New Roman" w:cs="Times New Roman"/>
          <w:sz w:val="28"/>
          <w:szCs w:val="28"/>
        </w:rPr>
        <w:t>ng th</w:t>
      </w:r>
      <w:r w:rsidRPr="005556EC">
        <w:rPr>
          <w:rFonts w:ascii="Times New Roman" w:hAnsi="Times New Roman" w:cs="Times New Roman"/>
          <w:sz w:val="28"/>
          <w:szCs w:val="28"/>
        </w:rPr>
        <w:t>ông báo.</w:t>
      </w:r>
      <w:bookmarkStart w:id="0" w:name="_GoBack"/>
      <w:bookmarkEnd w:id="0"/>
    </w:p>
    <w:p w:rsidR="00883234" w:rsidRPr="005556EC" w:rsidRDefault="005556EC" w:rsidP="005556E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556EC">
        <w:rPr>
          <w:rFonts w:ascii="Times New Roman" w:hAnsi="Times New Roman" w:cs="Times New Roman"/>
          <w:b/>
          <w:sz w:val="28"/>
          <w:szCs w:val="28"/>
        </w:rPr>
        <w:t>HI</w:t>
      </w:r>
      <w:r w:rsidRPr="005556EC">
        <w:rPr>
          <w:rFonts w:ascii="Times New Roman" w:hAnsi="Times New Roman" w:cs="Times New Roman"/>
          <w:b/>
          <w:sz w:val="28"/>
          <w:szCs w:val="28"/>
        </w:rPr>
        <w:t>Ệ</w:t>
      </w:r>
      <w:r w:rsidRPr="005556EC">
        <w:rPr>
          <w:rFonts w:ascii="Times New Roman" w:hAnsi="Times New Roman" w:cs="Times New Roman"/>
          <w:b/>
          <w:sz w:val="28"/>
          <w:szCs w:val="28"/>
        </w:rPr>
        <w:t>U TRƯ</w:t>
      </w:r>
      <w:r w:rsidRPr="005556EC">
        <w:rPr>
          <w:rFonts w:ascii="Times New Roman" w:hAnsi="Times New Roman" w:cs="Times New Roman"/>
          <w:b/>
          <w:sz w:val="28"/>
          <w:szCs w:val="28"/>
        </w:rPr>
        <w:t>Ở</w:t>
      </w:r>
      <w:r w:rsidRPr="005556EC">
        <w:rPr>
          <w:rFonts w:ascii="Times New Roman" w:hAnsi="Times New Roman" w:cs="Times New Roman"/>
          <w:b/>
          <w:sz w:val="28"/>
          <w:szCs w:val="28"/>
        </w:rPr>
        <w:t>NG</w:t>
      </w:r>
    </w:p>
    <w:p w:rsidR="00883234" w:rsidRPr="005556EC" w:rsidRDefault="005556EC" w:rsidP="005556E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556EC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5556EC">
        <w:rPr>
          <w:rFonts w:ascii="Times New Roman" w:hAnsi="Times New Roman" w:cs="Times New Roman"/>
          <w:b/>
          <w:sz w:val="28"/>
          <w:szCs w:val="28"/>
        </w:rPr>
        <w:t>ọ</w:t>
      </w:r>
      <w:r w:rsidRPr="005556EC">
        <w:rPr>
          <w:rFonts w:ascii="Times New Roman" w:hAnsi="Times New Roman" w:cs="Times New Roman"/>
          <w:b/>
          <w:sz w:val="28"/>
          <w:szCs w:val="28"/>
        </w:rPr>
        <w:t xml:space="preserve"> tên, đóng d</w:t>
      </w:r>
      <w:r w:rsidRPr="005556EC">
        <w:rPr>
          <w:rFonts w:ascii="Times New Roman" w:hAnsi="Times New Roman" w:cs="Times New Roman"/>
          <w:b/>
          <w:sz w:val="28"/>
          <w:szCs w:val="28"/>
        </w:rPr>
        <w:t>ấ</w:t>
      </w:r>
      <w:r w:rsidRPr="005556EC">
        <w:rPr>
          <w:rFonts w:ascii="Times New Roman" w:hAnsi="Times New Roman" w:cs="Times New Roman"/>
          <w:b/>
          <w:sz w:val="28"/>
          <w:szCs w:val="28"/>
        </w:rPr>
        <w:t>u n</w:t>
      </w:r>
      <w:r w:rsidRPr="005556EC">
        <w:rPr>
          <w:rFonts w:ascii="Times New Roman" w:hAnsi="Times New Roman" w:cs="Times New Roman"/>
          <w:b/>
          <w:sz w:val="28"/>
          <w:szCs w:val="28"/>
        </w:rPr>
        <w:t>ế</w:t>
      </w:r>
      <w:r w:rsidRPr="005556EC">
        <w:rPr>
          <w:rFonts w:ascii="Times New Roman" w:hAnsi="Times New Roman" w:cs="Times New Roman"/>
          <w:b/>
          <w:sz w:val="28"/>
          <w:szCs w:val="28"/>
        </w:rPr>
        <w:t>u có)</w:t>
      </w:r>
    </w:p>
    <w:sectPr w:rsidR="00883234" w:rsidRPr="005556E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56EC"/>
    <w:rsid w:val="0088323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74A4D5C-45A6-469E-B926-C5CB82F2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D3576F-6CBE-447D-AED6-B9331E088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2025-05-22T03:34:00Z</dcterms:created>
  <dcterms:modified xsi:type="dcterms:W3CDTF">2025-05-22T03:34:00Z</dcterms:modified>
  <cp:category/>
</cp:coreProperties>
</file>