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1"/>
        <w:gridCol w:w="6159"/>
      </w:tblGrid>
      <w:tr w:rsidR="00634EBA" w:rsidTr="00634EBA">
        <w:tc>
          <w:tcPr>
            <w:tcW w:w="2518" w:type="dxa"/>
          </w:tcPr>
          <w:p w:rsidR="00634EBA" w:rsidRPr="00634EBA" w:rsidRDefault="00634EBA" w:rsidP="00634E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E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TRƯỜNG MẦM NON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  <w:p w:rsidR="00634EBA" w:rsidRDefault="00634EBA" w:rsidP="00634E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EBA">
              <w:rPr>
                <w:rFonts w:ascii="Times New Roman" w:hAnsi="Times New Roman" w:cs="Times New Roman"/>
                <w:b/>
                <w:sz w:val="28"/>
                <w:szCs w:val="28"/>
              </w:rPr>
              <w:t>Số:…/TB-MN</w:t>
            </w:r>
          </w:p>
        </w:tc>
        <w:tc>
          <w:tcPr>
            <w:tcW w:w="6338" w:type="dxa"/>
          </w:tcPr>
          <w:p w:rsidR="00634EBA" w:rsidRDefault="00634E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634EBA" w:rsidRDefault="00634E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634EBA" w:rsidRDefault="00634E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D1E" w:rsidRPr="00634EBA" w:rsidRDefault="00634EBA" w:rsidP="00634E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EBA">
        <w:rPr>
          <w:rFonts w:ascii="Times New Roman" w:hAnsi="Times New Roman" w:cs="Times New Roman"/>
          <w:b/>
          <w:sz w:val="28"/>
          <w:szCs w:val="28"/>
        </w:rPr>
        <w:t>THÔNG BÁO</w:t>
      </w:r>
      <w:r w:rsidRPr="00634EBA">
        <w:rPr>
          <w:rFonts w:ascii="Times New Roman" w:hAnsi="Times New Roman" w:cs="Times New Roman"/>
          <w:b/>
          <w:sz w:val="28"/>
          <w:szCs w:val="28"/>
        </w:rPr>
        <w:br/>
      </w:r>
      <w:r w:rsidRPr="00634EBA">
        <w:rPr>
          <w:rFonts w:ascii="Times New Roman" w:hAnsi="Times New Roman" w:cs="Times New Roman"/>
          <w:b/>
          <w:sz w:val="28"/>
          <w:szCs w:val="28"/>
        </w:rPr>
        <w:t>V</w:t>
      </w:r>
      <w:r w:rsidRPr="00634EBA">
        <w:rPr>
          <w:rFonts w:ascii="Times New Roman" w:hAnsi="Times New Roman" w:cs="Times New Roman"/>
          <w:b/>
          <w:sz w:val="28"/>
          <w:szCs w:val="28"/>
        </w:rPr>
        <w:t>ề</w:t>
      </w:r>
      <w:r w:rsidRPr="00634EBA"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Pr="00634EBA">
        <w:rPr>
          <w:rFonts w:ascii="Times New Roman" w:hAnsi="Times New Roman" w:cs="Times New Roman"/>
          <w:b/>
          <w:sz w:val="28"/>
          <w:szCs w:val="28"/>
        </w:rPr>
        <w:t>ị</w:t>
      </w:r>
      <w:r w:rsidRPr="00634EBA">
        <w:rPr>
          <w:rFonts w:ascii="Times New Roman" w:hAnsi="Times New Roman" w:cs="Times New Roman"/>
          <w:b/>
          <w:sz w:val="28"/>
          <w:szCs w:val="28"/>
        </w:rPr>
        <w:t>ch ngh</w:t>
      </w:r>
      <w:r w:rsidRPr="00634EBA">
        <w:rPr>
          <w:rFonts w:ascii="Times New Roman" w:hAnsi="Times New Roman" w:cs="Times New Roman"/>
          <w:b/>
          <w:sz w:val="28"/>
          <w:szCs w:val="28"/>
        </w:rPr>
        <w:t>ỉ</w:t>
      </w:r>
      <w:r w:rsidRPr="00634EBA">
        <w:rPr>
          <w:rFonts w:ascii="Times New Roman" w:hAnsi="Times New Roman" w:cs="Times New Roman"/>
          <w:b/>
          <w:sz w:val="28"/>
          <w:szCs w:val="28"/>
        </w:rPr>
        <w:t xml:space="preserve"> hè năm h</w:t>
      </w:r>
      <w:r w:rsidRPr="00634EBA">
        <w:rPr>
          <w:rFonts w:ascii="Times New Roman" w:hAnsi="Times New Roman" w:cs="Times New Roman"/>
          <w:b/>
          <w:sz w:val="28"/>
          <w:szCs w:val="28"/>
        </w:rPr>
        <w:t>ọc [20…–20…]</w:t>
      </w:r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>Kính g</w:t>
      </w:r>
      <w:r w:rsidRPr="00634EBA">
        <w:rPr>
          <w:rFonts w:ascii="Times New Roman" w:hAnsi="Times New Roman" w:cs="Times New Roman"/>
          <w:sz w:val="28"/>
          <w:szCs w:val="28"/>
        </w:rPr>
        <w:t>ử</w:t>
      </w:r>
      <w:r w:rsidRPr="00634EBA">
        <w:rPr>
          <w:rFonts w:ascii="Times New Roman" w:hAnsi="Times New Roman" w:cs="Times New Roman"/>
          <w:sz w:val="28"/>
          <w:szCs w:val="28"/>
        </w:rPr>
        <w:t>i: Quý Ph</w:t>
      </w:r>
      <w:r w:rsidRPr="00634EBA">
        <w:rPr>
          <w:rFonts w:ascii="Times New Roman" w:hAnsi="Times New Roman" w:cs="Times New Roman"/>
          <w:sz w:val="28"/>
          <w:szCs w:val="28"/>
        </w:rPr>
        <w:t>ụ</w:t>
      </w:r>
      <w:r w:rsidRPr="00634EBA">
        <w:rPr>
          <w:rFonts w:ascii="Times New Roman" w:hAnsi="Times New Roman" w:cs="Times New Roman"/>
          <w:sz w:val="28"/>
          <w:szCs w:val="28"/>
        </w:rPr>
        <w:t xml:space="preserve"> huynh h</w:t>
      </w:r>
      <w:r w:rsidRPr="00634EBA">
        <w:rPr>
          <w:rFonts w:ascii="Times New Roman" w:hAnsi="Times New Roman" w:cs="Times New Roman"/>
          <w:sz w:val="28"/>
          <w:szCs w:val="28"/>
        </w:rPr>
        <w:t>ọ</w:t>
      </w:r>
      <w:r w:rsidRPr="00634EBA">
        <w:rPr>
          <w:rFonts w:ascii="Times New Roman" w:hAnsi="Times New Roman" w:cs="Times New Roman"/>
          <w:sz w:val="28"/>
          <w:szCs w:val="28"/>
        </w:rPr>
        <w:t>c sinh,</w:t>
      </w:r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>Nh</w:t>
      </w:r>
      <w:r w:rsidRPr="00634EBA">
        <w:rPr>
          <w:rFonts w:ascii="Times New Roman" w:hAnsi="Times New Roman" w:cs="Times New Roman"/>
          <w:sz w:val="28"/>
          <w:szCs w:val="28"/>
        </w:rPr>
        <w:t>ằ</w:t>
      </w:r>
      <w:r w:rsidRPr="00634EBA">
        <w:rPr>
          <w:rFonts w:ascii="Times New Roman" w:hAnsi="Times New Roman" w:cs="Times New Roman"/>
          <w:sz w:val="28"/>
          <w:szCs w:val="28"/>
        </w:rPr>
        <w:t>m th</w:t>
      </w:r>
      <w:r w:rsidRPr="00634EBA">
        <w:rPr>
          <w:rFonts w:ascii="Times New Roman" w:hAnsi="Times New Roman" w:cs="Times New Roman"/>
          <w:sz w:val="28"/>
          <w:szCs w:val="28"/>
        </w:rPr>
        <w:t>ự</w:t>
      </w:r>
      <w:r w:rsidRPr="00634EBA">
        <w:rPr>
          <w:rFonts w:ascii="Times New Roman" w:hAnsi="Times New Roman" w:cs="Times New Roman"/>
          <w:sz w:val="28"/>
          <w:szCs w:val="28"/>
        </w:rPr>
        <w:t>c hi</w:t>
      </w:r>
      <w:r w:rsidRPr="00634EBA">
        <w:rPr>
          <w:rFonts w:ascii="Times New Roman" w:hAnsi="Times New Roman" w:cs="Times New Roman"/>
          <w:sz w:val="28"/>
          <w:szCs w:val="28"/>
        </w:rPr>
        <w:t>ệ</w:t>
      </w:r>
      <w:r w:rsidRPr="00634EBA">
        <w:rPr>
          <w:rFonts w:ascii="Times New Roman" w:hAnsi="Times New Roman" w:cs="Times New Roman"/>
          <w:sz w:val="28"/>
          <w:szCs w:val="28"/>
        </w:rPr>
        <w:t>n k</w:t>
      </w:r>
      <w:r w:rsidRPr="00634EBA">
        <w:rPr>
          <w:rFonts w:ascii="Times New Roman" w:hAnsi="Times New Roman" w:cs="Times New Roman"/>
          <w:sz w:val="28"/>
          <w:szCs w:val="28"/>
        </w:rPr>
        <w:t>ế</w:t>
      </w:r>
      <w:r w:rsidRPr="00634EBA">
        <w:rPr>
          <w:rFonts w:ascii="Times New Roman" w:hAnsi="Times New Roman" w:cs="Times New Roman"/>
          <w:sz w:val="28"/>
          <w:szCs w:val="28"/>
        </w:rPr>
        <w:t xml:space="preserve"> ho</w:t>
      </w:r>
      <w:r w:rsidRPr="00634EBA">
        <w:rPr>
          <w:rFonts w:ascii="Times New Roman" w:hAnsi="Times New Roman" w:cs="Times New Roman"/>
          <w:sz w:val="28"/>
          <w:szCs w:val="28"/>
        </w:rPr>
        <w:t>ạ</w:t>
      </w:r>
      <w:r w:rsidRPr="00634EBA">
        <w:rPr>
          <w:rFonts w:ascii="Times New Roman" w:hAnsi="Times New Roman" w:cs="Times New Roman"/>
          <w:sz w:val="28"/>
          <w:szCs w:val="28"/>
        </w:rPr>
        <w:t>ch năm h</w:t>
      </w:r>
      <w:r w:rsidRPr="00634EBA">
        <w:rPr>
          <w:rFonts w:ascii="Times New Roman" w:hAnsi="Times New Roman" w:cs="Times New Roman"/>
          <w:sz w:val="28"/>
          <w:szCs w:val="28"/>
        </w:rPr>
        <w:t>ọ</w:t>
      </w:r>
      <w:r w:rsidRPr="00634EBA">
        <w:rPr>
          <w:rFonts w:ascii="Times New Roman" w:hAnsi="Times New Roman" w:cs="Times New Roman"/>
          <w:sz w:val="28"/>
          <w:szCs w:val="28"/>
        </w:rPr>
        <w:t>c và t</w:t>
      </w:r>
      <w:r w:rsidRPr="00634EBA">
        <w:rPr>
          <w:rFonts w:ascii="Times New Roman" w:hAnsi="Times New Roman" w:cs="Times New Roman"/>
          <w:sz w:val="28"/>
          <w:szCs w:val="28"/>
        </w:rPr>
        <w:t>ạ</w:t>
      </w:r>
      <w:r w:rsidRPr="00634EBA">
        <w:rPr>
          <w:rFonts w:ascii="Times New Roman" w:hAnsi="Times New Roman" w:cs="Times New Roman"/>
          <w:sz w:val="28"/>
          <w:szCs w:val="28"/>
        </w:rPr>
        <w:t>o đi</w:t>
      </w:r>
      <w:r w:rsidRPr="00634EBA">
        <w:rPr>
          <w:rFonts w:ascii="Times New Roman" w:hAnsi="Times New Roman" w:cs="Times New Roman"/>
          <w:sz w:val="28"/>
          <w:szCs w:val="28"/>
        </w:rPr>
        <w:t>ề</w:t>
      </w:r>
      <w:r w:rsidRPr="00634EBA">
        <w:rPr>
          <w:rFonts w:ascii="Times New Roman" w:hAnsi="Times New Roman" w:cs="Times New Roman"/>
          <w:sz w:val="28"/>
          <w:szCs w:val="28"/>
        </w:rPr>
        <w:t>u ki</w:t>
      </w:r>
      <w:r w:rsidRPr="00634EBA">
        <w:rPr>
          <w:rFonts w:ascii="Times New Roman" w:hAnsi="Times New Roman" w:cs="Times New Roman"/>
          <w:sz w:val="28"/>
          <w:szCs w:val="28"/>
        </w:rPr>
        <w:t>ệ</w:t>
      </w:r>
      <w:r w:rsidRPr="00634EBA">
        <w:rPr>
          <w:rFonts w:ascii="Times New Roman" w:hAnsi="Times New Roman" w:cs="Times New Roman"/>
          <w:sz w:val="28"/>
          <w:szCs w:val="28"/>
        </w:rPr>
        <w:t>n đ</w:t>
      </w:r>
      <w:r w:rsidRPr="00634EBA">
        <w:rPr>
          <w:rFonts w:ascii="Times New Roman" w:hAnsi="Times New Roman" w:cs="Times New Roman"/>
          <w:sz w:val="28"/>
          <w:szCs w:val="28"/>
        </w:rPr>
        <w:t>ể</w:t>
      </w:r>
      <w:r w:rsidRPr="00634EBA">
        <w:rPr>
          <w:rFonts w:ascii="Times New Roman" w:hAnsi="Times New Roman" w:cs="Times New Roman"/>
          <w:sz w:val="28"/>
          <w:szCs w:val="28"/>
        </w:rPr>
        <w:t xml:space="preserve"> tr</w:t>
      </w:r>
      <w:r w:rsidRPr="00634EBA">
        <w:rPr>
          <w:rFonts w:ascii="Times New Roman" w:hAnsi="Times New Roman" w:cs="Times New Roman"/>
          <w:sz w:val="28"/>
          <w:szCs w:val="28"/>
        </w:rPr>
        <w:t>ẻ</w:t>
      </w:r>
      <w:r w:rsidRPr="00634EBA">
        <w:rPr>
          <w:rFonts w:ascii="Times New Roman" w:hAnsi="Times New Roman" w:cs="Times New Roman"/>
          <w:sz w:val="28"/>
          <w:szCs w:val="28"/>
        </w:rPr>
        <w:t xml:space="preserve"> em đư</w:t>
      </w:r>
      <w:r w:rsidRPr="00634EBA">
        <w:rPr>
          <w:rFonts w:ascii="Times New Roman" w:hAnsi="Times New Roman" w:cs="Times New Roman"/>
          <w:sz w:val="28"/>
          <w:szCs w:val="28"/>
        </w:rPr>
        <w:t>ợ</w:t>
      </w:r>
      <w:r w:rsidRPr="00634EBA">
        <w:rPr>
          <w:rFonts w:ascii="Times New Roman" w:hAnsi="Times New Roman" w:cs="Times New Roman"/>
          <w:sz w:val="28"/>
          <w:szCs w:val="28"/>
        </w:rPr>
        <w:t>c ngh</w:t>
      </w:r>
      <w:r w:rsidRPr="00634EBA">
        <w:rPr>
          <w:rFonts w:ascii="Times New Roman" w:hAnsi="Times New Roman" w:cs="Times New Roman"/>
          <w:sz w:val="28"/>
          <w:szCs w:val="28"/>
        </w:rPr>
        <w:t>ỉ</w:t>
      </w:r>
      <w:r w:rsidRPr="00634EBA">
        <w:rPr>
          <w:rFonts w:ascii="Times New Roman" w:hAnsi="Times New Roman" w:cs="Times New Roman"/>
          <w:sz w:val="28"/>
          <w:szCs w:val="28"/>
        </w:rPr>
        <w:t xml:space="preserve"> ngơi, vui chơi trong d</w:t>
      </w:r>
      <w:r w:rsidRPr="00634EBA">
        <w:rPr>
          <w:rFonts w:ascii="Times New Roman" w:hAnsi="Times New Roman" w:cs="Times New Roman"/>
          <w:sz w:val="28"/>
          <w:szCs w:val="28"/>
        </w:rPr>
        <w:t>ị</w:t>
      </w:r>
      <w:r w:rsidRPr="00634EBA">
        <w:rPr>
          <w:rFonts w:ascii="Times New Roman" w:hAnsi="Times New Roman" w:cs="Times New Roman"/>
          <w:sz w:val="28"/>
          <w:szCs w:val="28"/>
        </w:rPr>
        <w:t>p hè, trư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>ng M</w:t>
      </w:r>
      <w:r w:rsidRPr="00634EBA">
        <w:rPr>
          <w:rFonts w:ascii="Times New Roman" w:hAnsi="Times New Roman" w:cs="Times New Roman"/>
          <w:sz w:val="28"/>
          <w:szCs w:val="28"/>
        </w:rPr>
        <w:t>ầ</w:t>
      </w:r>
      <w:r w:rsidRPr="00634EBA">
        <w:rPr>
          <w:rFonts w:ascii="Times New Roman" w:hAnsi="Times New Roman" w:cs="Times New Roman"/>
          <w:sz w:val="28"/>
          <w:szCs w:val="28"/>
        </w:rPr>
        <w:t>m non [Tên trư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 xml:space="preserve">ng] xin </w:t>
      </w:r>
      <w:r w:rsidRPr="00634EBA">
        <w:rPr>
          <w:rFonts w:ascii="Times New Roman" w:hAnsi="Times New Roman" w:cs="Times New Roman"/>
          <w:sz w:val="28"/>
          <w:szCs w:val="28"/>
        </w:rPr>
        <w:t>thông báo đ</w:t>
      </w:r>
      <w:r w:rsidRPr="00634EBA">
        <w:rPr>
          <w:rFonts w:ascii="Times New Roman" w:hAnsi="Times New Roman" w:cs="Times New Roman"/>
          <w:sz w:val="28"/>
          <w:szCs w:val="28"/>
        </w:rPr>
        <w:t>ế</w:t>
      </w:r>
      <w:r w:rsidRPr="00634EBA">
        <w:rPr>
          <w:rFonts w:ascii="Times New Roman" w:hAnsi="Times New Roman" w:cs="Times New Roman"/>
          <w:sz w:val="28"/>
          <w:szCs w:val="28"/>
        </w:rPr>
        <w:t>n quý ph</w:t>
      </w:r>
      <w:r w:rsidRPr="00634EBA">
        <w:rPr>
          <w:rFonts w:ascii="Times New Roman" w:hAnsi="Times New Roman" w:cs="Times New Roman"/>
          <w:sz w:val="28"/>
          <w:szCs w:val="28"/>
        </w:rPr>
        <w:t>ụ</w:t>
      </w:r>
      <w:r w:rsidRPr="00634EBA">
        <w:rPr>
          <w:rFonts w:ascii="Times New Roman" w:hAnsi="Times New Roman" w:cs="Times New Roman"/>
          <w:sz w:val="28"/>
          <w:szCs w:val="28"/>
        </w:rPr>
        <w:t xml:space="preserve"> huynh v</w:t>
      </w:r>
      <w:r w:rsidRPr="00634EBA">
        <w:rPr>
          <w:rFonts w:ascii="Times New Roman" w:hAnsi="Times New Roman" w:cs="Times New Roman"/>
          <w:sz w:val="28"/>
          <w:szCs w:val="28"/>
        </w:rPr>
        <w:t>ề</w:t>
      </w:r>
      <w:r w:rsidRPr="00634EBA">
        <w:rPr>
          <w:rFonts w:ascii="Times New Roman" w:hAnsi="Times New Roman" w:cs="Times New Roman"/>
          <w:sz w:val="28"/>
          <w:szCs w:val="28"/>
        </w:rPr>
        <w:t xml:space="preserve"> th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>i gian ngh</w:t>
      </w:r>
      <w:r w:rsidRPr="00634EBA">
        <w:rPr>
          <w:rFonts w:ascii="Times New Roman" w:hAnsi="Times New Roman" w:cs="Times New Roman"/>
          <w:sz w:val="28"/>
          <w:szCs w:val="28"/>
        </w:rPr>
        <w:t>ỉ</w:t>
      </w:r>
      <w:r w:rsidRPr="00634EBA">
        <w:rPr>
          <w:rFonts w:ascii="Times New Roman" w:hAnsi="Times New Roman" w:cs="Times New Roman"/>
          <w:sz w:val="28"/>
          <w:szCs w:val="28"/>
        </w:rPr>
        <w:t xml:space="preserve"> hè như sau:</w:t>
      </w:r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>1. Th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>i gian ngh</w:t>
      </w:r>
      <w:r w:rsidRPr="00634EBA">
        <w:rPr>
          <w:rFonts w:ascii="Times New Roman" w:hAnsi="Times New Roman" w:cs="Times New Roman"/>
          <w:sz w:val="28"/>
          <w:szCs w:val="28"/>
        </w:rPr>
        <w:t>ỉ</w:t>
      </w:r>
      <w:r w:rsidRPr="00634EBA">
        <w:rPr>
          <w:rFonts w:ascii="Times New Roman" w:hAnsi="Times New Roman" w:cs="Times New Roman"/>
          <w:sz w:val="28"/>
          <w:szCs w:val="28"/>
        </w:rPr>
        <w:t xml:space="preserve"> hè: T</w:t>
      </w:r>
      <w:r w:rsidRPr="00634EBA">
        <w:rPr>
          <w:rFonts w:ascii="Times New Roman" w:hAnsi="Times New Roman" w:cs="Times New Roman"/>
          <w:sz w:val="28"/>
          <w:szCs w:val="28"/>
        </w:rPr>
        <w:t>ừ</w:t>
      </w:r>
      <w:r w:rsidRPr="00634EBA">
        <w:rPr>
          <w:rFonts w:ascii="Times New Roman" w:hAnsi="Times New Roman" w:cs="Times New Roman"/>
          <w:sz w:val="28"/>
          <w:szCs w:val="28"/>
        </w:rPr>
        <w:t xml:space="preserve"> ngày [dd/mm/yyyy] đ</w:t>
      </w:r>
      <w:r w:rsidRPr="00634EBA">
        <w:rPr>
          <w:rFonts w:ascii="Times New Roman" w:hAnsi="Times New Roman" w:cs="Times New Roman"/>
          <w:sz w:val="28"/>
          <w:szCs w:val="28"/>
        </w:rPr>
        <w:t>ế</w:t>
      </w:r>
      <w:r w:rsidRPr="00634EBA">
        <w:rPr>
          <w:rFonts w:ascii="Times New Roman" w:hAnsi="Times New Roman" w:cs="Times New Roman"/>
          <w:sz w:val="28"/>
          <w:szCs w:val="28"/>
        </w:rPr>
        <w:t>n h</w:t>
      </w:r>
      <w:r w:rsidRPr="00634EBA">
        <w:rPr>
          <w:rFonts w:ascii="Times New Roman" w:hAnsi="Times New Roman" w:cs="Times New Roman"/>
          <w:sz w:val="28"/>
          <w:szCs w:val="28"/>
        </w:rPr>
        <w:t>ế</w:t>
      </w:r>
      <w:r w:rsidRPr="00634EBA">
        <w:rPr>
          <w:rFonts w:ascii="Times New Roman" w:hAnsi="Times New Roman" w:cs="Times New Roman"/>
          <w:sz w:val="28"/>
          <w:szCs w:val="28"/>
        </w:rPr>
        <w:t>t ngày [dd/mm/yyyy].</w:t>
      </w:r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>2. Th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>i gian nh</w:t>
      </w:r>
      <w:r w:rsidRPr="00634EBA">
        <w:rPr>
          <w:rFonts w:ascii="Times New Roman" w:hAnsi="Times New Roman" w:cs="Times New Roman"/>
          <w:sz w:val="28"/>
          <w:szCs w:val="28"/>
        </w:rPr>
        <w:t>ậ</w:t>
      </w:r>
      <w:r w:rsidRPr="00634EBA">
        <w:rPr>
          <w:rFonts w:ascii="Times New Roman" w:hAnsi="Times New Roman" w:cs="Times New Roman"/>
          <w:sz w:val="28"/>
          <w:szCs w:val="28"/>
        </w:rPr>
        <w:t>p h</w:t>
      </w:r>
      <w:r w:rsidRPr="00634EBA">
        <w:rPr>
          <w:rFonts w:ascii="Times New Roman" w:hAnsi="Times New Roman" w:cs="Times New Roman"/>
          <w:sz w:val="28"/>
          <w:szCs w:val="28"/>
        </w:rPr>
        <w:t>ọ</w:t>
      </w:r>
      <w:r w:rsidRPr="00634EBA">
        <w:rPr>
          <w:rFonts w:ascii="Times New Roman" w:hAnsi="Times New Roman" w:cs="Times New Roman"/>
          <w:sz w:val="28"/>
          <w:szCs w:val="28"/>
        </w:rPr>
        <w:t>c tr</w:t>
      </w:r>
      <w:r w:rsidRPr="00634EBA">
        <w:rPr>
          <w:rFonts w:ascii="Times New Roman" w:hAnsi="Times New Roman" w:cs="Times New Roman"/>
          <w:sz w:val="28"/>
          <w:szCs w:val="28"/>
        </w:rPr>
        <w:t>ở</w:t>
      </w:r>
      <w:r w:rsidRPr="00634EBA">
        <w:rPr>
          <w:rFonts w:ascii="Times New Roman" w:hAnsi="Times New Roman" w:cs="Times New Roman"/>
          <w:sz w:val="28"/>
          <w:szCs w:val="28"/>
        </w:rPr>
        <w:t xml:space="preserve"> l</w:t>
      </w:r>
      <w:r w:rsidRPr="00634EBA">
        <w:rPr>
          <w:rFonts w:ascii="Times New Roman" w:hAnsi="Times New Roman" w:cs="Times New Roman"/>
          <w:sz w:val="28"/>
          <w:szCs w:val="28"/>
        </w:rPr>
        <w:t>ạ</w:t>
      </w:r>
      <w:r w:rsidRPr="00634EBA">
        <w:rPr>
          <w:rFonts w:ascii="Times New Roman" w:hAnsi="Times New Roman" w:cs="Times New Roman"/>
          <w:sz w:val="28"/>
          <w:szCs w:val="28"/>
        </w:rPr>
        <w:t>i: Ngày [dd/mm/yyyy].</w:t>
      </w:r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>3. Lưu ý:</w:t>
      </w:r>
      <w:bookmarkStart w:id="0" w:name="_GoBack"/>
      <w:bookmarkEnd w:id="0"/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> –</w:t>
      </w:r>
      <w:r w:rsidRPr="00634EBA">
        <w:rPr>
          <w:rFonts w:ascii="Times New Roman" w:hAnsi="Times New Roman" w:cs="Times New Roman"/>
          <w:sz w:val="28"/>
          <w:szCs w:val="28"/>
        </w:rPr>
        <w:t xml:space="preserve"> Trong th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>i gian ngh</w:t>
      </w:r>
      <w:r w:rsidRPr="00634EBA">
        <w:rPr>
          <w:rFonts w:ascii="Times New Roman" w:hAnsi="Times New Roman" w:cs="Times New Roman"/>
          <w:sz w:val="28"/>
          <w:szCs w:val="28"/>
        </w:rPr>
        <w:t>ỉ</w:t>
      </w:r>
      <w:r w:rsidRPr="00634EBA">
        <w:rPr>
          <w:rFonts w:ascii="Times New Roman" w:hAnsi="Times New Roman" w:cs="Times New Roman"/>
          <w:sz w:val="28"/>
          <w:szCs w:val="28"/>
        </w:rPr>
        <w:t xml:space="preserve"> hè, quý ph</w:t>
      </w:r>
      <w:r w:rsidRPr="00634EBA">
        <w:rPr>
          <w:rFonts w:ascii="Times New Roman" w:hAnsi="Times New Roman" w:cs="Times New Roman"/>
          <w:sz w:val="28"/>
          <w:szCs w:val="28"/>
        </w:rPr>
        <w:t>ụ</w:t>
      </w:r>
      <w:r w:rsidRPr="00634EBA">
        <w:rPr>
          <w:rFonts w:ascii="Times New Roman" w:hAnsi="Times New Roman" w:cs="Times New Roman"/>
          <w:sz w:val="28"/>
          <w:szCs w:val="28"/>
        </w:rPr>
        <w:t xml:space="preserve"> huynh vui lòng quan tâm, giám sá</w:t>
      </w:r>
      <w:r w:rsidRPr="00634EBA">
        <w:rPr>
          <w:rFonts w:ascii="Times New Roman" w:hAnsi="Times New Roman" w:cs="Times New Roman"/>
          <w:sz w:val="28"/>
          <w:szCs w:val="28"/>
        </w:rPr>
        <w:t>t và đ</w:t>
      </w:r>
      <w:r w:rsidRPr="00634EBA">
        <w:rPr>
          <w:rFonts w:ascii="Times New Roman" w:hAnsi="Times New Roman" w:cs="Times New Roman"/>
          <w:sz w:val="28"/>
          <w:szCs w:val="28"/>
        </w:rPr>
        <w:t>ả</w:t>
      </w:r>
      <w:r w:rsidRPr="00634EBA">
        <w:rPr>
          <w:rFonts w:ascii="Times New Roman" w:hAnsi="Times New Roman" w:cs="Times New Roman"/>
          <w:sz w:val="28"/>
          <w:szCs w:val="28"/>
        </w:rPr>
        <w:t>m b</w:t>
      </w:r>
      <w:r w:rsidRPr="00634EBA">
        <w:rPr>
          <w:rFonts w:ascii="Times New Roman" w:hAnsi="Times New Roman" w:cs="Times New Roman"/>
          <w:sz w:val="28"/>
          <w:szCs w:val="28"/>
        </w:rPr>
        <w:t>ả</w:t>
      </w:r>
      <w:r w:rsidRPr="00634EBA">
        <w:rPr>
          <w:rFonts w:ascii="Times New Roman" w:hAnsi="Times New Roman" w:cs="Times New Roman"/>
          <w:sz w:val="28"/>
          <w:szCs w:val="28"/>
        </w:rPr>
        <w:t>o an toàn cho tr</w:t>
      </w:r>
      <w:r w:rsidRPr="00634EBA">
        <w:rPr>
          <w:rFonts w:ascii="Times New Roman" w:hAnsi="Times New Roman" w:cs="Times New Roman"/>
          <w:sz w:val="28"/>
          <w:szCs w:val="28"/>
        </w:rPr>
        <w:t>ẻ</w:t>
      </w:r>
      <w:r w:rsidRPr="00634EBA">
        <w:rPr>
          <w:rFonts w:ascii="Times New Roman" w:hAnsi="Times New Roman" w:cs="Times New Roman"/>
          <w:sz w:val="28"/>
          <w:szCs w:val="28"/>
        </w:rPr>
        <w:t xml:space="preserve"> t</w:t>
      </w:r>
      <w:r w:rsidRPr="00634EBA">
        <w:rPr>
          <w:rFonts w:ascii="Times New Roman" w:hAnsi="Times New Roman" w:cs="Times New Roman"/>
          <w:sz w:val="28"/>
          <w:szCs w:val="28"/>
        </w:rPr>
        <w:t>ạ</w:t>
      </w:r>
      <w:r w:rsidRPr="00634EBA">
        <w:rPr>
          <w:rFonts w:ascii="Times New Roman" w:hAnsi="Times New Roman" w:cs="Times New Roman"/>
          <w:sz w:val="28"/>
          <w:szCs w:val="28"/>
        </w:rPr>
        <w:t>i nhà.</w:t>
      </w:r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> –</w:t>
      </w:r>
      <w:r w:rsidRPr="00634EBA">
        <w:rPr>
          <w:rFonts w:ascii="Times New Roman" w:hAnsi="Times New Roman" w:cs="Times New Roman"/>
          <w:sz w:val="28"/>
          <w:szCs w:val="28"/>
        </w:rPr>
        <w:t xml:space="preserve"> N</w:t>
      </w:r>
      <w:r w:rsidRPr="00634EBA">
        <w:rPr>
          <w:rFonts w:ascii="Times New Roman" w:hAnsi="Times New Roman" w:cs="Times New Roman"/>
          <w:sz w:val="28"/>
          <w:szCs w:val="28"/>
        </w:rPr>
        <w:t>ế</w:t>
      </w:r>
      <w:r w:rsidRPr="00634EBA">
        <w:rPr>
          <w:rFonts w:ascii="Times New Roman" w:hAnsi="Times New Roman" w:cs="Times New Roman"/>
          <w:sz w:val="28"/>
          <w:szCs w:val="28"/>
        </w:rPr>
        <w:t>u có thay đ</w:t>
      </w:r>
      <w:r w:rsidRPr="00634EBA">
        <w:rPr>
          <w:rFonts w:ascii="Times New Roman" w:hAnsi="Times New Roman" w:cs="Times New Roman"/>
          <w:sz w:val="28"/>
          <w:szCs w:val="28"/>
        </w:rPr>
        <w:t>ổ</w:t>
      </w:r>
      <w:r w:rsidRPr="00634EBA">
        <w:rPr>
          <w:rFonts w:ascii="Times New Roman" w:hAnsi="Times New Roman" w:cs="Times New Roman"/>
          <w:sz w:val="28"/>
          <w:szCs w:val="28"/>
        </w:rPr>
        <w:t>i v</w:t>
      </w:r>
      <w:r w:rsidRPr="00634EBA">
        <w:rPr>
          <w:rFonts w:ascii="Times New Roman" w:hAnsi="Times New Roman" w:cs="Times New Roman"/>
          <w:sz w:val="28"/>
          <w:szCs w:val="28"/>
        </w:rPr>
        <w:t>ề</w:t>
      </w:r>
      <w:r w:rsidRPr="00634EBA">
        <w:rPr>
          <w:rFonts w:ascii="Times New Roman" w:hAnsi="Times New Roman" w:cs="Times New Roman"/>
          <w:sz w:val="28"/>
          <w:szCs w:val="28"/>
        </w:rPr>
        <w:t xml:space="preserve"> l</w:t>
      </w:r>
      <w:r w:rsidRPr="00634EBA">
        <w:rPr>
          <w:rFonts w:ascii="Times New Roman" w:hAnsi="Times New Roman" w:cs="Times New Roman"/>
          <w:sz w:val="28"/>
          <w:szCs w:val="28"/>
        </w:rPr>
        <w:t>ị</w:t>
      </w:r>
      <w:r w:rsidRPr="00634EBA">
        <w:rPr>
          <w:rFonts w:ascii="Times New Roman" w:hAnsi="Times New Roman" w:cs="Times New Roman"/>
          <w:sz w:val="28"/>
          <w:szCs w:val="28"/>
        </w:rPr>
        <w:t>ch h</w:t>
      </w:r>
      <w:r w:rsidRPr="00634EBA">
        <w:rPr>
          <w:rFonts w:ascii="Times New Roman" w:hAnsi="Times New Roman" w:cs="Times New Roman"/>
          <w:sz w:val="28"/>
          <w:szCs w:val="28"/>
        </w:rPr>
        <w:t>ọ</w:t>
      </w:r>
      <w:r w:rsidRPr="00634EBA">
        <w:rPr>
          <w:rFonts w:ascii="Times New Roman" w:hAnsi="Times New Roman" w:cs="Times New Roman"/>
          <w:sz w:val="28"/>
          <w:szCs w:val="28"/>
        </w:rPr>
        <w:t>c, nhà trư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>ng s</w:t>
      </w:r>
      <w:r w:rsidRPr="00634EBA">
        <w:rPr>
          <w:rFonts w:ascii="Times New Roman" w:hAnsi="Times New Roman" w:cs="Times New Roman"/>
          <w:sz w:val="28"/>
          <w:szCs w:val="28"/>
        </w:rPr>
        <w:t>ẽ</w:t>
      </w:r>
      <w:r w:rsidRPr="00634EBA">
        <w:rPr>
          <w:rFonts w:ascii="Times New Roman" w:hAnsi="Times New Roman" w:cs="Times New Roman"/>
          <w:sz w:val="28"/>
          <w:szCs w:val="28"/>
        </w:rPr>
        <w:t xml:space="preserve"> thông báo k</w:t>
      </w:r>
      <w:r w:rsidRPr="00634EBA">
        <w:rPr>
          <w:rFonts w:ascii="Times New Roman" w:hAnsi="Times New Roman" w:cs="Times New Roman"/>
          <w:sz w:val="28"/>
          <w:szCs w:val="28"/>
        </w:rPr>
        <w:t>ị</w:t>
      </w:r>
      <w:r w:rsidRPr="00634EBA">
        <w:rPr>
          <w:rFonts w:ascii="Times New Roman" w:hAnsi="Times New Roman" w:cs="Times New Roman"/>
          <w:sz w:val="28"/>
          <w:szCs w:val="28"/>
        </w:rPr>
        <w:t>p th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>i qua giáo viên ch</w:t>
      </w:r>
      <w:r w:rsidRPr="00634EBA">
        <w:rPr>
          <w:rFonts w:ascii="Times New Roman" w:hAnsi="Times New Roman" w:cs="Times New Roman"/>
          <w:sz w:val="28"/>
          <w:szCs w:val="28"/>
        </w:rPr>
        <w:t>ủ</w:t>
      </w:r>
      <w:r w:rsidRPr="00634EBA">
        <w:rPr>
          <w:rFonts w:ascii="Times New Roman" w:hAnsi="Times New Roman" w:cs="Times New Roman"/>
          <w:sz w:val="28"/>
          <w:szCs w:val="28"/>
        </w:rPr>
        <w:t xml:space="preserve"> nhi</w:t>
      </w:r>
      <w:r w:rsidRPr="00634EBA">
        <w:rPr>
          <w:rFonts w:ascii="Times New Roman" w:hAnsi="Times New Roman" w:cs="Times New Roman"/>
          <w:sz w:val="28"/>
          <w:szCs w:val="28"/>
        </w:rPr>
        <w:t>ệ</w:t>
      </w:r>
      <w:r w:rsidRPr="00634EBA">
        <w:rPr>
          <w:rFonts w:ascii="Times New Roman" w:hAnsi="Times New Roman" w:cs="Times New Roman"/>
          <w:sz w:val="28"/>
          <w:szCs w:val="28"/>
        </w:rPr>
        <w:t>m ho</w:t>
      </w:r>
      <w:r w:rsidRPr="00634EBA">
        <w:rPr>
          <w:rFonts w:ascii="Times New Roman" w:hAnsi="Times New Roman" w:cs="Times New Roman"/>
          <w:sz w:val="28"/>
          <w:szCs w:val="28"/>
        </w:rPr>
        <w:t>ặ</w:t>
      </w:r>
      <w:r w:rsidRPr="00634EBA">
        <w:rPr>
          <w:rFonts w:ascii="Times New Roman" w:hAnsi="Times New Roman" w:cs="Times New Roman"/>
          <w:sz w:val="28"/>
          <w:szCs w:val="28"/>
        </w:rPr>
        <w:t>c các kênh liên l</w:t>
      </w:r>
      <w:r w:rsidRPr="00634EBA">
        <w:rPr>
          <w:rFonts w:ascii="Times New Roman" w:hAnsi="Times New Roman" w:cs="Times New Roman"/>
          <w:sz w:val="28"/>
          <w:szCs w:val="28"/>
        </w:rPr>
        <w:t>ạ</w:t>
      </w:r>
      <w:r w:rsidRPr="00634EBA">
        <w:rPr>
          <w:rFonts w:ascii="Times New Roman" w:hAnsi="Times New Roman" w:cs="Times New Roman"/>
          <w:sz w:val="28"/>
          <w:szCs w:val="28"/>
        </w:rPr>
        <w:t>c chính th</w:t>
      </w:r>
      <w:r w:rsidRPr="00634EBA">
        <w:rPr>
          <w:rFonts w:ascii="Times New Roman" w:hAnsi="Times New Roman" w:cs="Times New Roman"/>
          <w:sz w:val="28"/>
          <w:szCs w:val="28"/>
        </w:rPr>
        <w:t>ứ</w:t>
      </w:r>
      <w:r w:rsidRPr="00634EBA">
        <w:rPr>
          <w:rFonts w:ascii="Times New Roman" w:hAnsi="Times New Roman" w:cs="Times New Roman"/>
          <w:sz w:val="28"/>
          <w:szCs w:val="28"/>
        </w:rPr>
        <w:t>c.</w:t>
      </w:r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>Trân tr</w:t>
      </w:r>
      <w:r w:rsidRPr="00634EBA">
        <w:rPr>
          <w:rFonts w:ascii="Times New Roman" w:hAnsi="Times New Roman" w:cs="Times New Roman"/>
          <w:sz w:val="28"/>
          <w:szCs w:val="28"/>
        </w:rPr>
        <w:t>ọ</w:t>
      </w:r>
      <w:r w:rsidRPr="00634EBA">
        <w:rPr>
          <w:rFonts w:ascii="Times New Roman" w:hAnsi="Times New Roman" w:cs="Times New Roman"/>
          <w:sz w:val="28"/>
          <w:szCs w:val="28"/>
        </w:rPr>
        <w:t>ng c</w:t>
      </w:r>
      <w:r w:rsidRPr="00634EBA">
        <w:rPr>
          <w:rFonts w:ascii="Times New Roman" w:hAnsi="Times New Roman" w:cs="Times New Roman"/>
          <w:sz w:val="28"/>
          <w:szCs w:val="28"/>
        </w:rPr>
        <w:t>ả</w:t>
      </w:r>
      <w:r w:rsidRPr="00634EBA">
        <w:rPr>
          <w:rFonts w:ascii="Times New Roman" w:hAnsi="Times New Roman" w:cs="Times New Roman"/>
          <w:sz w:val="28"/>
          <w:szCs w:val="28"/>
        </w:rPr>
        <w:t>m ơn s</w:t>
      </w:r>
      <w:r w:rsidRPr="00634EBA">
        <w:rPr>
          <w:rFonts w:ascii="Times New Roman" w:hAnsi="Times New Roman" w:cs="Times New Roman"/>
          <w:sz w:val="28"/>
          <w:szCs w:val="28"/>
        </w:rPr>
        <w:t>ự</w:t>
      </w:r>
      <w:r w:rsidRPr="00634EBA">
        <w:rPr>
          <w:rFonts w:ascii="Times New Roman" w:hAnsi="Times New Roman" w:cs="Times New Roman"/>
          <w:sz w:val="28"/>
          <w:szCs w:val="28"/>
        </w:rPr>
        <w:t xml:space="preserve"> ph</w:t>
      </w:r>
      <w:r w:rsidRPr="00634EBA">
        <w:rPr>
          <w:rFonts w:ascii="Times New Roman" w:hAnsi="Times New Roman" w:cs="Times New Roman"/>
          <w:sz w:val="28"/>
          <w:szCs w:val="28"/>
        </w:rPr>
        <w:t>ố</w:t>
      </w:r>
      <w:r w:rsidRPr="00634EBA">
        <w:rPr>
          <w:rFonts w:ascii="Times New Roman" w:hAnsi="Times New Roman" w:cs="Times New Roman"/>
          <w:sz w:val="28"/>
          <w:szCs w:val="28"/>
        </w:rPr>
        <w:t>i h</w:t>
      </w:r>
      <w:r w:rsidRPr="00634EBA">
        <w:rPr>
          <w:rFonts w:ascii="Times New Roman" w:hAnsi="Times New Roman" w:cs="Times New Roman"/>
          <w:sz w:val="28"/>
          <w:szCs w:val="28"/>
        </w:rPr>
        <w:t>ợ</w:t>
      </w:r>
      <w:r w:rsidRPr="00634EBA">
        <w:rPr>
          <w:rFonts w:ascii="Times New Roman" w:hAnsi="Times New Roman" w:cs="Times New Roman"/>
          <w:sz w:val="28"/>
          <w:szCs w:val="28"/>
        </w:rPr>
        <w:t>p c</w:t>
      </w:r>
      <w:r w:rsidRPr="00634EBA">
        <w:rPr>
          <w:rFonts w:ascii="Times New Roman" w:hAnsi="Times New Roman" w:cs="Times New Roman"/>
          <w:sz w:val="28"/>
          <w:szCs w:val="28"/>
        </w:rPr>
        <w:t>ủ</w:t>
      </w:r>
      <w:r w:rsidRPr="00634EBA">
        <w:rPr>
          <w:rFonts w:ascii="Times New Roman" w:hAnsi="Times New Roman" w:cs="Times New Roman"/>
          <w:sz w:val="28"/>
          <w:szCs w:val="28"/>
        </w:rPr>
        <w:t>a quý ph</w:t>
      </w:r>
      <w:r w:rsidRPr="00634EBA">
        <w:rPr>
          <w:rFonts w:ascii="Times New Roman" w:hAnsi="Times New Roman" w:cs="Times New Roman"/>
          <w:sz w:val="28"/>
          <w:szCs w:val="28"/>
        </w:rPr>
        <w:t>ụ</w:t>
      </w:r>
      <w:r w:rsidRPr="00634EBA">
        <w:rPr>
          <w:rFonts w:ascii="Times New Roman" w:hAnsi="Times New Roman" w:cs="Times New Roman"/>
          <w:sz w:val="28"/>
          <w:szCs w:val="28"/>
        </w:rPr>
        <w:t xml:space="preserve"> huynh trong su</w:t>
      </w:r>
      <w:r w:rsidRPr="00634EBA">
        <w:rPr>
          <w:rFonts w:ascii="Times New Roman" w:hAnsi="Times New Roman" w:cs="Times New Roman"/>
          <w:sz w:val="28"/>
          <w:szCs w:val="28"/>
        </w:rPr>
        <w:t>ố</w:t>
      </w:r>
      <w:r w:rsidRPr="00634EBA">
        <w:rPr>
          <w:rFonts w:ascii="Times New Roman" w:hAnsi="Times New Roman" w:cs="Times New Roman"/>
          <w:sz w:val="28"/>
          <w:szCs w:val="28"/>
        </w:rPr>
        <w:t>t th</w:t>
      </w:r>
      <w:r w:rsidRPr="00634EBA">
        <w:rPr>
          <w:rFonts w:ascii="Times New Roman" w:hAnsi="Times New Roman" w:cs="Times New Roman"/>
          <w:sz w:val="28"/>
          <w:szCs w:val="28"/>
        </w:rPr>
        <w:t>ờ</w:t>
      </w:r>
      <w:r w:rsidRPr="00634EBA">
        <w:rPr>
          <w:rFonts w:ascii="Times New Roman" w:hAnsi="Times New Roman" w:cs="Times New Roman"/>
          <w:sz w:val="28"/>
          <w:szCs w:val="28"/>
        </w:rPr>
        <w:t>i gian qua.</w:t>
      </w:r>
    </w:p>
    <w:p w:rsidR="00425D1E" w:rsidRPr="00634EBA" w:rsidRDefault="00634EBA">
      <w:pPr>
        <w:rPr>
          <w:rFonts w:ascii="Times New Roman" w:hAnsi="Times New Roman" w:cs="Times New Roman"/>
          <w:sz w:val="28"/>
          <w:szCs w:val="28"/>
        </w:rPr>
      </w:pPr>
      <w:r w:rsidRPr="00634EBA">
        <w:rPr>
          <w:rFonts w:ascii="Times New Roman" w:hAnsi="Times New Roman" w:cs="Times New Roman"/>
          <w:sz w:val="28"/>
          <w:szCs w:val="28"/>
        </w:rPr>
        <w:t xml:space="preserve">Kính chúc các bé có </w:t>
      </w:r>
      <w:r w:rsidRPr="00634EBA">
        <w:rPr>
          <w:rFonts w:ascii="Times New Roman" w:hAnsi="Times New Roman" w:cs="Times New Roman"/>
          <w:sz w:val="28"/>
          <w:szCs w:val="28"/>
        </w:rPr>
        <w:t>m</w:t>
      </w:r>
      <w:r w:rsidRPr="00634EBA">
        <w:rPr>
          <w:rFonts w:ascii="Times New Roman" w:hAnsi="Times New Roman" w:cs="Times New Roman"/>
          <w:sz w:val="28"/>
          <w:szCs w:val="28"/>
        </w:rPr>
        <w:t>ộ</w:t>
      </w:r>
      <w:r w:rsidRPr="00634EBA">
        <w:rPr>
          <w:rFonts w:ascii="Times New Roman" w:hAnsi="Times New Roman" w:cs="Times New Roman"/>
          <w:sz w:val="28"/>
          <w:szCs w:val="28"/>
        </w:rPr>
        <w:t>t k</w:t>
      </w:r>
      <w:r w:rsidRPr="00634EBA">
        <w:rPr>
          <w:rFonts w:ascii="Times New Roman" w:hAnsi="Times New Roman" w:cs="Times New Roman"/>
          <w:sz w:val="28"/>
          <w:szCs w:val="28"/>
        </w:rPr>
        <w:t>ỳ</w:t>
      </w:r>
      <w:r w:rsidRPr="00634EBA">
        <w:rPr>
          <w:rFonts w:ascii="Times New Roman" w:hAnsi="Times New Roman" w:cs="Times New Roman"/>
          <w:sz w:val="28"/>
          <w:szCs w:val="28"/>
        </w:rPr>
        <w:t xml:space="preserve"> ngh</w:t>
      </w:r>
      <w:r w:rsidRPr="00634EBA">
        <w:rPr>
          <w:rFonts w:ascii="Times New Roman" w:hAnsi="Times New Roman" w:cs="Times New Roman"/>
          <w:sz w:val="28"/>
          <w:szCs w:val="28"/>
        </w:rPr>
        <w:t>ỉ</w:t>
      </w:r>
      <w:r w:rsidRPr="00634EBA">
        <w:rPr>
          <w:rFonts w:ascii="Times New Roman" w:hAnsi="Times New Roman" w:cs="Times New Roman"/>
          <w:sz w:val="28"/>
          <w:szCs w:val="28"/>
        </w:rPr>
        <w:t xml:space="preserve"> hè vui v</w:t>
      </w:r>
      <w:r w:rsidRPr="00634EBA">
        <w:rPr>
          <w:rFonts w:ascii="Times New Roman" w:hAnsi="Times New Roman" w:cs="Times New Roman"/>
          <w:sz w:val="28"/>
          <w:szCs w:val="28"/>
        </w:rPr>
        <w:t>ẻ</w:t>
      </w:r>
      <w:r w:rsidRPr="00634EBA">
        <w:rPr>
          <w:rFonts w:ascii="Times New Roman" w:hAnsi="Times New Roman" w:cs="Times New Roman"/>
          <w:sz w:val="28"/>
          <w:szCs w:val="28"/>
        </w:rPr>
        <w:t>, an toàn và b</w:t>
      </w:r>
      <w:r w:rsidRPr="00634EBA">
        <w:rPr>
          <w:rFonts w:ascii="Times New Roman" w:hAnsi="Times New Roman" w:cs="Times New Roman"/>
          <w:sz w:val="28"/>
          <w:szCs w:val="28"/>
        </w:rPr>
        <w:t>ổ</w:t>
      </w:r>
      <w:r w:rsidRPr="00634EBA">
        <w:rPr>
          <w:rFonts w:ascii="Times New Roman" w:hAnsi="Times New Roman" w:cs="Times New Roman"/>
          <w:sz w:val="28"/>
          <w:szCs w:val="28"/>
        </w:rPr>
        <w:t xml:space="preserve"> ích.</w:t>
      </w:r>
    </w:p>
    <w:p w:rsidR="00425D1E" w:rsidRPr="00634EBA" w:rsidRDefault="00634EBA" w:rsidP="00634EB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34EBA">
        <w:rPr>
          <w:rFonts w:ascii="Times New Roman" w:hAnsi="Times New Roman" w:cs="Times New Roman"/>
          <w:b/>
          <w:sz w:val="28"/>
          <w:szCs w:val="28"/>
        </w:rPr>
        <w:t>HI</w:t>
      </w:r>
      <w:r w:rsidRPr="00634EBA">
        <w:rPr>
          <w:rFonts w:ascii="Times New Roman" w:hAnsi="Times New Roman" w:cs="Times New Roman"/>
          <w:b/>
          <w:sz w:val="28"/>
          <w:szCs w:val="28"/>
        </w:rPr>
        <w:t>Ệ</w:t>
      </w:r>
      <w:r w:rsidRPr="00634EBA">
        <w:rPr>
          <w:rFonts w:ascii="Times New Roman" w:hAnsi="Times New Roman" w:cs="Times New Roman"/>
          <w:b/>
          <w:sz w:val="28"/>
          <w:szCs w:val="28"/>
        </w:rPr>
        <w:t>U TRƯ</w:t>
      </w:r>
      <w:r w:rsidRPr="00634EBA">
        <w:rPr>
          <w:rFonts w:ascii="Times New Roman" w:hAnsi="Times New Roman" w:cs="Times New Roman"/>
          <w:b/>
          <w:sz w:val="28"/>
          <w:szCs w:val="28"/>
        </w:rPr>
        <w:t>Ở</w:t>
      </w:r>
      <w:r w:rsidRPr="00634EBA">
        <w:rPr>
          <w:rFonts w:ascii="Times New Roman" w:hAnsi="Times New Roman" w:cs="Times New Roman"/>
          <w:b/>
          <w:sz w:val="28"/>
          <w:szCs w:val="28"/>
        </w:rPr>
        <w:t>NG</w:t>
      </w:r>
    </w:p>
    <w:p w:rsidR="00425D1E" w:rsidRPr="00634EBA" w:rsidRDefault="00634EBA" w:rsidP="00634EB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34EBA">
        <w:rPr>
          <w:rFonts w:ascii="Times New Roman" w:hAnsi="Times New Roman" w:cs="Times New Roman"/>
          <w:b/>
          <w:sz w:val="28"/>
          <w:szCs w:val="28"/>
        </w:rPr>
        <w:t>(Ký tên, đóng d</w:t>
      </w:r>
      <w:r w:rsidRPr="00634EBA">
        <w:rPr>
          <w:rFonts w:ascii="Times New Roman" w:hAnsi="Times New Roman" w:cs="Times New Roman"/>
          <w:b/>
          <w:sz w:val="28"/>
          <w:szCs w:val="28"/>
        </w:rPr>
        <w:t>ấ</w:t>
      </w:r>
      <w:r w:rsidRPr="00634EBA">
        <w:rPr>
          <w:rFonts w:ascii="Times New Roman" w:hAnsi="Times New Roman" w:cs="Times New Roman"/>
          <w:b/>
          <w:sz w:val="28"/>
          <w:szCs w:val="28"/>
        </w:rPr>
        <w:t>u)</w:t>
      </w:r>
    </w:p>
    <w:sectPr w:rsidR="00425D1E" w:rsidRPr="00634EB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D1E"/>
    <w:rsid w:val="00634EB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E93DB109-8844-4576-8473-5B7935BF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012FDB-DEDE-4609-96FB-B811352A0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2025-05-22T02:29:00Z</dcterms:created>
  <dcterms:modified xsi:type="dcterms:W3CDTF">2025-05-22T02:29:00Z</dcterms:modified>
  <cp:category/>
</cp:coreProperties>
</file>