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75A" w:rsidRPr="00F8175A" w:rsidRDefault="00F8175A" w:rsidP="00F8175A">
      <w:pPr>
        <w:pStyle w:val="Heading1"/>
        <w:spacing w:line="36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F8175A">
        <w:rPr>
          <w:rFonts w:ascii="Times New Roman" w:hAnsi="Times New Roman" w:cs="Times New Roman"/>
          <w:color w:val="auto"/>
          <w:sz w:val="26"/>
          <w:szCs w:val="26"/>
        </w:rPr>
        <w:t>CỘNG HÒA XÃ HỘI CHỦ NGHĨA VIỆT NAM</w:t>
      </w:r>
    </w:p>
    <w:p w:rsidR="00F8175A" w:rsidRPr="00F8175A" w:rsidRDefault="00F8175A" w:rsidP="00F8175A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175A">
        <w:rPr>
          <w:rFonts w:ascii="Times New Roman" w:hAnsi="Times New Roman" w:cs="Times New Roman"/>
          <w:b/>
          <w:sz w:val="26"/>
          <w:szCs w:val="26"/>
        </w:rPr>
        <w:t>Độc lập-Tự do-Hạnh phúc</w:t>
      </w:r>
    </w:p>
    <w:p w:rsidR="00F8175A" w:rsidRPr="00F8175A" w:rsidRDefault="00F8175A" w:rsidP="00F8175A">
      <w:pPr>
        <w:pStyle w:val="Heading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bookmarkStart w:id="0" w:name="_GoBack"/>
      <w:r w:rsidRPr="00F8175A">
        <w:rPr>
          <w:rFonts w:ascii="Times New Roman" w:hAnsi="Times New Roman" w:cs="Times New Roman"/>
          <w:color w:val="auto"/>
          <w:sz w:val="26"/>
          <w:szCs w:val="26"/>
        </w:rPr>
        <w:t>BIÊN B</w:t>
      </w:r>
      <w:r w:rsidRPr="00F8175A">
        <w:rPr>
          <w:rFonts w:ascii="Times New Roman" w:hAnsi="Times New Roman" w:cs="Times New Roman"/>
          <w:color w:val="auto"/>
          <w:sz w:val="26"/>
          <w:szCs w:val="26"/>
        </w:rPr>
        <w:t>Ả</w:t>
      </w:r>
      <w:r w:rsidRPr="00F8175A">
        <w:rPr>
          <w:rFonts w:ascii="Times New Roman" w:hAnsi="Times New Roman" w:cs="Times New Roman"/>
          <w:color w:val="auto"/>
          <w:sz w:val="26"/>
          <w:szCs w:val="26"/>
        </w:rPr>
        <w:t>N H</w:t>
      </w:r>
      <w:r w:rsidRPr="00F8175A">
        <w:rPr>
          <w:rFonts w:ascii="Times New Roman" w:hAnsi="Times New Roman" w:cs="Times New Roman"/>
          <w:color w:val="auto"/>
          <w:sz w:val="26"/>
          <w:szCs w:val="26"/>
        </w:rPr>
        <w:t>Ọ</w:t>
      </w:r>
      <w:r w:rsidRPr="00F8175A">
        <w:rPr>
          <w:rFonts w:ascii="Times New Roman" w:hAnsi="Times New Roman" w:cs="Times New Roman"/>
          <w:color w:val="auto"/>
          <w:sz w:val="26"/>
          <w:szCs w:val="26"/>
        </w:rPr>
        <w:t>P H</w:t>
      </w:r>
      <w:r w:rsidRPr="00F8175A">
        <w:rPr>
          <w:rFonts w:ascii="Times New Roman" w:hAnsi="Times New Roman" w:cs="Times New Roman"/>
          <w:color w:val="auto"/>
          <w:sz w:val="26"/>
          <w:szCs w:val="26"/>
        </w:rPr>
        <w:t>Ộ</w:t>
      </w:r>
      <w:r w:rsidRPr="00F8175A">
        <w:rPr>
          <w:rFonts w:ascii="Times New Roman" w:hAnsi="Times New Roman" w:cs="Times New Roman"/>
          <w:color w:val="auto"/>
          <w:sz w:val="26"/>
          <w:szCs w:val="26"/>
        </w:rPr>
        <w:t>I Đ</w:t>
      </w:r>
      <w:r w:rsidRPr="00F8175A">
        <w:rPr>
          <w:rFonts w:ascii="Times New Roman" w:hAnsi="Times New Roman" w:cs="Times New Roman"/>
          <w:color w:val="auto"/>
          <w:sz w:val="26"/>
          <w:szCs w:val="26"/>
        </w:rPr>
        <w:t>Ồ</w:t>
      </w:r>
      <w:r w:rsidRPr="00F8175A">
        <w:rPr>
          <w:rFonts w:ascii="Times New Roman" w:hAnsi="Times New Roman" w:cs="Times New Roman"/>
          <w:color w:val="auto"/>
          <w:sz w:val="26"/>
          <w:szCs w:val="26"/>
        </w:rPr>
        <w:t>NG THÀNH VIÊN</w:t>
      </w:r>
    </w:p>
    <w:bookmarkEnd w:id="0"/>
    <w:p w:rsidR="006F4D11" w:rsidRPr="00F8175A" w:rsidRDefault="00F8175A" w:rsidP="00F8175A">
      <w:pPr>
        <w:jc w:val="center"/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V/v: Thông qua Đi</w:t>
      </w:r>
      <w:r w:rsidRPr="00F8175A">
        <w:rPr>
          <w:rFonts w:ascii="Times New Roman" w:hAnsi="Times New Roman" w:cs="Times New Roman"/>
          <w:sz w:val="26"/>
          <w:szCs w:val="26"/>
        </w:rPr>
        <w:t>ề</w:t>
      </w:r>
      <w:r w:rsidRPr="00F8175A">
        <w:rPr>
          <w:rFonts w:ascii="Times New Roman" w:hAnsi="Times New Roman" w:cs="Times New Roman"/>
          <w:sz w:val="26"/>
          <w:szCs w:val="26"/>
        </w:rPr>
        <w:t>u l</w:t>
      </w:r>
      <w:r w:rsidRPr="00F8175A">
        <w:rPr>
          <w:rFonts w:ascii="Times New Roman" w:hAnsi="Times New Roman" w:cs="Times New Roman"/>
          <w:sz w:val="26"/>
          <w:szCs w:val="26"/>
        </w:rPr>
        <w:t>ệ</w:t>
      </w:r>
      <w:r w:rsidRPr="00F8175A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F8175A">
        <w:rPr>
          <w:rFonts w:ascii="Times New Roman" w:hAnsi="Times New Roman" w:cs="Times New Roman"/>
          <w:sz w:val="26"/>
          <w:szCs w:val="26"/>
        </w:rPr>
        <w:br/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Hôm nay, ngày ..... tháng ..... năm ....., t</w:t>
      </w:r>
      <w:r w:rsidRPr="00F8175A">
        <w:rPr>
          <w:rFonts w:ascii="Times New Roman" w:hAnsi="Times New Roman" w:cs="Times New Roman"/>
          <w:sz w:val="26"/>
          <w:szCs w:val="26"/>
        </w:rPr>
        <w:t>ạ</w:t>
      </w:r>
      <w:r w:rsidRPr="00F8175A">
        <w:rPr>
          <w:rFonts w:ascii="Times New Roman" w:hAnsi="Times New Roman" w:cs="Times New Roman"/>
          <w:sz w:val="26"/>
          <w:szCs w:val="26"/>
        </w:rPr>
        <w:t xml:space="preserve">i </w:t>
      </w:r>
      <w:r w:rsidRPr="00F8175A">
        <w:rPr>
          <w:rFonts w:ascii="Times New Roman" w:hAnsi="Times New Roman" w:cs="Times New Roman"/>
          <w:sz w:val="26"/>
          <w:szCs w:val="26"/>
        </w:rPr>
        <w:t>..........................................................., H</w:t>
      </w:r>
      <w:r w:rsidRPr="00F8175A">
        <w:rPr>
          <w:rFonts w:ascii="Times New Roman" w:hAnsi="Times New Roman" w:cs="Times New Roman"/>
          <w:sz w:val="26"/>
          <w:szCs w:val="26"/>
        </w:rPr>
        <w:t>ộ</w:t>
      </w:r>
      <w:r w:rsidRPr="00F8175A">
        <w:rPr>
          <w:rFonts w:ascii="Times New Roman" w:hAnsi="Times New Roman" w:cs="Times New Roman"/>
          <w:sz w:val="26"/>
          <w:szCs w:val="26"/>
        </w:rPr>
        <w:t>i đ</w:t>
      </w:r>
      <w:r w:rsidRPr="00F8175A">
        <w:rPr>
          <w:rFonts w:ascii="Times New Roman" w:hAnsi="Times New Roman" w:cs="Times New Roman"/>
          <w:sz w:val="26"/>
          <w:szCs w:val="26"/>
        </w:rPr>
        <w:t>ồ</w:t>
      </w:r>
      <w:r w:rsidRPr="00F8175A">
        <w:rPr>
          <w:rFonts w:ascii="Times New Roman" w:hAnsi="Times New Roman" w:cs="Times New Roman"/>
          <w:sz w:val="26"/>
          <w:szCs w:val="26"/>
        </w:rPr>
        <w:t>ng thành viên Công ty TNHH ................................................... ti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n hành h</w:t>
      </w:r>
      <w:r w:rsidRPr="00F8175A">
        <w:rPr>
          <w:rFonts w:ascii="Times New Roman" w:hAnsi="Times New Roman" w:cs="Times New Roman"/>
          <w:sz w:val="26"/>
          <w:szCs w:val="26"/>
        </w:rPr>
        <w:t>ọ</w:t>
      </w:r>
      <w:r w:rsidRPr="00F8175A">
        <w:rPr>
          <w:rFonts w:ascii="Times New Roman" w:hAnsi="Times New Roman" w:cs="Times New Roman"/>
          <w:sz w:val="26"/>
          <w:szCs w:val="26"/>
        </w:rPr>
        <w:t>p đ</w:t>
      </w:r>
      <w:r w:rsidRPr="00F8175A">
        <w:rPr>
          <w:rFonts w:ascii="Times New Roman" w:hAnsi="Times New Roman" w:cs="Times New Roman"/>
          <w:sz w:val="26"/>
          <w:szCs w:val="26"/>
        </w:rPr>
        <w:t>ể</w:t>
      </w:r>
      <w:r w:rsidRPr="00F8175A">
        <w:rPr>
          <w:rFonts w:ascii="Times New Roman" w:hAnsi="Times New Roman" w:cs="Times New Roman"/>
          <w:sz w:val="26"/>
          <w:szCs w:val="26"/>
        </w:rPr>
        <w:t xml:space="preserve"> th</w:t>
      </w:r>
      <w:r w:rsidRPr="00F8175A">
        <w:rPr>
          <w:rFonts w:ascii="Times New Roman" w:hAnsi="Times New Roman" w:cs="Times New Roman"/>
          <w:sz w:val="26"/>
          <w:szCs w:val="26"/>
        </w:rPr>
        <w:t>ả</w:t>
      </w:r>
      <w:r w:rsidRPr="00F8175A">
        <w:rPr>
          <w:rFonts w:ascii="Times New Roman" w:hAnsi="Times New Roman" w:cs="Times New Roman"/>
          <w:sz w:val="26"/>
          <w:szCs w:val="26"/>
        </w:rPr>
        <w:t>o lu</w:t>
      </w:r>
      <w:r w:rsidRPr="00F8175A">
        <w:rPr>
          <w:rFonts w:ascii="Times New Roman" w:hAnsi="Times New Roman" w:cs="Times New Roman"/>
          <w:sz w:val="26"/>
          <w:szCs w:val="26"/>
        </w:rPr>
        <w:t>ậ</w:t>
      </w:r>
      <w:r w:rsidRPr="00F8175A">
        <w:rPr>
          <w:rFonts w:ascii="Times New Roman" w:hAnsi="Times New Roman" w:cs="Times New Roman"/>
          <w:sz w:val="26"/>
          <w:szCs w:val="26"/>
        </w:rPr>
        <w:t>n và thông qua Đi</w:t>
      </w:r>
      <w:r w:rsidRPr="00F8175A">
        <w:rPr>
          <w:rFonts w:ascii="Times New Roman" w:hAnsi="Times New Roman" w:cs="Times New Roman"/>
          <w:sz w:val="26"/>
          <w:szCs w:val="26"/>
        </w:rPr>
        <w:t>ề</w:t>
      </w:r>
      <w:r w:rsidRPr="00F8175A">
        <w:rPr>
          <w:rFonts w:ascii="Times New Roman" w:hAnsi="Times New Roman" w:cs="Times New Roman"/>
          <w:sz w:val="26"/>
          <w:szCs w:val="26"/>
        </w:rPr>
        <w:t>u l</w:t>
      </w:r>
      <w:r w:rsidRPr="00F8175A">
        <w:rPr>
          <w:rFonts w:ascii="Times New Roman" w:hAnsi="Times New Roman" w:cs="Times New Roman"/>
          <w:sz w:val="26"/>
          <w:szCs w:val="26"/>
        </w:rPr>
        <w:t>ệ</w:t>
      </w:r>
      <w:r w:rsidRPr="00F8175A">
        <w:rPr>
          <w:rFonts w:ascii="Times New Roman" w:hAnsi="Times New Roman" w:cs="Times New Roman"/>
          <w:sz w:val="26"/>
          <w:szCs w:val="26"/>
        </w:rPr>
        <w:t xml:space="preserve"> công ty.</w:t>
      </w:r>
      <w:r w:rsidRPr="00F8175A">
        <w:rPr>
          <w:rFonts w:ascii="Times New Roman" w:hAnsi="Times New Roman" w:cs="Times New Roman"/>
          <w:sz w:val="26"/>
          <w:szCs w:val="26"/>
        </w:rPr>
        <w:br/>
      </w:r>
    </w:p>
    <w:p w:rsidR="006F4D11" w:rsidRPr="00F8175A" w:rsidRDefault="00F8175A">
      <w:pPr>
        <w:pStyle w:val="Heading2"/>
        <w:rPr>
          <w:rFonts w:ascii="Times New Roman" w:hAnsi="Times New Roman" w:cs="Times New Roman"/>
          <w:color w:val="auto"/>
        </w:rPr>
      </w:pPr>
      <w:r w:rsidRPr="00F8175A">
        <w:rPr>
          <w:rFonts w:ascii="Times New Roman" w:hAnsi="Times New Roman" w:cs="Times New Roman"/>
          <w:color w:val="auto"/>
        </w:rPr>
        <w:t>I. THÀNH PH</w:t>
      </w:r>
      <w:r w:rsidRPr="00F8175A">
        <w:rPr>
          <w:rFonts w:ascii="Times New Roman" w:hAnsi="Times New Roman" w:cs="Times New Roman"/>
          <w:color w:val="auto"/>
        </w:rPr>
        <w:t>Ầ</w:t>
      </w:r>
      <w:r w:rsidRPr="00F8175A">
        <w:rPr>
          <w:rFonts w:ascii="Times New Roman" w:hAnsi="Times New Roman" w:cs="Times New Roman"/>
          <w:color w:val="auto"/>
        </w:rPr>
        <w:t>N THAM D</w:t>
      </w:r>
      <w:r w:rsidRPr="00F8175A">
        <w:rPr>
          <w:rFonts w:ascii="Times New Roman" w:hAnsi="Times New Roman" w:cs="Times New Roman"/>
          <w:color w:val="auto"/>
        </w:rPr>
        <w:t>Ự</w:t>
      </w:r>
      <w:r w:rsidRPr="00F8175A">
        <w:rPr>
          <w:rFonts w:ascii="Times New Roman" w:hAnsi="Times New Roman" w:cs="Times New Roman"/>
          <w:color w:val="auto"/>
        </w:rPr>
        <w:t>: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1. Ông/Bà: ..................</w:t>
      </w:r>
      <w:r w:rsidRPr="00F8175A">
        <w:rPr>
          <w:rFonts w:ascii="Times New Roman" w:hAnsi="Times New Roman" w:cs="Times New Roman"/>
          <w:sz w:val="26"/>
          <w:szCs w:val="26"/>
        </w:rPr>
        <w:t>............................ – Ch</w:t>
      </w:r>
      <w:r w:rsidRPr="00F8175A">
        <w:rPr>
          <w:rFonts w:ascii="Times New Roman" w:hAnsi="Times New Roman" w:cs="Times New Roman"/>
          <w:sz w:val="26"/>
          <w:szCs w:val="26"/>
        </w:rPr>
        <w:t>ứ</w:t>
      </w:r>
      <w:r w:rsidRPr="00F8175A">
        <w:rPr>
          <w:rFonts w:ascii="Times New Roman" w:hAnsi="Times New Roman" w:cs="Times New Roman"/>
          <w:sz w:val="26"/>
          <w:szCs w:val="26"/>
        </w:rPr>
        <w:t>c v</w:t>
      </w:r>
      <w:r w:rsidRPr="00F8175A">
        <w:rPr>
          <w:rFonts w:ascii="Times New Roman" w:hAnsi="Times New Roman" w:cs="Times New Roman"/>
          <w:sz w:val="26"/>
          <w:szCs w:val="26"/>
        </w:rPr>
        <w:t>ụ</w:t>
      </w:r>
      <w:r w:rsidRPr="00F8175A">
        <w:rPr>
          <w:rFonts w:ascii="Times New Roman" w:hAnsi="Times New Roman" w:cs="Times New Roman"/>
          <w:sz w:val="26"/>
          <w:szCs w:val="26"/>
        </w:rPr>
        <w:t>: Ch</w:t>
      </w:r>
      <w:r w:rsidRPr="00F8175A">
        <w:rPr>
          <w:rFonts w:ascii="Times New Roman" w:hAnsi="Times New Roman" w:cs="Times New Roman"/>
          <w:sz w:val="26"/>
          <w:szCs w:val="26"/>
        </w:rPr>
        <w:t>ủ</w:t>
      </w:r>
      <w:r w:rsidRPr="00F8175A">
        <w:rPr>
          <w:rFonts w:ascii="Times New Roman" w:hAnsi="Times New Roman" w:cs="Times New Roman"/>
          <w:sz w:val="26"/>
          <w:szCs w:val="26"/>
        </w:rPr>
        <w:t xml:space="preserve"> t</w:t>
      </w:r>
      <w:r w:rsidRPr="00F8175A">
        <w:rPr>
          <w:rFonts w:ascii="Times New Roman" w:hAnsi="Times New Roman" w:cs="Times New Roman"/>
          <w:sz w:val="26"/>
          <w:szCs w:val="26"/>
        </w:rPr>
        <w:t>ị</w:t>
      </w:r>
      <w:r w:rsidRPr="00F8175A">
        <w:rPr>
          <w:rFonts w:ascii="Times New Roman" w:hAnsi="Times New Roman" w:cs="Times New Roman"/>
          <w:sz w:val="26"/>
          <w:szCs w:val="26"/>
        </w:rPr>
        <w:t>ch H</w:t>
      </w:r>
      <w:r w:rsidRPr="00F8175A">
        <w:rPr>
          <w:rFonts w:ascii="Times New Roman" w:hAnsi="Times New Roman" w:cs="Times New Roman"/>
          <w:sz w:val="26"/>
          <w:szCs w:val="26"/>
        </w:rPr>
        <w:t>ộ</w:t>
      </w:r>
      <w:r w:rsidRPr="00F8175A">
        <w:rPr>
          <w:rFonts w:ascii="Times New Roman" w:hAnsi="Times New Roman" w:cs="Times New Roman"/>
          <w:sz w:val="26"/>
          <w:szCs w:val="26"/>
        </w:rPr>
        <w:t>i đ</w:t>
      </w:r>
      <w:r w:rsidRPr="00F8175A">
        <w:rPr>
          <w:rFonts w:ascii="Times New Roman" w:hAnsi="Times New Roman" w:cs="Times New Roman"/>
          <w:sz w:val="26"/>
          <w:szCs w:val="26"/>
        </w:rPr>
        <w:t>ồ</w:t>
      </w:r>
      <w:r w:rsidRPr="00F8175A">
        <w:rPr>
          <w:rFonts w:ascii="Times New Roman" w:hAnsi="Times New Roman" w:cs="Times New Roman"/>
          <w:sz w:val="26"/>
          <w:szCs w:val="26"/>
        </w:rPr>
        <w:t>ng thành viên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2. Ông/Bà: .............................................. – Thành viên góp v</w:t>
      </w:r>
      <w:r w:rsidRPr="00F8175A">
        <w:rPr>
          <w:rFonts w:ascii="Times New Roman" w:hAnsi="Times New Roman" w:cs="Times New Roman"/>
          <w:sz w:val="26"/>
          <w:szCs w:val="26"/>
        </w:rPr>
        <w:t>ố</w:t>
      </w:r>
      <w:r w:rsidRPr="00F8175A">
        <w:rPr>
          <w:rFonts w:ascii="Times New Roman" w:hAnsi="Times New Roman" w:cs="Times New Roman"/>
          <w:sz w:val="26"/>
          <w:szCs w:val="26"/>
        </w:rPr>
        <w:t>n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3. Ông/Bà: .............................................. – Thành viên góp v</w:t>
      </w:r>
      <w:r w:rsidRPr="00F8175A">
        <w:rPr>
          <w:rFonts w:ascii="Times New Roman" w:hAnsi="Times New Roman" w:cs="Times New Roman"/>
          <w:sz w:val="26"/>
          <w:szCs w:val="26"/>
        </w:rPr>
        <w:t>ố</w:t>
      </w:r>
      <w:r w:rsidRPr="00F8175A">
        <w:rPr>
          <w:rFonts w:ascii="Times New Roman" w:hAnsi="Times New Roman" w:cs="Times New Roman"/>
          <w:sz w:val="26"/>
          <w:szCs w:val="26"/>
        </w:rPr>
        <w:t>n (n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u có)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T</w:t>
      </w:r>
      <w:r w:rsidRPr="00F8175A">
        <w:rPr>
          <w:rFonts w:ascii="Times New Roman" w:hAnsi="Times New Roman" w:cs="Times New Roman"/>
          <w:sz w:val="26"/>
          <w:szCs w:val="26"/>
        </w:rPr>
        <w:t>ổ</w:t>
      </w:r>
      <w:r w:rsidRPr="00F8175A">
        <w:rPr>
          <w:rFonts w:ascii="Times New Roman" w:hAnsi="Times New Roman" w:cs="Times New Roman"/>
          <w:sz w:val="26"/>
          <w:szCs w:val="26"/>
        </w:rPr>
        <w:t>ng s</w:t>
      </w:r>
      <w:r w:rsidRPr="00F8175A">
        <w:rPr>
          <w:rFonts w:ascii="Times New Roman" w:hAnsi="Times New Roman" w:cs="Times New Roman"/>
          <w:sz w:val="26"/>
          <w:szCs w:val="26"/>
        </w:rPr>
        <w:t>ố</w:t>
      </w:r>
      <w:r w:rsidRPr="00F8175A">
        <w:rPr>
          <w:rFonts w:ascii="Times New Roman" w:hAnsi="Times New Roman" w:cs="Times New Roman"/>
          <w:sz w:val="26"/>
          <w:szCs w:val="26"/>
        </w:rPr>
        <w:t xml:space="preserve"> thành viên t</w:t>
      </w:r>
      <w:r w:rsidRPr="00F8175A">
        <w:rPr>
          <w:rFonts w:ascii="Times New Roman" w:hAnsi="Times New Roman" w:cs="Times New Roman"/>
          <w:sz w:val="26"/>
          <w:szCs w:val="26"/>
        </w:rPr>
        <w:t>ham d</w:t>
      </w:r>
      <w:r w:rsidRPr="00F8175A">
        <w:rPr>
          <w:rFonts w:ascii="Times New Roman" w:hAnsi="Times New Roman" w:cs="Times New Roman"/>
          <w:sz w:val="26"/>
          <w:szCs w:val="26"/>
        </w:rPr>
        <w:t>ự</w:t>
      </w:r>
      <w:r w:rsidRPr="00F8175A">
        <w:rPr>
          <w:rFonts w:ascii="Times New Roman" w:hAnsi="Times New Roman" w:cs="Times New Roman"/>
          <w:sz w:val="26"/>
          <w:szCs w:val="26"/>
        </w:rPr>
        <w:t>: ...../..... thành viên, chi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m .....% v</w:t>
      </w:r>
      <w:r w:rsidRPr="00F8175A">
        <w:rPr>
          <w:rFonts w:ascii="Times New Roman" w:hAnsi="Times New Roman" w:cs="Times New Roman"/>
          <w:sz w:val="26"/>
          <w:szCs w:val="26"/>
        </w:rPr>
        <w:t>ố</w:t>
      </w:r>
      <w:r w:rsidRPr="00F8175A">
        <w:rPr>
          <w:rFonts w:ascii="Times New Roman" w:hAnsi="Times New Roman" w:cs="Times New Roman"/>
          <w:sz w:val="26"/>
          <w:szCs w:val="26"/>
        </w:rPr>
        <w:t>n đi</w:t>
      </w:r>
      <w:r w:rsidRPr="00F8175A">
        <w:rPr>
          <w:rFonts w:ascii="Times New Roman" w:hAnsi="Times New Roman" w:cs="Times New Roman"/>
          <w:sz w:val="26"/>
          <w:szCs w:val="26"/>
        </w:rPr>
        <w:t>ề</w:t>
      </w:r>
      <w:r w:rsidRPr="00F8175A">
        <w:rPr>
          <w:rFonts w:ascii="Times New Roman" w:hAnsi="Times New Roman" w:cs="Times New Roman"/>
          <w:sz w:val="26"/>
          <w:szCs w:val="26"/>
        </w:rPr>
        <w:t>u l</w:t>
      </w:r>
      <w:r w:rsidRPr="00F8175A">
        <w:rPr>
          <w:rFonts w:ascii="Times New Roman" w:hAnsi="Times New Roman" w:cs="Times New Roman"/>
          <w:sz w:val="26"/>
          <w:szCs w:val="26"/>
        </w:rPr>
        <w:t>ệ</w:t>
      </w:r>
      <w:r w:rsidRPr="00F8175A">
        <w:rPr>
          <w:rFonts w:ascii="Times New Roman" w:hAnsi="Times New Roman" w:cs="Times New Roman"/>
          <w:sz w:val="26"/>
          <w:szCs w:val="26"/>
        </w:rPr>
        <w:t>.</w:t>
      </w:r>
      <w:r w:rsidRPr="00F8175A">
        <w:rPr>
          <w:rFonts w:ascii="Times New Roman" w:hAnsi="Times New Roman" w:cs="Times New Roman"/>
          <w:sz w:val="26"/>
          <w:szCs w:val="26"/>
        </w:rPr>
        <w:br/>
      </w:r>
    </w:p>
    <w:p w:rsidR="006F4D11" w:rsidRPr="00F8175A" w:rsidRDefault="00F8175A">
      <w:pPr>
        <w:pStyle w:val="Heading2"/>
        <w:rPr>
          <w:rFonts w:ascii="Times New Roman" w:hAnsi="Times New Roman" w:cs="Times New Roman"/>
          <w:color w:val="auto"/>
        </w:rPr>
      </w:pPr>
      <w:r w:rsidRPr="00F8175A">
        <w:rPr>
          <w:rFonts w:ascii="Times New Roman" w:hAnsi="Times New Roman" w:cs="Times New Roman"/>
          <w:color w:val="auto"/>
        </w:rPr>
        <w:t>II. N</w:t>
      </w:r>
      <w:r w:rsidRPr="00F8175A">
        <w:rPr>
          <w:rFonts w:ascii="Times New Roman" w:hAnsi="Times New Roman" w:cs="Times New Roman"/>
          <w:color w:val="auto"/>
        </w:rPr>
        <w:t>Ộ</w:t>
      </w:r>
      <w:r w:rsidRPr="00F8175A">
        <w:rPr>
          <w:rFonts w:ascii="Times New Roman" w:hAnsi="Times New Roman" w:cs="Times New Roman"/>
          <w:color w:val="auto"/>
        </w:rPr>
        <w:t>I DUNG CU</w:t>
      </w:r>
      <w:r w:rsidRPr="00F8175A">
        <w:rPr>
          <w:rFonts w:ascii="Times New Roman" w:hAnsi="Times New Roman" w:cs="Times New Roman"/>
          <w:color w:val="auto"/>
        </w:rPr>
        <w:t>Ộ</w:t>
      </w:r>
      <w:r w:rsidRPr="00F8175A">
        <w:rPr>
          <w:rFonts w:ascii="Times New Roman" w:hAnsi="Times New Roman" w:cs="Times New Roman"/>
          <w:color w:val="auto"/>
        </w:rPr>
        <w:t>C H</w:t>
      </w:r>
      <w:r w:rsidRPr="00F8175A">
        <w:rPr>
          <w:rFonts w:ascii="Times New Roman" w:hAnsi="Times New Roman" w:cs="Times New Roman"/>
          <w:color w:val="auto"/>
        </w:rPr>
        <w:t>Ọ</w:t>
      </w:r>
      <w:r w:rsidRPr="00F8175A">
        <w:rPr>
          <w:rFonts w:ascii="Times New Roman" w:hAnsi="Times New Roman" w:cs="Times New Roman"/>
          <w:color w:val="auto"/>
        </w:rPr>
        <w:t>P: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1. Ông/Bà .................................................. – Ch</w:t>
      </w:r>
      <w:r w:rsidRPr="00F8175A">
        <w:rPr>
          <w:rFonts w:ascii="Times New Roman" w:hAnsi="Times New Roman" w:cs="Times New Roman"/>
          <w:sz w:val="26"/>
          <w:szCs w:val="26"/>
        </w:rPr>
        <w:t>ủ</w:t>
      </w:r>
      <w:r w:rsidRPr="00F8175A">
        <w:rPr>
          <w:rFonts w:ascii="Times New Roman" w:hAnsi="Times New Roman" w:cs="Times New Roman"/>
          <w:sz w:val="26"/>
          <w:szCs w:val="26"/>
        </w:rPr>
        <w:t xml:space="preserve"> t</w:t>
      </w:r>
      <w:r w:rsidRPr="00F8175A">
        <w:rPr>
          <w:rFonts w:ascii="Times New Roman" w:hAnsi="Times New Roman" w:cs="Times New Roman"/>
          <w:sz w:val="26"/>
          <w:szCs w:val="26"/>
        </w:rPr>
        <w:t>ọ</w:t>
      </w:r>
      <w:r w:rsidRPr="00F8175A">
        <w:rPr>
          <w:rFonts w:ascii="Times New Roman" w:hAnsi="Times New Roman" w:cs="Times New Roman"/>
          <w:sz w:val="26"/>
          <w:szCs w:val="26"/>
        </w:rPr>
        <w:t>a cu</w:t>
      </w:r>
      <w:r w:rsidRPr="00F8175A">
        <w:rPr>
          <w:rFonts w:ascii="Times New Roman" w:hAnsi="Times New Roman" w:cs="Times New Roman"/>
          <w:sz w:val="26"/>
          <w:szCs w:val="26"/>
        </w:rPr>
        <w:t>ộ</w:t>
      </w:r>
      <w:r w:rsidRPr="00F8175A">
        <w:rPr>
          <w:rFonts w:ascii="Times New Roman" w:hAnsi="Times New Roman" w:cs="Times New Roman"/>
          <w:sz w:val="26"/>
          <w:szCs w:val="26"/>
        </w:rPr>
        <w:t>c h</w:t>
      </w:r>
      <w:r w:rsidRPr="00F8175A">
        <w:rPr>
          <w:rFonts w:ascii="Times New Roman" w:hAnsi="Times New Roman" w:cs="Times New Roman"/>
          <w:sz w:val="26"/>
          <w:szCs w:val="26"/>
        </w:rPr>
        <w:t>ọ</w:t>
      </w:r>
      <w:r w:rsidRPr="00F8175A">
        <w:rPr>
          <w:rFonts w:ascii="Times New Roman" w:hAnsi="Times New Roman" w:cs="Times New Roman"/>
          <w:sz w:val="26"/>
          <w:szCs w:val="26"/>
        </w:rPr>
        <w:t>p, tuyên b</w:t>
      </w:r>
      <w:r w:rsidRPr="00F8175A">
        <w:rPr>
          <w:rFonts w:ascii="Times New Roman" w:hAnsi="Times New Roman" w:cs="Times New Roman"/>
          <w:sz w:val="26"/>
          <w:szCs w:val="26"/>
        </w:rPr>
        <w:t>ố</w:t>
      </w:r>
      <w:r w:rsidRPr="00F8175A">
        <w:rPr>
          <w:rFonts w:ascii="Times New Roman" w:hAnsi="Times New Roman" w:cs="Times New Roman"/>
          <w:sz w:val="26"/>
          <w:szCs w:val="26"/>
        </w:rPr>
        <w:t xml:space="preserve"> lý do, gi</w:t>
      </w:r>
      <w:r w:rsidRPr="00F8175A">
        <w:rPr>
          <w:rFonts w:ascii="Times New Roman" w:hAnsi="Times New Roman" w:cs="Times New Roman"/>
          <w:sz w:val="26"/>
          <w:szCs w:val="26"/>
        </w:rPr>
        <w:t>ớ</w:t>
      </w:r>
      <w:r w:rsidRPr="00F8175A">
        <w:rPr>
          <w:rFonts w:ascii="Times New Roman" w:hAnsi="Times New Roman" w:cs="Times New Roman"/>
          <w:sz w:val="26"/>
          <w:szCs w:val="26"/>
        </w:rPr>
        <w:t>i thi</w:t>
      </w:r>
      <w:r w:rsidRPr="00F8175A">
        <w:rPr>
          <w:rFonts w:ascii="Times New Roman" w:hAnsi="Times New Roman" w:cs="Times New Roman"/>
          <w:sz w:val="26"/>
          <w:szCs w:val="26"/>
        </w:rPr>
        <w:t>ệ</w:t>
      </w:r>
      <w:r w:rsidRPr="00F8175A">
        <w:rPr>
          <w:rFonts w:ascii="Times New Roman" w:hAnsi="Times New Roman" w:cs="Times New Roman"/>
          <w:sz w:val="26"/>
          <w:szCs w:val="26"/>
        </w:rPr>
        <w:t>u thành ph</w:t>
      </w:r>
      <w:r w:rsidRPr="00F8175A">
        <w:rPr>
          <w:rFonts w:ascii="Times New Roman" w:hAnsi="Times New Roman" w:cs="Times New Roman"/>
          <w:sz w:val="26"/>
          <w:szCs w:val="26"/>
        </w:rPr>
        <w:t>ầ</w:t>
      </w:r>
      <w:r w:rsidRPr="00F8175A">
        <w:rPr>
          <w:rFonts w:ascii="Times New Roman" w:hAnsi="Times New Roman" w:cs="Times New Roman"/>
          <w:sz w:val="26"/>
          <w:szCs w:val="26"/>
        </w:rPr>
        <w:t>n và n</w:t>
      </w:r>
      <w:r w:rsidRPr="00F8175A">
        <w:rPr>
          <w:rFonts w:ascii="Times New Roman" w:hAnsi="Times New Roman" w:cs="Times New Roman"/>
          <w:sz w:val="26"/>
          <w:szCs w:val="26"/>
        </w:rPr>
        <w:t>ộ</w:t>
      </w:r>
      <w:r w:rsidRPr="00F8175A">
        <w:rPr>
          <w:rFonts w:ascii="Times New Roman" w:hAnsi="Times New Roman" w:cs="Times New Roman"/>
          <w:sz w:val="26"/>
          <w:szCs w:val="26"/>
        </w:rPr>
        <w:t>i dung cu</w:t>
      </w:r>
      <w:r w:rsidRPr="00F8175A">
        <w:rPr>
          <w:rFonts w:ascii="Times New Roman" w:hAnsi="Times New Roman" w:cs="Times New Roman"/>
          <w:sz w:val="26"/>
          <w:szCs w:val="26"/>
        </w:rPr>
        <w:t>ộ</w:t>
      </w:r>
      <w:r w:rsidRPr="00F8175A">
        <w:rPr>
          <w:rFonts w:ascii="Times New Roman" w:hAnsi="Times New Roman" w:cs="Times New Roman"/>
          <w:sz w:val="26"/>
          <w:szCs w:val="26"/>
        </w:rPr>
        <w:t>c h</w:t>
      </w:r>
      <w:r w:rsidRPr="00F8175A">
        <w:rPr>
          <w:rFonts w:ascii="Times New Roman" w:hAnsi="Times New Roman" w:cs="Times New Roman"/>
          <w:sz w:val="26"/>
          <w:szCs w:val="26"/>
        </w:rPr>
        <w:t>ọ</w:t>
      </w:r>
      <w:r w:rsidRPr="00F8175A">
        <w:rPr>
          <w:rFonts w:ascii="Times New Roman" w:hAnsi="Times New Roman" w:cs="Times New Roman"/>
          <w:sz w:val="26"/>
          <w:szCs w:val="26"/>
        </w:rPr>
        <w:t>p.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2. H</w:t>
      </w:r>
      <w:r w:rsidRPr="00F8175A">
        <w:rPr>
          <w:rFonts w:ascii="Times New Roman" w:hAnsi="Times New Roman" w:cs="Times New Roman"/>
          <w:sz w:val="26"/>
          <w:szCs w:val="26"/>
        </w:rPr>
        <w:t>ộ</w:t>
      </w:r>
      <w:r w:rsidRPr="00F8175A">
        <w:rPr>
          <w:rFonts w:ascii="Times New Roman" w:hAnsi="Times New Roman" w:cs="Times New Roman"/>
          <w:sz w:val="26"/>
          <w:szCs w:val="26"/>
        </w:rPr>
        <w:t>i đ</w:t>
      </w:r>
      <w:r w:rsidRPr="00F8175A">
        <w:rPr>
          <w:rFonts w:ascii="Times New Roman" w:hAnsi="Times New Roman" w:cs="Times New Roman"/>
          <w:sz w:val="26"/>
          <w:szCs w:val="26"/>
        </w:rPr>
        <w:t>ồ</w:t>
      </w:r>
      <w:r w:rsidRPr="00F8175A">
        <w:rPr>
          <w:rFonts w:ascii="Times New Roman" w:hAnsi="Times New Roman" w:cs="Times New Roman"/>
          <w:sz w:val="26"/>
          <w:szCs w:val="26"/>
        </w:rPr>
        <w:t>ng thành viên ti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 xml:space="preserve">n hành </w:t>
      </w:r>
      <w:r w:rsidRPr="00F8175A">
        <w:rPr>
          <w:rFonts w:ascii="Times New Roman" w:hAnsi="Times New Roman" w:cs="Times New Roman"/>
          <w:sz w:val="26"/>
          <w:szCs w:val="26"/>
        </w:rPr>
        <w:t>th</w:t>
      </w:r>
      <w:r w:rsidRPr="00F8175A">
        <w:rPr>
          <w:rFonts w:ascii="Times New Roman" w:hAnsi="Times New Roman" w:cs="Times New Roman"/>
          <w:sz w:val="26"/>
          <w:szCs w:val="26"/>
        </w:rPr>
        <w:t>ả</w:t>
      </w:r>
      <w:r w:rsidRPr="00F8175A">
        <w:rPr>
          <w:rFonts w:ascii="Times New Roman" w:hAnsi="Times New Roman" w:cs="Times New Roman"/>
          <w:sz w:val="26"/>
          <w:szCs w:val="26"/>
        </w:rPr>
        <w:t>o lu</w:t>
      </w:r>
      <w:r w:rsidRPr="00F8175A">
        <w:rPr>
          <w:rFonts w:ascii="Times New Roman" w:hAnsi="Times New Roman" w:cs="Times New Roman"/>
          <w:sz w:val="26"/>
          <w:szCs w:val="26"/>
        </w:rPr>
        <w:t>ậ</w:t>
      </w:r>
      <w:r w:rsidRPr="00F8175A">
        <w:rPr>
          <w:rFonts w:ascii="Times New Roman" w:hAnsi="Times New Roman" w:cs="Times New Roman"/>
          <w:sz w:val="26"/>
          <w:szCs w:val="26"/>
        </w:rPr>
        <w:t>n, xem xét và thông qua Đi</w:t>
      </w:r>
      <w:r w:rsidRPr="00F8175A">
        <w:rPr>
          <w:rFonts w:ascii="Times New Roman" w:hAnsi="Times New Roman" w:cs="Times New Roman"/>
          <w:sz w:val="26"/>
          <w:szCs w:val="26"/>
        </w:rPr>
        <w:t>ề</w:t>
      </w:r>
      <w:r w:rsidRPr="00F8175A">
        <w:rPr>
          <w:rFonts w:ascii="Times New Roman" w:hAnsi="Times New Roman" w:cs="Times New Roman"/>
          <w:sz w:val="26"/>
          <w:szCs w:val="26"/>
        </w:rPr>
        <w:t>u l</w:t>
      </w:r>
      <w:r w:rsidRPr="00F8175A">
        <w:rPr>
          <w:rFonts w:ascii="Times New Roman" w:hAnsi="Times New Roman" w:cs="Times New Roman"/>
          <w:sz w:val="26"/>
          <w:szCs w:val="26"/>
        </w:rPr>
        <w:t>ệ</w:t>
      </w:r>
      <w:r w:rsidRPr="00F8175A">
        <w:rPr>
          <w:rFonts w:ascii="Times New Roman" w:hAnsi="Times New Roman" w:cs="Times New Roman"/>
          <w:sz w:val="26"/>
          <w:szCs w:val="26"/>
        </w:rPr>
        <w:t xml:space="preserve"> công ty TNHH ...................................................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3. Các thành viên nh</w:t>
      </w:r>
      <w:r w:rsidRPr="00F8175A">
        <w:rPr>
          <w:rFonts w:ascii="Times New Roman" w:hAnsi="Times New Roman" w:cs="Times New Roman"/>
          <w:sz w:val="26"/>
          <w:szCs w:val="26"/>
        </w:rPr>
        <w:t>ấ</w:t>
      </w:r>
      <w:r w:rsidRPr="00F8175A">
        <w:rPr>
          <w:rFonts w:ascii="Times New Roman" w:hAnsi="Times New Roman" w:cs="Times New Roman"/>
          <w:sz w:val="26"/>
          <w:szCs w:val="26"/>
        </w:rPr>
        <w:t>t trí r</w:t>
      </w:r>
      <w:r w:rsidRPr="00F8175A">
        <w:rPr>
          <w:rFonts w:ascii="Times New Roman" w:hAnsi="Times New Roman" w:cs="Times New Roman"/>
          <w:sz w:val="26"/>
          <w:szCs w:val="26"/>
        </w:rPr>
        <w:t>ằ</w:t>
      </w:r>
      <w:r w:rsidRPr="00F8175A">
        <w:rPr>
          <w:rFonts w:ascii="Times New Roman" w:hAnsi="Times New Roman" w:cs="Times New Roman"/>
          <w:sz w:val="26"/>
          <w:szCs w:val="26"/>
        </w:rPr>
        <w:t>ng Đi</w:t>
      </w:r>
      <w:r w:rsidRPr="00F8175A">
        <w:rPr>
          <w:rFonts w:ascii="Times New Roman" w:hAnsi="Times New Roman" w:cs="Times New Roman"/>
          <w:sz w:val="26"/>
          <w:szCs w:val="26"/>
        </w:rPr>
        <w:t>ề</w:t>
      </w:r>
      <w:r w:rsidRPr="00F8175A">
        <w:rPr>
          <w:rFonts w:ascii="Times New Roman" w:hAnsi="Times New Roman" w:cs="Times New Roman"/>
          <w:sz w:val="26"/>
          <w:szCs w:val="26"/>
        </w:rPr>
        <w:t>u l</w:t>
      </w:r>
      <w:r w:rsidRPr="00F8175A">
        <w:rPr>
          <w:rFonts w:ascii="Times New Roman" w:hAnsi="Times New Roman" w:cs="Times New Roman"/>
          <w:sz w:val="26"/>
          <w:szCs w:val="26"/>
        </w:rPr>
        <w:t>ệ</w:t>
      </w:r>
      <w:r w:rsidRPr="00F8175A">
        <w:rPr>
          <w:rFonts w:ascii="Times New Roman" w:hAnsi="Times New Roman" w:cs="Times New Roman"/>
          <w:sz w:val="26"/>
          <w:szCs w:val="26"/>
        </w:rPr>
        <w:t xml:space="preserve"> công ty g</w:t>
      </w:r>
      <w:r w:rsidRPr="00F8175A">
        <w:rPr>
          <w:rFonts w:ascii="Times New Roman" w:hAnsi="Times New Roman" w:cs="Times New Roman"/>
          <w:sz w:val="26"/>
          <w:szCs w:val="26"/>
        </w:rPr>
        <w:t>ồ</w:t>
      </w:r>
      <w:r w:rsidRPr="00F8175A">
        <w:rPr>
          <w:rFonts w:ascii="Times New Roman" w:hAnsi="Times New Roman" w:cs="Times New Roman"/>
          <w:sz w:val="26"/>
          <w:szCs w:val="26"/>
        </w:rPr>
        <w:t>m ..... chương, ..... đi</w:t>
      </w:r>
      <w:r w:rsidRPr="00F8175A">
        <w:rPr>
          <w:rFonts w:ascii="Times New Roman" w:hAnsi="Times New Roman" w:cs="Times New Roman"/>
          <w:sz w:val="26"/>
          <w:szCs w:val="26"/>
        </w:rPr>
        <w:t>ề</w:t>
      </w:r>
      <w:r w:rsidRPr="00F8175A">
        <w:rPr>
          <w:rFonts w:ascii="Times New Roman" w:hAnsi="Times New Roman" w:cs="Times New Roman"/>
          <w:sz w:val="26"/>
          <w:szCs w:val="26"/>
        </w:rPr>
        <w:t>u, quy đ</w:t>
      </w:r>
      <w:r w:rsidRPr="00F8175A">
        <w:rPr>
          <w:rFonts w:ascii="Times New Roman" w:hAnsi="Times New Roman" w:cs="Times New Roman"/>
          <w:sz w:val="26"/>
          <w:szCs w:val="26"/>
        </w:rPr>
        <w:t>ị</w:t>
      </w:r>
      <w:r w:rsidRPr="00F8175A">
        <w:rPr>
          <w:rFonts w:ascii="Times New Roman" w:hAnsi="Times New Roman" w:cs="Times New Roman"/>
          <w:sz w:val="26"/>
          <w:szCs w:val="26"/>
        </w:rPr>
        <w:t>nh chi ti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t v</w:t>
      </w:r>
      <w:r w:rsidRPr="00F8175A">
        <w:rPr>
          <w:rFonts w:ascii="Times New Roman" w:hAnsi="Times New Roman" w:cs="Times New Roman"/>
          <w:sz w:val="26"/>
          <w:szCs w:val="26"/>
        </w:rPr>
        <w:t>ề</w:t>
      </w:r>
      <w:r w:rsidRPr="00F8175A">
        <w:rPr>
          <w:rFonts w:ascii="Times New Roman" w:hAnsi="Times New Roman" w:cs="Times New Roman"/>
          <w:sz w:val="26"/>
          <w:szCs w:val="26"/>
        </w:rPr>
        <w:t xml:space="preserve"> cơ c</w:t>
      </w:r>
      <w:r w:rsidRPr="00F8175A">
        <w:rPr>
          <w:rFonts w:ascii="Times New Roman" w:hAnsi="Times New Roman" w:cs="Times New Roman"/>
          <w:sz w:val="26"/>
          <w:szCs w:val="26"/>
        </w:rPr>
        <w:t>ấ</w:t>
      </w:r>
      <w:r w:rsidRPr="00F8175A">
        <w:rPr>
          <w:rFonts w:ascii="Times New Roman" w:hAnsi="Times New Roman" w:cs="Times New Roman"/>
          <w:sz w:val="26"/>
          <w:szCs w:val="26"/>
        </w:rPr>
        <w:t>u t</w:t>
      </w:r>
      <w:r w:rsidRPr="00F8175A">
        <w:rPr>
          <w:rFonts w:ascii="Times New Roman" w:hAnsi="Times New Roman" w:cs="Times New Roman"/>
          <w:sz w:val="26"/>
          <w:szCs w:val="26"/>
        </w:rPr>
        <w:t>ổ</w:t>
      </w:r>
      <w:r w:rsidRPr="00F8175A">
        <w:rPr>
          <w:rFonts w:ascii="Times New Roman" w:hAnsi="Times New Roman" w:cs="Times New Roman"/>
          <w:sz w:val="26"/>
          <w:szCs w:val="26"/>
        </w:rPr>
        <w:t xml:space="preserve"> ch</w:t>
      </w:r>
      <w:r w:rsidRPr="00F8175A">
        <w:rPr>
          <w:rFonts w:ascii="Times New Roman" w:hAnsi="Times New Roman" w:cs="Times New Roman"/>
          <w:sz w:val="26"/>
          <w:szCs w:val="26"/>
        </w:rPr>
        <w:t>ứ</w:t>
      </w:r>
      <w:r w:rsidRPr="00F8175A">
        <w:rPr>
          <w:rFonts w:ascii="Times New Roman" w:hAnsi="Times New Roman" w:cs="Times New Roman"/>
          <w:sz w:val="26"/>
          <w:szCs w:val="26"/>
        </w:rPr>
        <w:t>c, quy</w:t>
      </w:r>
      <w:r w:rsidRPr="00F8175A">
        <w:rPr>
          <w:rFonts w:ascii="Times New Roman" w:hAnsi="Times New Roman" w:cs="Times New Roman"/>
          <w:sz w:val="26"/>
          <w:szCs w:val="26"/>
        </w:rPr>
        <w:t>ề</w:t>
      </w:r>
      <w:r w:rsidRPr="00F8175A">
        <w:rPr>
          <w:rFonts w:ascii="Times New Roman" w:hAnsi="Times New Roman" w:cs="Times New Roman"/>
          <w:sz w:val="26"/>
          <w:szCs w:val="26"/>
        </w:rPr>
        <w:t>n và nghĩa v</w:t>
      </w:r>
      <w:r w:rsidRPr="00F8175A">
        <w:rPr>
          <w:rFonts w:ascii="Times New Roman" w:hAnsi="Times New Roman" w:cs="Times New Roman"/>
          <w:sz w:val="26"/>
          <w:szCs w:val="26"/>
        </w:rPr>
        <w:t>ụ</w:t>
      </w:r>
      <w:r w:rsidRPr="00F8175A">
        <w:rPr>
          <w:rFonts w:ascii="Times New Roman" w:hAnsi="Times New Roman" w:cs="Times New Roman"/>
          <w:sz w:val="26"/>
          <w:szCs w:val="26"/>
        </w:rPr>
        <w:t xml:space="preserve"> c</w:t>
      </w:r>
      <w:r w:rsidRPr="00F8175A">
        <w:rPr>
          <w:rFonts w:ascii="Times New Roman" w:hAnsi="Times New Roman" w:cs="Times New Roman"/>
          <w:sz w:val="26"/>
          <w:szCs w:val="26"/>
        </w:rPr>
        <w:t>ủ</w:t>
      </w:r>
      <w:r w:rsidRPr="00F8175A">
        <w:rPr>
          <w:rFonts w:ascii="Times New Roman" w:hAnsi="Times New Roman" w:cs="Times New Roman"/>
          <w:sz w:val="26"/>
          <w:szCs w:val="26"/>
        </w:rPr>
        <w:t>a các thành viên</w:t>
      </w:r>
      <w:r w:rsidRPr="00F8175A">
        <w:rPr>
          <w:rFonts w:ascii="Times New Roman" w:hAnsi="Times New Roman" w:cs="Times New Roman"/>
          <w:sz w:val="26"/>
          <w:szCs w:val="26"/>
        </w:rPr>
        <w:t>, ch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 xml:space="preserve"> đ</w:t>
      </w:r>
      <w:r w:rsidRPr="00F8175A">
        <w:rPr>
          <w:rFonts w:ascii="Times New Roman" w:hAnsi="Times New Roman" w:cs="Times New Roman"/>
          <w:sz w:val="26"/>
          <w:szCs w:val="26"/>
        </w:rPr>
        <w:t>ộ</w:t>
      </w:r>
      <w:r w:rsidRPr="00F8175A">
        <w:rPr>
          <w:rFonts w:ascii="Times New Roman" w:hAnsi="Times New Roman" w:cs="Times New Roman"/>
          <w:sz w:val="26"/>
          <w:szCs w:val="26"/>
        </w:rPr>
        <w:t xml:space="preserve"> ho</w:t>
      </w:r>
      <w:r w:rsidRPr="00F8175A">
        <w:rPr>
          <w:rFonts w:ascii="Times New Roman" w:hAnsi="Times New Roman" w:cs="Times New Roman"/>
          <w:sz w:val="26"/>
          <w:szCs w:val="26"/>
        </w:rPr>
        <w:t>ạ</w:t>
      </w:r>
      <w:r w:rsidRPr="00F8175A">
        <w:rPr>
          <w:rFonts w:ascii="Times New Roman" w:hAnsi="Times New Roman" w:cs="Times New Roman"/>
          <w:sz w:val="26"/>
          <w:szCs w:val="26"/>
        </w:rPr>
        <w:t>t đ</w:t>
      </w:r>
      <w:r w:rsidRPr="00F8175A">
        <w:rPr>
          <w:rFonts w:ascii="Times New Roman" w:hAnsi="Times New Roman" w:cs="Times New Roman"/>
          <w:sz w:val="26"/>
          <w:szCs w:val="26"/>
        </w:rPr>
        <w:t>ộ</w:t>
      </w:r>
      <w:r w:rsidRPr="00F8175A">
        <w:rPr>
          <w:rFonts w:ascii="Times New Roman" w:hAnsi="Times New Roman" w:cs="Times New Roman"/>
          <w:sz w:val="26"/>
          <w:szCs w:val="26"/>
        </w:rPr>
        <w:t>ng và các n</w:t>
      </w:r>
      <w:r w:rsidRPr="00F8175A">
        <w:rPr>
          <w:rFonts w:ascii="Times New Roman" w:hAnsi="Times New Roman" w:cs="Times New Roman"/>
          <w:sz w:val="26"/>
          <w:szCs w:val="26"/>
        </w:rPr>
        <w:t>ộ</w:t>
      </w:r>
      <w:r w:rsidRPr="00F8175A">
        <w:rPr>
          <w:rFonts w:ascii="Times New Roman" w:hAnsi="Times New Roman" w:cs="Times New Roman"/>
          <w:sz w:val="26"/>
          <w:szCs w:val="26"/>
        </w:rPr>
        <w:t>i dung khác theo quy đ</w:t>
      </w:r>
      <w:r w:rsidRPr="00F8175A">
        <w:rPr>
          <w:rFonts w:ascii="Times New Roman" w:hAnsi="Times New Roman" w:cs="Times New Roman"/>
          <w:sz w:val="26"/>
          <w:szCs w:val="26"/>
        </w:rPr>
        <w:t>ị</w:t>
      </w:r>
      <w:r w:rsidRPr="00F8175A">
        <w:rPr>
          <w:rFonts w:ascii="Times New Roman" w:hAnsi="Times New Roman" w:cs="Times New Roman"/>
          <w:sz w:val="26"/>
          <w:szCs w:val="26"/>
        </w:rPr>
        <w:t>nh c</w:t>
      </w:r>
      <w:r w:rsidRPr="00F8175A">
        <w:rPr>
          <w:rFonts w:ascii="Times New Roman" w:hAnsi="Times New Roman" w:cs="Times New Roman"/>
          <w:sz w:val="26"/>
          <w:szCs w:val="26"/>
        </w:rPr>
        <w:t>ủ</w:t>
      </w:r>
      <w:r w:rsidRPr="00F8175A">
        <w:rPr>
          <w:rFonts w:ascii="Times New Roman" w:hAnsi="Times New Roman" w:cs="Times New Roman"/>
          <w:sz w:val="26"/>
          <w:szCs w:val="26"/>
        </w:rPr>
        <w:t>a Lu</w:t>
      </w:r>
      <w:r w:rsidRPr="00F8175A">
        <w:rPr>
          <w:rFonts w:ascii="Times New Roman" w:hAnsi="Times New Roman" w:cs="Times New Roman"/>
          <w:sz w:val="26"/>
          <w:szCs w:val="26"/>
        </w:rPr>
        <w:t>ậ</w:t>
      </w:r>
      <w:r w:rsidRPr="00F8175A">
        <w:rPr>
          <w:rFonts w:ascii="Times New Roman" w:hAnsi="Times New Roman" w:cs="Times New Roman"/>
          <w:sz w:val="26"/>
          <w:szCs w:val="26"/>
        </w:rPr>
        <w:t>t Doanh nghi</w:t>
      </w:r>
      <w:r w:rsidRPr="00F8175A">
        <w:rPr>
          <w:rFonts w:ascii="Times New Roman" w:hAnsi="Times New Roman" w:cs="Times New Roman"/>
          <w:sz w:val="26"/>
          <w:szCs w:val="26"/>
        </w:rPr>
        <w:t>ệ</w:t>
      </w:r>
      <w:r w:rsidRPr="00F8175A">
        <w:rPr>
          <w:rFonts w:ascii="Times New Roman" w:hAnsi="Times New Roman" w:cs="Times New Roman"/>
          <w:sz w:val="26"/>
          <w:szCs w:val="26"/>
        </w:rPr>
        <w:t>p.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4. Sau khi th</w:t>
      </w:r>
      <w:r w:rsidRPr="00F8175A">
        <w:rPr>
          <w:rFonts w:ascii="Times New Roman" w:hAnsi="Times New Roman" w:cs="Times New Roman"/>
          <w:sz w:val="26"/>
          <w:szCs w:val="26"/>
        </w:rPr>
        <w:t>ả</w:t>
      </w:r>
      <w:r w:rsidRPr="00F8175A">
        <w:rPr>
          <w:rFonts w:ascii="Times New Roman" w:hAnsi="Times New Roman" w:cs="Times New Roman"/>
          <w:sz w:val="26"/>
          <w:szCs w:val="26"/>
        </w:rPr>
        <w:t>o lu</w:t>
      </w:r>
      <w:r w:rsidRPr="00F8175A">
        <w:rPr>
          <w:rFonts w:ascii="Times New Roman" w:hAnsi="Times New Roman" w:cs="Times New Roman"/>
          <w:sz w:val="26"/>
          <w:szCs w:val="26"/>
        </w:rPr>
        <w:t>ậ</w:t>
      </w:r>
      <w:r w:rsidRPr="00F8175A">
        <w:rPr>
          <w:rFonts w:ascii="Times New Roman" w:hAnsi="Times New Roman" w:cs="Times New Roman"/>
          <w:sz w:val="26"/>
          <w:szCs w:val="26"/>
        </w:rPr>
        <w:t>n, H</w:t>
      </w:r>
      <w:r w:rsidRPr="00F8175A">
        <w:rPr>
          <w:rFonts w:ascii="Times New Roman" w:hAnsi="Times New Roman" w:cs="Times New Roman"/>
          <w:sz w:val="26"/>
          <w:szCs w:val="26"/>
        </w:rPr>
        <w:t>ộ</w:t>
      </w:r>
      <w:r w:rsidRPr="00F8175A">
        <w:rPr>
          <w:rFonts w:ascii="Times New Roman" w:hAnsi="Times New Roman" w:cs="Times New Roman"/>
          <w:sz w:val="26"/>
          <w:szCs w:val="26"/>
        </w:rPr>
        <w:t>i đ</w:t>
      </w:r>
      <w:r w:rsidRPr="00F8175A">
        <w:rPr>
          <w:rFonts w:ascii="Times New Roman" w:hAnsi="Times New Roman" w:cs="Times New Roman"/>
          <w:sz w:val="26"/>
          <w:szCs w:val="26"/>
        </w:rPr>
        <w:t>ồ</w:t>
      </w:r>
      <w:r w:rsidRPr="00F8175A">
        <w:rPr>
          <w:rFonts w:ascii="Times New Roman" w:hAnsi="Times New Roman" w:cs="Times New Roman"/>
          <w:sz w:val="26"/>
          <w:szCs w:val="26"/>
        </w:rPr>
        <w:t>ng thành viên ti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n hành bi</w:t>
      </w:r>
      <w:r w:rsidRPr="00F8175A">
        <w:rPr>
          <w:rFonts w:ascii="Times New Roman" w:hAnsi="Times New Roman" w:cs="Times New Roman"/>
          <w:sz w:val="26"/>
          <w:szCs w:val="26"/>
        </w:rPr>
        <w:t>ể</w:t>
      </w:r>
      <w:r w:rsidRPr="00F8175A">
        <w:rPr>
          <w:rFonts w:ascii="Times New Roman" w:hAnsi="Times New Roman" w:cs="Times New Roman"/>
          <w:sz w:val="26"/>
          <w:szCs w:val="26"/>
        </w:rPr>
        <w:t>u quy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t thông qua Đi</w:t>
      </w:r>
      <w:r w:rsidRPr="00F8175A">
        <w:rPr>
          <w:rFonts w:ascii="Times New Roman" w:hAnsi="Times New Roman" w:cs="Times New Roman"/>
          <w:sz w:val="26"/>
          <w:szCs w:val="26"/>
        </w:rPr>
        <w:t>ề</w:t>
      </w:r>
      <w:r w:rsidRPr="00F8175A">
        <w:rPr>
          <w:rFonts w:ascii="Times New Roman" w:hAnsi="Times New Roman" w:cs="Times New Roman"/>
          <w:sz w:val="26"/>
          <w:szCs w:val="26"/>
        </w:rPr>
        <w:t>u l</w:t>
      </w:r>
      <w:r w:rsidRPr="00F8175A">
        <w:rPr>
          <w:rFonts w:ascii="Times New Roman" w:hAnsi="Times New Roman" w:cs="Times New Roman"/>
          <w:sz w:val="26"/>
          <w:szCs w:val="26"/>
        </w:rPr>
        <w:t>ệ</w:t>
      </w:r>
      <w:r w:rsidRPr="00F8175A">
        <w:rPr>
          <w:rFonts w:ascii="Times New Roman" w:hAnsi="Times New Roman" w:cs="Times New Roman"/>
          <w:sz w:val="26"/>
          <w:szCs w:val="26"/>
        </w:rPr>
        <w:t xml:space="preserve"> công ty v</w:t>
      </w:r>
      <w:r w:rsidRPr="00F8175A">
        <w:rPr>
          <w:rFonts w:ascii="Times New Roman" w:hAnsi="Times New Roman" w:cs="Times New Roman"/>
          <w:sz w:val="26"/>
          <w:szCs w:val="26"/>
        </w:rPr>
        <w:t>ớ</w:t>
      </w:r>
      <w:r w:rsidRPr="00F8175A">
        <w:rPr>
          <w:rFonts w:ascii="Times New Roman" w:hAnsi="Times New Roman" w:cs="Times New Roman"/>
          <w:sz w:val="26"/>
          <w:szCs w:val="26"/>
        </w:rPr>
        <w:t>i k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t qu</w:t>
      </w:r>
      <w:r w:rsidRPr="00F8175A">
        <w:rPr>
          <w:rFonts w:ascii="Times New Roman" w:hAnsi="Times New Roman" w:cs="Times New Roman"/>
          <w:sz w:val="26"/>
          <w:szCs w:val="26"/>
        </w:rPr>
        <w:t>ả</w:t>
      </w:r>
      <w:r w:rsidRPr="00F8175A">
        <w:rPr>
          <w:rFonts w:ascii="Times New Roman" w:hAnsi="Times New Roman" w:cs="Times New Roman"/>
          <w:sz w:val="26"/>
          <w:szCs w:val="26"/>
        </w:rPr>
        <w:t xml:space="preserve"> như sau: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 xml:space="preserve">   - S</w:t>
      </w:r>
      <w:r w:rsidRPr="00F8175A">
        <w:rPr>
          <w:rFonts w:ascii="Times New Roman" w:hAnsi="Times New Roman" w:cs="Times New Roman"/>
          <w:sz w:val="26"/>
          <w:szCs w:val="26"/>
        </w:rPr>
        <w:t>ố</w:t>
      </w:r>
      <w:r w:rsidRPr="00F8175A">
        <w:rPr>
          <w:rFonts w:ascii="Times New Roman" w:hAnsi="Times New Roman" w:cs="Times New Roman"/>
          <w:sz w:val="26"/>
          <w:szCs w:val="26"/>
        </w:rPr>
        <w:t xml:space="preserve"> phi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u tán thành: .......... (chi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m .....%)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 xml:space="preserve">   - S</w:t>
      </w:r>
      <w:r w:rsidRPr="00F8175A">
        <w:rPr>
          <w:rFonts w:ascii="Times New Roman" w:hAnsi="Times New Roman" w:cs="Times New Roman"/>
          <w:sz w:val="26"/>
          <w:szCs w:val="26"/>
        </w:rPr>
        <w:t>ố</w:t>
      </w:r>
      <w:r w:rsidRPr="00F8175A">
        <w:rPr>
          <w:rFonts w:ascii="Times New Roman" w:hAnsi="Times New Roman" w:cs="Times New Roman"/>
          <w:sz w:val="26"/>
          <w:szCs w:val="26"/>
        </w:rPr>
        <w:t xml:space="preserve"> phi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u khôn</w:t>
      </w:r>
      <w:r w:rsidRPr="00F8175A">
        <w:rPr>
          <w:rFonts w:ascii="Times New Roman" w:hAnsi="Times New Roman" w:cs="Times New Roman"/>
          <w:sz w:val="26"/>
          <w:szCs w:val="26"/>
        </w:rPr>
        <w:t>g tán thành: .......... (chi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m .....%)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lastRenderedPageBreak/>
        <w:t xml:space="preserve">   - S</w:t>
      </w:r>
      <w:r w:rsidRPr="00F8175A">
        <w:rPr>
          <w:rFonts w:ascii="Times New Roman" w:hAnsi="Times New Roman" w:cs="Times New Roman"/>
          <w:sz w:val="26"/>
          <w:szCs w:val="26"/>
        </w:rPr>
        <w:t>ố</w:t>
      </w:r>
      <w:r w:rsidRPr="00F8175A">
        <w:rPr>
          <w:rFonts w:ascii="Times New Roman" w:hAnsi="Times New Roman" w:cs="Times New Roman"/>
          <w:sz w:val="26"/>
          <w:szCs w:val="26"/>
        </w:rPr>
        <w:t xml:space="preserve"> phi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u không có ý ki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n: .......... (chi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m .....%)</w:t>
      </w:r>
      <w:r w:rsidRPr="00F8175A">
        <w:rPr>
          <w:rFonts w:ascii="Times New Roman" w:hAnsi="Times New Roman" w:cs="Times New Roman"/>
          <w:sz w:val="26"/>
          <w:szCs w:val="26"/>
        </w:rPr>
        <w:br/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K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t lu</w:t>
      </w:r>
      <w:r w:rsidRPr="00F8175A">
        <w:rPr>
          <w:rFonts w:ascii="Times New Roman" w:hAnsi="Times New Roman" w:cs="Times New Roman"/>
          <w:sz w:val="26"/>
          <w:szCs w:val="26"/>
        </w:rPr>
        <w:t>ậ</w:t>
      </w:r>
      <w:r w:rsidRPr="00F8175A">
        <w:rPr>
          <w:rFonts w:ascii="Times New Roman" w:hAnsi="Times New Roman" w:cs="Times New Roman"/>
          <w:sz w:val="26"/>
          <w:szCs w:val="26"/>
        </w:rPr>
        <w:t>n: Đi</w:t>
      </w:r>
      <w:r w:rsidRPr="00F8175A">
        <w:rPr>
          <w:rFonts w:ascii="Times New Roman" w:hAnsi="Times New Roman" w:cs="Times New Roman"/>
          <w:sz w:val="26"/>
          <w:szCs w:val="26"/>
        </w:rPr>
        <w:t>ề</w:t>
      </w:r>
      <w:r w:rsidRPr="00F8175A">
        <w:rPr>
          <w:rFonts w:ascii="Times New Roman" w:hAnsi="Times New Roman" w:cs="Times New Roman"/>
          <w:sz w:val="26"/>
          <w:szCs w:val="26"/>
        </w:rPr>
        <w:t>u l</w:t>
      </w:r>
      <w:r w:rsidRPr="00F8175A">
        <w:rPr>
          <w:rFonts w:ascii="Times New Roman" w:hAnsi="Times New Roman" w:cs="Times New Roman"/>
          <w:sz w:val="26"/>
          <w:szCs w:val="26"/>
        </w:rPr>
        <w:t>ệ</w:t>
      </w:r>
      <w:r w:rsidRPr="00F8175A">
        <w:rPr>
          <w:rFonts w:ascii="Times New Roman" w:hAnsi="Times New Roman" w:cs="Times New Roman"/>
          <w:sz w:val="26"/>
          <w:szCs w:val="26"/>
        </w:rPr>
        <w:t xml:space="preserve"> công ty TNHH ................................................... đư</w:t>
      </w:r>
      <w:r w:rsidRPr="00F8175A">
        <w:rPr>
          <w:rFonts w:ascii="Times New Roman" w:hAnsi="Times New Roman" w:cs="Times New Roman"/>
          <w:sz w:val="26"/>
          <w:szCs w:val="26"/>
        </w:rPr>
        <w:t>ợ</w:t>
      </w:r>
      <w:r w:rsidRPr="00F8175A">
        <w:rPr>
          <w:rFonts w:ascii="Times New Roman" w:hAnsi="Times New Roman" w:cs="Times New Roman"/>
          <w:sz w:val="26"/>
          <w:szCs w:val="26"/>
        </w:rPr>
        <w:t>c thông qua và có hi</w:t>
      </w:r>
      <w:r w:rsidRPr="00F8175A">
        <w:rPr>
          <w:rFonts w:ascii="Times New Roman" w:hAnsi="Times New Roman" w:cs="Times New Roman"/>
          <w:sz w:val="26"/>
          <w:szCs w:val="26"/>
        </w:rPr>
        <w:t>ệ</w:t>
      </w:r>
      <w:r w:rsidRPr="00F8175A">
        <w:rPr>
          <w:rFonts w:ascii="Times New Roman" w:hAnsi="Times New Roman" w:cs="Times New Roman"/>
          <w:sz w:val="26"/>
          <w:szCs w:val="26"/>
        </w:rPr>
        <w:t>u l</w:t>
      </w:r>
      <w:r w:rsidRPr="00F8175A">
        <w:rPr>
          <w:rFonts w:ascii="Times New Roman" w:hAnsi="Times New Roman" w:cs="Times New Roman"/>
          <w:sz w:val="26"/>
          <w:szCs w:val="26"/>
        </w:rPr>
        <w:t>ự</w:t>
      </w:r>
      <w:r w:rsidRPr="00F8175A">
        <w:rPr>
          <w:rFonts w:ascii="Times New Roman" w:hAnsi="Times New Roman" w:cs="Times New Roman"/>
          <w:sz w:val="26"/>
          <w:szCs w:val="26"/>
        </w:rPr>
        <w:t>c k</w:t>
      </w:r>
      <w:r w:rsidRPr="00F8175A">
        <w:rPr>
          <w:rFonts w:ascii="Times New Roman" w:hAnsi="Times New Roman" w:cs="Times New Roman"/>
          <w:sz w:val="26"/>
          <w:szCs w:val="26"/>
        </w:rPr>
        <w:t>ể</w:t>
      </w:r>
      <w:r w:rsidRPr="00F8175A">
        <w:rPr>
          <w:rFonts w:ascii="Times New Roman" w:hAnsi="Times New Roman" w:cs="Times New Roman"/>
          <w:sz w:val="26"/>
          <w:szCs w:val="26"/>
        </w:rPr>
        <w:t xml:space="preserve"> t</w:t>
      </w:r>
      <w:r w:rsidRPr="00F8175A">
        <w:rPr>
          <w:rFonts w:ascii="Times New Roman" w:hAnsi="Times New Roman" w:cs="Times New Roman"/>
          <w:sz w:val="26"/>
          <w:szCs w:val="26"/>
        </w:rPr>
        <w:t>ừ</w:t>
      </w:r>
      <w:r w:rsidRPr="00F8175A">
        <w:rPr>
          <w:rFonts w:ascii="Times New Roman" w:hAnsi="Times New Roman" w:cs="Times New Roman"/>
          <w:sz w:val="26"/>
          <w:szCs w:val="26"/>
        </w:rPr>
        <w:t xml:space="preserve"> ngày ..... tháng ..... năm ......</w:t>
      </w:r>
    </w:p>
    <w:p w:rsidR="006F4D11" w:rsidRPr="00F8175A" w:rsidRDefault="00F8175A">
      <w:pPr>
        <w:pStyle w:val="Heading2"/>
        <w:rPr>
          <w:rFonts w:ascii="Times New Roman" w:hAnsi="Times New Roman" w:cs="Times New Roman"/>
          <w:color w:val="auto"/>
        </w:rPr>
      </w:pPr>
      <w:r w:rsidRPr="00F8175A">
        <w:rPr>
          <w:rFonts w:ascii="Times New Roman" w:hAnsi="Times New Roman" w:cs="Times New Roman"/>
          <w:color w:val="auto"/>
        </w:rPr>
        <w:t>III. K</w:t>
      </w:r>
      <w:r w:rsidRPr="00F8175A">
        <w:rPr>
          <w:rFonts w:ascii="Times New Roman" w:hAnsi="Times New Roman" w:cs="Times New Roman"/>
          <w:color w:val="auto"/>
        </w:rPr>
        <w:t>Ế</w:t>
      </w:r>
      <w:r w:rsidRPr="00F8175A">
        <w:rPr>
          <w:rFonts w:ascii="Times New Roman" w:hAnsi="Times New Roman" w:cs="Times New Roman"/>
          <w:color w:val="auto"/>
        </w:rPr>
        <w:t>T THÚC CU</w:t>
      </w:r>
      <w:r w:rsidRPr="00F8175A">
        <w:rPr>
          <w:rFonts w:ascii="Times New Roman" w:hAnsi="Times New Roman" w:cs="Times New Roman"/>
          <w:color w:val="auto"/>
        </w:rPr>
        <w:t>Ộ</w:t>
      </w:r>
      <w:r w:rsidRPr="00F8175A">
        <w:rPr>
          <w:rFonts w:ascii="Times New Roman" w:hAnsi="Times New Roman" w:cs="Times New Roman"/>
          <w:color w:val="auto"/>
        </w:rPr>
        <w:t>C H</w:t>
      </w:r>
      <w:r w:rsidRPr="00F8175A">
        <w:rPr>
          <w:rFonts w:ascii="Times New Roman" w:hAnsi="Times New Roman" w:cs="Times New Roman"/>
          <w:color w:val="auto"/>
        </w:rPr>
        <w:t>Ọ</w:t>
      </w:r>
      <w:r w:rsidRPr="00F8175A">
        <w:rPr>
          <w:rFonts w:ascii="Times New Roman" w:hAnsi="Times New Roman" w:cs="Times New Roman"/>
          <w:color w:val="auto"/>
        </w:rPr>
        <w:t>P: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Cu</w:t>
      </w:r>
      <w:r w:rsidRPr="00F8175A">
        <w:rPr>
          <w:rFonts w:ascii="Times New Roman" w:hAnsi="Times New Roman" w:cs="Times New Roman"/>
          <w:sz w:val="26"/>
          <w:szCs w:val="26"/>
        </w:rPr>
        <w:t>ộ</w:t>
      </w:r>
      <w:r w:rsidRPr="00F8175A">
        <w:rPr>
          <w:rFonts w:ascii="Times New Roman" w:hAnsi="Times New Roman" w:cs="Times New Roman"/>
          <w:sz w:val="26"/>
          <w:szCs w:val="26"/>
        </w:rPr>
        <w:t>c h</w:t>
      </w:r>
      <w:r w:rsidRPr="00F8175A">
        <w:rPr>
          <w:rFonts w:ascii="Times New Roman" w:hAnsi="Times New Roman" w:cs="Times New Roman"/>
          <w:sz w:val="26"/>
          <w:szCs w:val="26"/>
        </w:rPr>
        <w:t>ọ</w:t>
      </w:r>
      <w:r w:rsidRPr="00F8175A">
        <w:rPr>
          <w:rFonts w:ascii="Times New Roman" w:hAnsi="Times New Roman" w:cs="Times New Roman"/>
          <w:sz w:val="26"/>
          <w:szCs w:val="26"/>
        </w:rPr>
        <w:t>p k</w:t>
      </w:r>
      <w:r w:rsidRPr="00F8175A">
        <w:rPr>
          <w:rFonts w:ascii="Times New Roman" w:hAnsi="Times New Roman" w:cs="Times New Roman"/>
          <w:sz w:val="26"/>
          <w:szCs w:val="26"/>
        </w:rPr>
        <w:t>ế</w:t>
      </w:r>
      <w:r w:rsidRPr="00F8175A">
        <w:rPr>
          <w:rFonts w:ascii="Times New Roman" w:hAnsi="Times New Roman" w:cs="Times New Roman"/>
          <w:sz w:val="26"/>
          <w:szCs w:val="26"/>
        </w:rPr>
        <w:t>t thúc vào lúc ..... gi</w:t>
      </w:r>
      <w:r w:rsidRPr="00F8175A">
        <w:rPr>
          <w:rFonts w:ascii="Times New Roman" w:hAnsi="Times New Roman" w:cs="Times New Roman"/>
          <w:sz w:val="26"/>
          <w:szCs w:val="26"/>
        </w:rPr>
        <w:t>ờ</w:t>
      </w:r>
      <w:r w:rsidRPr="00F8175A">
        <w:rPr>
          <w:rFonts w:ascii="Times New Roman" w:hAnsi="Times New Roman" w:cs="Times New Roman"/>
          <w:sz w:val="26"/>
          <w:szCs w:val="26"/>
        </w:rPr>
        <w:t xml:space="preserve"> ..... phút cùng ngày.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Biên b</w:t>
      </w:r>
      <w:r w:rsidRPr="00F8175A">
        <w:rPr>
          <w:rFonts w:ascii="Times New Roman" w:hAnsi="Times New Roman" w:cs="Times New Roman"/>
          <w:sz w:val="26"/>
          <w:szCs w:val="26"/>
        </w:rPr>
        <w:t>ả</w:t>
      </w:r>
      <w:r w:rsidRPr="00F8175A">
        <w:rPr>
          <w:rFonts w:ascii="Times New Roman" w:hAnsi="Times New Roman" w:cs="Times New Roman"/>
          <w:sz w:val="26"/>
          <w:szCs w:val="26"/>
        </w:rPr>
        <w:t>n đư</w:t>
      </w:r>
      <w:r w:rsidRPr="00F8175A">
        <w:rPr>
          <w:rFonts w:ascii="Times New Roman" w:hAnsi="Times New Roman" w:cs="Times New Roman"/>
          <w:sz w:val="26"/>
          <w:szCs w:val="26"/>
        </w:rPr>
        <w:t>ợ</w:t>
      </w:r>
      <w:r w:rsidRPr="00F8175A">
        <w:rPr>
          <w:rFonts w:ascii="Times New Roman" w:hAnsi="Times New Roman" w:cs="Times New Roman"/>
          <w:sz w:val="26"/>
          <w:szCs w:val="26"/>
        </w:rPr>
        <w:t>c l</w:t>
      </w:r>
      <w:r w:rsidRPr="00F8175A">
        <w:rPr>
          <w:rFonts w:ascii="Times New Roman" w:hAnsi="Times New Roman" w:cs="Times New Roman"/>
          <w:sz w:val="26"/>
          <w:szCs w:val="26"/>
        </w:rPr>
        <w:t>ậ</w:t>
      </w:r>
      <w:r w:rsidRPr="00F8175A">
        <w:rPr>
          <w:rFonts w:ascii="Times New Roman" w:hAnsi="Times New Roman" w:cs="Times New Roman"/>
          <w:sz w:val="26"/>
          <w:szCs w:val="26"/>
        </w:rPr>
        <w:t>p thành 02 (hai) b</w:t>
      </w:r>
      <w:r w:rsidRPr="00F8175A">
        <w:rPr>
          <w:rFonts w:ascii="Times New Roman" w:hAnsi="Times New Roman" w:cs="Times New Roman"/>
          <w:sz w:val="26"/>
          <w:szCs w:val="26"/>
        </w:rPr>
        <w:t>ả</w:t>
      </w:r>
      <w:r w:rsidRPr="00F8175A">
        <w:rPr>
          <w:rFonts w:ascii="Times New Roman" w:hAnsi="Times New Roman" w:cs="Times New Roman"/>
          <w:sz w:val="26"/>
          <w:szCs w:val="26"/>
        </w:rPr>
        <w:t>n có giá tr</w:t>
      </w:r>
      <w:r w:rsidRPr="00F8175A">
        <w:rPr>
          <w:rFonts w:ascii="Times New Roman" w:hAnsi="Times New Roman" w:cs="Times New Roman"/>
          <w:sz w:val="26"/>
          <w:szCs w:val="26"/>
        </w:rPr>
        <w:t>ị</w:t>
      </w:r>
      <w:r w:rsidRPr="00F8175A">
        <w:rPr>
          <w:rFonts w:ascii="Times New Roman" w:hAnsi="Times New Roman" w:cs="Times New Roman"/>
          <w:sz w:val="26"/>
          <w:szCs w:val="26"/>
        </w:rPr>
        <w:t xml:space="preserve"> pháp lý như nhau, m</w:t>
      </w:r>
      <w:r w:rsidRPr="00F8175A">
        <w:rPr>
          <w:rFonts w:ascii="Times New Roman" w:hAnsi="Times New Roman" w:cs="Times New Roman"/>
          <w:sz w:val="26"/>
          <w:szCs w:val="26"/>
        </w:rPr>
        <w:t>ỗ</w:t>
      </w:r>
      <w:r w:rsidRPr="00F8175A">
        <w:rPr>
          <w:rFonts w:ascii="Times New Roman" w:hAnsi="Times New Roman" w:cs="Times New Roman"/>
          <w:sz w:val="26"/>
          <w:szCs w:val="26"/>
        </w:rPr>
        <w:t>i thành viên gi</w:t>
      </w:r>
      <w:r w:rsidRPr="00F8175A">
        <w:rPr>
          <w:rFonts w:ascii="Times New Roman" w:hAnsi="Times New Roman" w:cs="Times New Roman"/>
          <w:sz w:val="26"/>
          <w:szCs w:val="26"/>
        </w:rPr>
        <w:t>ữ</w:t>
      </w:r>
      <w:r w:rsidRPr="00F8175A">
        <w:rPr>
          <w:rFonts w:ascii="Times New Roman" w:hAnsi="Times New Roman" w:cs="Times New Roman"/>
          <w:sz w:val="26"/>
          <w:szCs w:val="26"/>
        </w:rPr>
        <w:t xml:space="preserve"> 01 b</w:t>
      </w:r>
      <w:r w:rsidRPr="00F8175A">
        <w:rPr>
          <w:rFonts w:ascii="Times New Roman" w:hAnsi="Times New Roman" w:cs="Times New Roman"/>
          <w:sz w:val="26"/>
          <w:szCs w:val="26"/>
        </w:rPr>
        <w:t>ả</w:t>
      </w:r>
      <w:r w:rsidRPr="00F8175A">
        <w:rPr>
          <w:rFonts w:ascii="Times New Roman" w:hAnsi="Times New Roman" w:cs="Times New Roman"/>
          <w:sz w:val="26"/>
          <w:szCs w:val="26"/>
        </w:rPr>
        <w:t>n.</w:t>
      </w:r>
      <w:r w:rsidRPr="00F8175A">
        <w:rPr>
          <w:rFonts w:ascii="Times New Roman" w:hAnsi="Times New Roman" w:cs="Times New Roman"/>
          <w:sz w:val="26"/>
          <w:szCs w:val="26"/>
        </w:rPr>
        <w:br/>
      </w:r>
    </w:p>
    <w:p w:rsidR="006F4D11" w:rsidRPr="00F8175A" w:rsidRDefault="00F8175A">
      <w:pPr>
        <w:pStyle w:val="Heading2"/>
        <w:rPr>
          <w:rFonts w:ascii="Times New Roman" w:hAnsi="Times New Roman" w:cs="Times New Roman"/>
          <w:color w:val="auto"/>
        </w:rPr>
      </w:pPr>
      <w:r w:rsidRPr="00F8175A">
        <w:rPr>
          <w:rFonts w:ascii="Times New Roman" w:hAnsi="Times New Roman" w:cs="Times New Roman"/>
          <w:color w:val="auto"/>
        </w:rPr>
        <w:t>IV. CH</w:t>
      </w:r>
      <w:r w:rsidRPr="00F8175A">
        <w:rPr>
          <w:rFonts w:ascii="Times New Roman" w:hAnsi="Times New Roman" w:cs="Times New Roman"/>
          <w:color w:val="auto"/>
        </w:rPr>
        <w:t>Ữ</w:t>
      </w:r>
      <w:r w:rsidRPr="00F8175A">
        <w:rPr>
          <w:rFonts w:ascii="Times New Roman" w:hAnsi="Times New Roman" w:cs="Times New Roman"/>
          <w:color w:val="auto"/>
        </w:rPr>
        <w:t xml:space="preserve"> KÝ XÁC NH</w:t>
      </w:r>
      <w:r w:rsidRPr="00F8175A">
        <w:rPr>
          <w:rFonts w:ascii="Times New Roman" w:hAnsi="Times New Roman" w:cs="Times New Roman"/>
          <w:color w:val="auto"/>
        </w:rPr>
        <w:t>Ậ</w:t>
      </w:r>
      <w:r w:rsidRPr="00F8175A">
        <w:rPr>
          <w:rFonts w:ascii="Times New Roman" w:hAnsi="Times New Roman" w:cs="Times New Roman"/>
          <w:color w:val="auto"/>
        </w:rPr>
        <w:t>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8175A" w:rsidRPr="00F8175A">
        <w:tc>
          <w:tcPr>
            <w:tcW w:w="4320" w:type="dxa"/>
          </w:tcPr>
          <w:p w:rsidR="006F4D11" w:rsidRPr="00F8175A" w:rsidRDefault="00F8175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CH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Ủ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Ọ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A CU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Ộ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C H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Ọ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P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(Ký, ghi rõ h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ọ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tên)</w:t>
            </w:r>
          </w:p>
        </w:tc>
        <w:tc>
          <w:tcPr>
            <w:tcW w:w="4320" w:type="dxa"/>
          </w:tcPr>
          <w:p w:rsidR="006F4D11" w:rsidRPr="00F8175A" w:rsidRDefault="00F8175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THƯ KÝ CU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Ộ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C H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Ọ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P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 xml:space="preserve">(Ký, ghi rõ 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h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>ọ</w:t>
            </w:r>
            <w:r w:rsidRPr="00F817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tên)</w:t>
            </w:r>
          </w:p>
        </w:tc>
      </w:tr>
    </w:tbl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br/>
        <w:t>Các thành viên tham d</w:t>
      </w:r>
      <w:r w:rsidRPr="00F8175A">
        <w:rPr>
          <w:rFonts w:ascii="Times New Roman" w:hAnsi="Times New Roman" w:cs="Times New Roman"/>
          <w:sz w:val="26"/>
          <w:szCs w:val="26"/>
        </w:rPr>
        <w:t>ự</w:t>
      </w:r>
      <w:r w:rsidRPr="00F8175A">
        <w:rPr>
          <w:rFonts w:ascii="Times New Roman" w:hAnsi="Times New Roman" w:cs="Times New Roman"/>
          <w:sz w:val="26"/>
          <w:szCs w:val="26"/>
        </w:rPr>
        <w:t xml:space="preserve"> (ký, ghi rõ h</w:t>
      </w:r>
      <w:r w:rsidRPr="00F8175A">
        <w:rPr>
          <w:rFonts w:ascii="Times New Roman" w:hAnsi="Times New Roman" w:cs="Times New Roman"/>
          <w:sz w:val="26"/>
          <w:szCs w:val="26"/>
        </w:rPr>
        <w:t>ọ</w:t>
      </w:r>
      <w:r w:rsidRPr="00F8175A">
        <w:rPr>
          <w:rFonts w:ascii="Times New Roman" w:hAnsi="Times New Roman" w:cs="Times New Roman"/>
          <w:sz w:val="26"/>
          <w:szCs w:val="26"/>
        </w:rPr>
        <w:t xml:space="preserve"> tên):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1. ....................................................................................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>2. ....................................................................................</w:t>
      </w:r>
    </w:p>
    <w:p w:rsidR="006F4D11" w:rsidRPr="00F8175A" w:rsidRDefault="00F8175A">
      <w:pPr>
        <w:rPr>
          <w:rFonts w:ascii="Times New Roman" w:hAnsi="Times New Roman" w:cs="Times New Roman"/>
          <w:sz w:val="26"/>
          <w:szCs w:val="26"/>
        </w:rPr>
      </w:pPr>
      <w:r w:rsidRPr="00F8175A">
        <w:rPr>
          <w:rFonts w:ascii="Times New Roman" w:hAnsi="Times New Roman" w:cs="Times New Roman"/>
          <w:sz w:val="26"/>
          <w:szCs w:val="26"/>
        </w:rPr>
        <w:t xml:space="preserve">3. </w:t>
      </w:r>
      <w:r w:rsidRPr="00F8175A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sectPr w:rsidR="006F4D11" w:rsidRPr="00F8175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F4D11"/>
    <w:rsid w:val="00AA1D8D"/>
    <w:rsid w:val="00B47730"/>
    <w:rsid w:val="00CB0664"/>
    <w:rsid w:val="00F817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EB463C92-1FB9-46F6-AAD4-046A4AEF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84F103-A7EB-44A2-8E97-595BD6E71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2025-10-23T01:56:00Z</dcterms:created>
  <dcterms:modified xsi:type="dcterms:W3CDTF">2025-10-23T01:56:00Z</dcterms:modified>
  <cp:category/>
</cp:coreProperties>
</file>