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55E" w:rsidRPr="00F852B6" w:rsidRDefault="00F852B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52B6">
        <w:rPr>
          <w:rFonts w:ascii="Times New Roman" w:hAnsi="Times New Roman" w:cs="Times New Roman"/>
          <w:b/>
          <w:sz w:val="26"/>
          <w:szCs w:val="26"/>
        </w:rPr>
        <w:t>C</w:t>
      </w:r>
      <w:r w:rsidRPr="00F852B6">
        <w:rPr>
          <w:rFonts w:ascii="Times New Roman" w:hAnsi="Times New Roman" w:cs="Times New Roman"/>
          <w:b/>
          <w:sz w:val="26"/>
          <w:szCs w:val="26"/>
        </w:rPr>
        <w:t>Ộ</w:t>
      </w:r>
      <w:r w:rsidRPr="00F852B6">
        <w:rPr>
          <w:rFonts w:ascii="Times New Roman" w:hAnsi="Times New Roman" w:cs="Times New Roman"/>
          <w:b/>
          <w:sz w:val="26"/>
          <w:szCs w:val="26"/>
        </w:rPr>
        <w:t>NG HÒA XÃ H</w:t>
      </w:r>
      <w:r w:rsidRPr="00F852B6">
        <w:rPr>
          <w:rFonts w:ascii="Times New Roman" w:hAnsi="Times New Roman" w:cs="Times New Roman"/>
          <w:b/>
          <w:sz w:val="26"/>
          <w:szCs w:val="26"/>
        </w:rPr>
        <w:t>Ộ</w:t>
      </w:r>
      <w:r w:rsidRPr="00F852B6">
        <w:rPr>
          <w:rFonts w:ascii="Times New Roman" w:hAnsi="Times New Roman" w:cs="Times New Roman"/>
          <w:b/>
          <w:sz w:val="26"/>
          <w:szCs w:val="26"/>
        </w:rPr>
        <w:t>I CH</w:t>
      </w:r>
      <w:r w:rsidRPr="00F852B6">
        <w:rPr>
          <w:rFonts w:ascii="Times New Roman" w:hAnsi="Times New Roman" w:cs="Times New Roman"/>
          <w:b/>
          <w:sz w:val="26"/>
          <w:szCs w:val="26"/>
        </w:rPr>
        <w:t>Ủ</w:t>
      </w:r>
      <w:r w:rsidRPr="00F852B6">
        <w:rPr>
          <w:rFonts w:ascii="Times New Roman" w:hAnsi="Times New Roman" w:cs="Times New Roman"/>
          <w:b/>
          <w:sz w:val="26"/>
          <w:szCs w:val="26"/>
        </w:rPr>
        <w:t xml:space="preserve"> NGHĨA VI</w:t>
      </w:r>
      <w:r w:rsidRPr="00F852B6">
        <w:rPr>
          <w:rFonts w:ascii="Times New Roman" w:hAnsi="Times New Roman" w:cs="Times New Roman"/>
          <w:b/>
          <w:sz w:val="26"/>
          <w:szCs w:val="26"/>
        </w:rPr>
        <w:t>Ệ</w:t>
      </w:r>
      <w:r w:rsidRPr="00F852B6">
        <w:rPr>
          <w:rFonts w:ascii="Times New Roman" w:hAnsi="Times New Roman" w:cs="Times New Roman"/>
          <w:b/>
          <w:sz w:val="26"/>
          <w:szCs w:val="26"/>
        </w:rPr>
        <w:t>T NAM</w:t>
      </w:r>
    </w:p>
    <w:p w:rsidR="0061455E" w:rsidRPr="00F852B6" w:rsidRDefault="00F852B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52B6">
        <w:rPr>
          <w:rFonts w:ascii="Times New Roman" w:hAnsi="Times New Roman" w:cs="Times New Roman"/>
          <w:b/>
          <w:sz w:val="26"/>
          <w:szCs w:val="26"/>
        </w:rPr>
        <w:t>Đ</w:t>
      </w:r>
      <w:r w:rsidRPr="00F852B6">
        <w:rPr>
          <w:rFonts w:ascii="Times New Roman" w:hAnsi="Times New Roman" w:cs="Times New Roman"/>
          <w:b/>
          <w:sz w:val="26"/>
          <w:szCs w:val="26"/>
        </w:rPr>
        <w:t>ộ</w:t>
      </w:r>
      <w:r w:rsidRPr="00F852B6">
        <w:rPr>
          <w:rFonts w:ascii="Times New Roman" w:hAnsi="Times New Roman" w:cs="Times New Roman"/>
          <w:b/>
          <w:sz w:val="26"/>
          <w:szCs w:val="26"/>
        </w:rPr>
        <w:t>c l</w:t>
      </w:r>
      <w:r w:rsidRPr="00F852B6">
        <w:rPr>
          <w:rFonts w:ascii="Times New Roman" w:hAnsi="Times New Roman" w:cs="Times New Roman"/>
          <w:b/>
          <w:sz w:val="26"/>
          <w:szCs w:val="26"/>
        </w:rPr>
        <w:t>ậ</w:t>
      </w:r>
      <w:r w:rsidRPr="00F852B6">
        <w:rPr>
          <w:rFonts w:ascii="Times New Roman" w:hAnsi="Times New Roman" w:cs="Times New Roman"/>
          <w:b/>
          <w:sz w:val="26"/>
          <w:szCs w:val="26"/>
        </w:rPr>
        <w:t>p – T</w:t>
      </w:r>
      <w:r w:rsidRPr="00F852B6">
        <w:rPr>
          <w:rFonts w:ascii="Times New Roman" w:hAnsi="Times New Roman" w:cs="Times New Roman"/>
          <w:b/>
          <w:sz w:val="26"/>
          <w:szCs w:val="26"/>
        </w:rPr>
        <w:t>ự</w:t>
      </w:r>
      <w:r w:rsidRPr="00F852B6">
        <w:rPr>
          <w:rFonts w:ascii="Times New Roman" w:hAnsi="Times New Roman" w:cs="Times New Roman"/>
          <w:b/>
          <w:sz w:val="26"/>
          <w:szCs w:val="26"/>
        </w:rPr>
        <w:t xml:space="preserve"> do – H</w:t>
      </w:r>
      <w:r w:rsidRPr="00F852B6">
        <w:rPr>
          <w:rFonts w:ascii="Times New Roman" w:hAnsi="Times New Roman" w:cs="Times New Roman"/>
          <w:b/>
          <w:sz w:val="26"/>
          <w:szCs w:val="26"/>
        </w:rPr>
        <w:t>ạ</w:t>
      </w:r>
      <w:r w:rsidRPr="00F852B6">
        <w:rPr>
          <w:rFonts w:ascii="Times New Roman" w:hAnsi="Times New Roman" w:cs="Times New Roman"/>
          <w:b/>
          <w:sz w:val="26"/>
          <w:szCs w:val="26"/>
        </w:rPr>
        <w:t>nh phúc</w:t>
      </w:r>
    </w:p>
    <w:p w:rsidR="00F852B6" w:rsidRPr="00F852B6" w:rsidRDefault="00F852B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1455E" w:rsidRPr="00F852B6" w:rsidRDefault="00F852B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52B6">
        <w:rPr>
          <w:rFonts w:ascii="Times New Roman" w:hAnsi="Times New Roman" w:cs="Times New Roman"/>
          <w:b/>
          <w:sz w:val="26"/>
          <w:szCs w:val="26"/>
        </w:rPr>
        <w:t>GI</w:t>
      </w:r>
      <w:r w:rsidRPr="00F852B6">
        <w:rPr>
          <w:rFonts w:ascii="Times New Roman" w:hAnsi="Times New Roman" w:cs="Times New Roman"/>
          <w:b/>
          <w:sz w:val="26"/>
          <w:szCs w:val="26"/>
        </w:rPr>
        <w:t>Ấ</w:t>
      </w:r>
      <w:r w:rsidRPr="00F852B6">
        <w:rPr>
          <w:rFonts w:ascii="Times New Roman" w:hAnsi="Times New Roman" w:cs="Times New Roman"/>
          <w:b/>
          <w:sz w:val="26"/>
          <w:szCs w:val="26"/>
        </w:rPr>
        <w:t>Y Đ</w:t>
      </w:r>
      <w:r w:rsidRPr="00F852B6">
        <w:rPr>
          <w:rFonts w:ascii="Times New Roman" w:hAnsi="Times New Roman" w:cs="Times New Roman"/>
          <w:b/>
          <w:sz w:val="26"/>
          <w:szCs w:val="26"/>
        </w:rPr>
        <w:t>Ề</w:t>
      </w:r>
      <w:r w:rsidRPr="00F852B6">
        <w:rPr>
          <w:rFonts w:ascii="Times New Roman" w:hAnsi="Times New Roman" w:cs="Times New Roman"/>
          <w:b/>
          <w:sz w:val="26"/>
          <w:szCs w:val="26"/>
        </w:rPr>
        <w:t xml:space="preserve"> XU</w:t>
      </w:r>
      <w:r w:rsidRPr="00F852B6">
        <w:rPr>
          <w:rFonts w:ascii="Times New Roman" w:hAnsi="Times New Roman" w:cs="Times New Roman"/>
          <w:b/>
          <w:sz w:val="26"/>
          <w:szCs w:val="26"/>
        </w:rPr>
        <w:t>Ấ</w:t>
      </w:r>
      <w:r w:rsidRPr="00F852B6">
        <w:rPr>
          <w:rFonts w:ascii="Times New Roman" w:hAnsi="Times New Roman" w:cs="Times New Roman"/>
          <w:b/>
          <w:sz w:val="26"/>
          <w:szCs w:val="26"/>
        </w:rPr>
        <w:t>T THAY Đ</w:t>
      </w:r>
      <w:r w:rsidRPr="00F852B6">
        <w:rPr>
          <w:rFonts w:ascii="Times New Roman" w:hAnsi="Times New Roman" w:cs="Times New Roman"/>
          <w:b/>
          <w:sz w:val="26"/>
          <w:szCs w:val="26"/>
        </w:rPr>
        <w:t>Ổ</w:t>
      </w:r>
      <w:r w:rsidRPr="00F852B6">
        <w:rPr>
          <w:rFonts w:ascii="Times New Roman" w:hAnsi="Times New Roman" w:cs="Times New Roman"/>
          <w:b/>
          <w:sz w:val="26"/>
          <w:szCs w:val="26"/>
        </w:rPr>
        <w:t>I M</w:t>
      </w:r>
      <w:r w:rsidRPr="00F852B6">
        <w:rPr>
          <w:rFonts w:ascii="Times New Roman" w:hAnsi="Times New Roman" w:cs="Times New Roman"/>
          <w:b/>
          <w:sz w:val="26"/>
          <w:szCs w:val="26"/>
        </w:rPr>
        <w:t>Ứ</w:t>
      </w:r>
      <w:r w:rsidRPr="00F852B6">
        <w:rPr>
          <w:rFonts w:ascii="Times New Roman" w:hAnsi="Times New Roman" w:cs="Times New Roman"/>
          <w:b/>
          <w:sz w:val="26"/>
          <w:szCs w:val="26"/>
        </w:rPr>
        <w:t>C LƯƠNG ĐÓNG BHXH</w:t>
      </w:r>
    </w:p>
    <w:p w:rsidR="0061455E" w:rsidRPr="00F852B6" w:rsidRDefault="00F852B6">
      <w:pPr>
        <w:rPr>
          <w:rFonts w:ascii="Times New Roman" w:hAnsi="Times New Roman" w:cs="Times New Roman"/>
          <w:sz w:val="26"/>
          <w:szCs w:val="26"/>
        </w:rPr>
      </w:pPr>
      <w:r w:rsidRPr="00F852B6">
        <w:rPr>
          <w:rFonts w:ascii="Times New Roman" w:hAnsi="Times New Roman" w:cs="Times New Roman"/>
          <w:sz w:val="26"/>
          <w:szCs w:val="26"/>
        </w:rPr>
        <w:br/>
        <w:t>Kính g</w:t>
      </w:r>
      <w:r w:rsidRPr="00F852B6">
        <w:rPr>
          <w:rFonts w:ascii="Times New Roman" w:hAnsi="Times New Roman" w:cs="Times New Roman"/>
          <w:sz w:val="26"/>
          <w:szCs w:val="26"/>
        </w:rPr>
        <w:t>ử</w:t>
      </w:r>
      <w:r w:rsidRPr="00F852B6">
        <w:rPr>
          <w:rFonts w:ascii="Times New Roman" w:hAnsi="Times New Roman" w:cs="Times New Roman"/>
          <w:sz w:val="26"/>
          <w:szCs w:val="26"/>
        </w:rPr>
        <w:t>i: Ban Giám đ</w:t>
      </w:r>
      <w:r w:rsidRPr="00F852B6">
        <w:rPr>
          <w:rFonts w:ascii="Times New Roman" w:hAnsi="Times New Roman" w:cs="Times New Roman"/>
          <w:sz w:val="26"/>
          <w:szCs w:val="26"/>
        </w:rPr>
        <w:t>ố</w:t>
      </w:r>
      <w:r w:rsidRPr="00F852B6">
        <w:rPr>
          <w:rFonts w:ascii="Times New Roman" w:hAnsi="Times New Roman" w:cs="Times New Roman"/>
          <w:sz w:val="26"/>
          <w:szCs w:val="26"/>
        </w:rPr>
        <w:t>c Công ty ......................................................</w:t>
      </w:r>
    </w:p>
    <w:p w:rsidR="0061455E" w:rsidRPr="00F852B6" w:rsidRDefault="00F852B6">
      <w:pPr>
        <w:rPr>
          <w:rFonts w:ascii="Times New Roman" w:hAnsi="Times New Roman" w:cs="Times New Roman"/>
          <w:sz w:val="26"/>
          <w:szCs w:val="26"/>
        </w:rPr>
      </w:pPr>
      <w:r w:rsidRPr="00F852B6">
        <w:rPr>
          <w:rFonts w:ascii="Times New Roman" w:hAnsi="Times New Roman" w:cs="Times New Roman"/>
          <w:sz w:val="26"/>
          <w:szCs w:val="26"/>
        </w:rPr>
        <w:t>(Và/ho</w:t>
      </w:r>
      <w:r w:rsidRPr="00F852B6">
        <w:rPr>
          <w:rFonts w:ascii="Times New Roman" w:hAnsi="Times New Roman" w:cs="Times New Roman"/>
          <w:sz w:val="26"/>
          <w:szCs w:val="26"/>
        </w:rPr>
        <w:t>ặ</w:t>
      </w:r>
      <w:r w:rsidRPr="00F852B6">
        <w:rPr>
          <w:rFonts w:ascii="Times New Roman" w:hAnsi="Times New Roman" w:cs="Times New Roman"/>
          <w:sz w:val="26"/>
          <w:szCs w:val="26"/>
        </w:rPr>
        <w:t xml:space="preserve">c Phòng </w:t>
      </w:r>
      <w:r w:rsidRPr="00F852B6">
        <w:rPr>
          <w:rFonts w:ascii="Times New Roman" w:hAnsi="Times New Roman" w:cs="Times New Roman"/>
          <w:sz w:val="26"/>
          <w:szCs w:val="26"/>
        </w:rPr>
        <w:t>Hành chính – Nhân s</w:t>
      </w:r>
      <w:r w:rsidRPr="00F852B6">
        <w:rPr>
          <w:rFonts w:ascii="Times New Roman" w:hAnsi="Times New Roman" w:cs="Times New Roman"/>
          <w:sz w:val="26"/>
          <w:szCs w:val="26"/>
        </w:rPr>
        <w:t>ự</w:t>
      </w:r>
      <w:r w:rsidRPr="00F852B6">
        <w:rPr>
          <w:rFonts w:ascii="Times New Roman" w:hAnsi="Times New Roman" w:cs="Times New Roman"/>
          <w:sz w:val="26"/>
          <w:szCs w:val="26"/>
        </w:rPr>
        <w:t>)</w:t>
      </w:r>
    </w:p>
    <w:p w:rsidR="0061455E" w:rsidRPr="00F852B6" w:rsidRDefault="00F852B6">
      <w:pPr>
        <w:rPr>
          <w:rFonts w:ascii="Times New Roman" w:hAnsi="Times New Roman" w:cs="Times New Roman"/>
          <w:sz w:val="26"/>
          <w:szCs w:val="26"/>
        </w:rPr>
      </w:pPr>
      <w:r w:rsidRPr="00F852B6">
        <w:rPr>
          <w:rFonts w:ascii="Times New Roman" w:hAnsi="Times New Roman" w:cs="Times New Roman"/>
          <w:sz w:val="26"/>
          <w:szCs w:val="26"/>
        </w:rPr>
        <w:br/>
        <w:t>I. Thông tin ngư</w:t>
      </w:r>
      <w:r w:rsidRPr="00F852B6">
        <w:rPr>
          <w:rFonts w:ascii="Times New Roman" w:hAnsi="Times New Roman" w:cs="Times New Roman"/>
          <w:sz w:val="26"/>
          <w:szCs w:val="26"/>
        </w:rPr>
        <w:t>ờ</w:t>
      </w:r>
      <w:r w:rsidRPr="00F852B6">
        <w:rPr>
          <w:rFonts w:ascii="Times New Roman" w:hAnsi="Times New Roman" w:cs="Times New Roman"/>
          <w:sz w:val="26"/>
          <w:szCs w:val="26"/>
        </w:rPr>
        <w:t>i đ</w:t>
      </w:r>
      <w:r w:rsidRPr="00F852B6">
        <w:rPr>
          <w:rFonts w:ascii="Times New Roman" w:hAnsi="Times New Roman" w:cs="Times New Roman"/>
          <w:sz w:val="26"/>
          <w:szCs w:val="26"/>
        </w:rPr>
        <w:t>ề</w:t>
      </w:r>
      <w:r w:rsidRPr="00F852B6">
        <w:rPr>
          <w:rFonts w:ascii="Times New Roman" w:hAnsi="Times New Roman" w:cs="Times New Roman"/>
          <w:sz w:val="26"/>
          <w:szCs w:val="26"/>
        </w:rPr>
        <w:t xml:space="preserve"> xu</w:t>
      </w:r>
      <w:r w:rsidRPr="00F852B6">
        <w:rPr>
          <w:rFonts w:ascii="Times New Roman" w:hAnsi="Times New Roman" w:cs="Times New Roman"/>
          <w:sz w:val="26"/>
          <w:szCs w:val="26"/>
        </w:rPr>
        <w:t>ấ</w:t>
      </w:r>
      <w:r w:rsidRPr="00F852B6">
        <w:rPr>
          <w:rFonts w:ascii="Times New Roman" w:hAnsi="Times New Roman" w:cs="Times New Roman"/>
          <w:sz w:val="26"/>
          <w:szCs w:val="26"/>
        </w:rPr>
        <w:t>t</w:t>
      </w:r>
    </w:p>
    <w:p w:rsidR="0061455E" w:rsidRPr="00F852B6" w:rsidRDefault="00F852B6">
      <w:pPr>
        <w:rPr>
          <w:rFonts w:ascii="Times New Roman" w:hAnsi="Times New Roman" w:cs="Times New Roman"/>
          <w:sz w:val="26"/>
          <w:szCs w:val="26"/>
        </w:rPr>
      </w:pPr>
      <w:r w:rsidRPr="00F852B6">
        <w:rPr>
          <w:rFonts w:ascii="Times New Roman" w:hAnsi="Times New Roman" w:cs="Times New Roman"/>
          <w:sz w:val="26"/>
          <w:szCs w:val="26"/>
        </w:rPr>
        <w:t>- H</w:t>
      </w:r>
      <w:r w:rsidRPr="00F852B6">
        <w:rPr>
          <w:rFonts w:ascii="Times New Roman" w:hAnsi="Times New Roman" w:cs="Times New Roman"/>
          <w:sz w:val="26"/>
          <w:szCs w:val="26"/>
        </w:rPr>
        <w:t>ọ</w:t>
      </w:r>
      <w:r w:rsidRPr="00F852B6">
        <w:rPr>
          <w:rFonts w:ascii="Times New Roman" w:hAnsi="Times New Roman" w:cs="Times New Roman"/>
          <w:sz w:val="26"/>
          <w:szCs w:val="26"/>
        </w:rPr>
        <w:t xml:space="preserve"> và tên: .....................................................................................</w:t>
      </w:r>
    </w:p>
    <w:p w:rsidR="0061455E" w:rsidRPr="00F852B6" w:rsidRDefault="00F852B6">
      <w:pPr>
        <w:rPr>
          <w:rFonts w:ascii="Times New Roman" w:hAnsi="Times New Roman" w:cs="Times New Roman"/>
          <w:sz w:val="26"/>
          <w:szCs w:val="26"/>
        </w:rPr>
      </w:pPr>
      <w:r w:rsidRPr="00F852B6">
        <w:rPr>
          <w:rFonts w:ascii="Times New Roman" w:hAnsi="Times New Roman" w:cs="Times New Roman"/>
          <w:sz w:val="26"/>
          <w:szCs w:val="26"/>
        </w:rPr>
        <w:t>- Ch</w:t>
      </w:r>
      <w:r w:rsidRPr="00F852B6">
        <w:rPr>
          <w:rFonts w:ascii="Times New Roman" w:hAnsi="Times New Roman" w:cs="Times New Roman"/>
          <w:sz w:val="26"/>
          <w:szCs w:val="26"/>
        </w:rPr>
        <w:t>ứ</w:t>
      </w:r>
      <w:r w:rsidRPr="00F852B6">
        <w:rPr>
          <w:rFonts w:ascii="Times New Roman" w:hAnsi="Times New Roman" w:cs="Times New Roman"/>
          <w:sz w:val="26"/>
          <w:szCs w:val="26"/>
        </w:rPr>
        <w:t>c v</w:t>
      </w:r>
      <w:r w:rsidRPr="00F852B6">
        <w:rPr>
          <w:rFonts w:ascii="Times New Roman" w:hAnsi="Times New Roman" w:cs="Times New Roman"/>
          <w:sz w:val="26"/>
          <w:szCs w:val="26"/>
        </w:rPr>
        <w:t>ụ</w:t>
      </w:r>
      <w:r w:rsidRPr="00F852B6">
        <w:rPr>
          <w:rFonts w:ascii="Times New Roman" w:hAnsi="Times New Roman" w:cs="Times New Roman"/>
          <w:sz w:val="26"/>
          <w:szCs w:val="26"/>
        </w:rPr>
        <w:t xml:space="preserve"> (v</w:t>
      </w:r>
      <w:r w:rsidRPr="00F852B6">
        <w:rPr>
          <w:rFonts w:ascii="Times New Roman" w:hAnsi="Times New Roman" w:cs="Times New Roman"/>
          <w:sz w:val="26"/>
          <w:szCs w:val="26"/>
        </w:rPr>
        <w:t>ị</w:t>
      </w:r>
      <w:r w:rsidRPr="00F852B6">
        <w:rPr>
          <w:rFonts w:ascii="Times New Roman" w:hAnsi="Times New Roman" w:cs="Times New Roman"/>
          <w:sz w:val="26"/>
          <w:szCs w:val="26"/>
        </w:rPr>
        <w:t xml:space="preserve"> trí công tác): ............................................................</w:t>
      </w:r>
    </w:p>
    <w:p w:rsidR="0061455E" w:rsidRPr="00F852B6" w:rsidRDefault="00F852B6">
      <w:pPr>
        <w:rPr>
          <w:rFonts w:ascii="Times New Roman" w:hAnsi="Times New Roman" w:cs="Times New Roman"/>
          <w:sz w:val="26"/>
          <w:szCs w:val="26"/>
        </w:rPr>
      </w:pPr>
      <w:r w:rsidRPr="00F852B6">
        <w:rPr>
          <w:rFonts w:ascii="Times New Roman" w:hAnsi="Times New Roman" w:cs="Times New Roman"/>
          <w:sz w:val="26"/>
          <w:szCs w:val="26"/>
        </w:rPr>
        <w:t>- B</w:t>
      </w:r>
      <w:r w:rsidRPr="00F852B6">
        <w:rPr>
          <w:rFonts w:ascii="Times New Roman" w:hAnsi="Times New Roman" w:cs="Times New Roman"/>
          <w:sz w:val="26"/>
          <w:szCs w:val="26"/>
        </w:rPr>
        <w:t>ộ</w:t>
      </w:r>
      <w:r w:rsidRPr="00F852B6">
        <w:rPr>
          <w:rFonts w:ascii="Times New Roman" w:hAnsi="Times New Roman" w:cs="Times New Roman"/>
          <w:sz w:val="26"/>
          <w:szCs w:val="26"/>
        </w:rPr>
        <w:t xml:space="preserve"> ph</w:t>
      </w:r>
      <w:r w:rsidRPr="00F852B6">
        <w:rPr>
          <w:rFonts w:ascii="Times New Roman" w:hAnsi="Times New Roman" w:cs="Times New Roman"/>
          <w:sz w:val="26"/>
          <w:szCs w:val="26"/>
        </w:rPr>
        <w:t>ậ</w:t>
      </w:r>
      <w:r w:rsidRPr="00F852B6">
        <w:rPr>
          <w:rFonts w:ascii="Times New Roman" w:hAnsi="Times New Roman" w:cs="Times New Roman"/>
          <w:sz w:val="26"/>
          <w:szCs w:val="26"/>
        </w:rPr>
        <w:t>n/phòng b</w:t>
      </w:r>
      <w:r w:rsidRPr="00F852B6">
        <w:rPr>
          <w:rFonts w:ascii="Times New Roman" w:hAnsi="Times New Roman" w:cs="Times New Roman"/>
          <w:sz w:val="26"/>
          <w:szCs w:val="26"/>
        </w:rPr>
        <w:t>an: ....................................................................</w:t>
      </w:r>
    </w:p>
    <w:p w:rsidR="0061455E" w:rsidRPr="00F852B6" w:rsidRDefault="00F852B6">
      <w:pPr>
        <w:rPr>
          <w:rFonts w:ascii="Times New Roman" w:hAnsi="Times New Roman" w:cs="Times New Roman"/>
          <w:sz w:val="26"/>
          <w:szCs w:val="26"/>
        </w:rPr>
      </w:pPr>
      <w:r w:rsidRPr="00F852B6">
        <w:rPr>
          <w:rFonts w:ascii="Times New Roman" w:hAnsi="Times New Roman" w:cs="Times New Roman"/>
          <w:sz w:val="26"/>
          <w:szCs w:val="26"/>
        </w:rPr>
        <w:t>- Mã s</w:t>
      </w:r>
      <w:r w:rsidRPr="00F852B6">
        <w:rPr>
          <w:rFonts w:ascii="Times New Roman" w:hAnsi="Times New Roman" w:cs="Times New Roman"/>
          <w:sz w:val="26"/>
          <w:szCs w:val="26"/>
        </w:rPr>
        <w:t>ố</w:t>
      </w:r>
      <w:r w:rsidRPr="00F852B6">
        <w:rPr>
          <w:rFonts w:ascii="Times New Roman" w:hAnsi="Times New Roman" w:cs="Times New Roman"/>
          <w:sz w:val="26"/>
          <w:szCs w:val="26"/>
        </w:rPr>
        <w:t xml:space="preserve"> BHXH: ...............................................................................</w:t>
      </w:r>
    </w:p>
    <w:p w:rsidR="0061455E" w:rsidRPr="00F852B6" w:rsidRDefault="00F852B6">
      <w:pPr>
        <w:rPr>
          <w:rFonts w:ascii="Times New Roman" w:hAnsi="Times New Roman" w:cs="Times New Roman"/>
          <w:sz w:val="26"/>
          <w:szCs w:val="26"/>
        </w:rPr>
      </w:pPr>
      <w:r w:rsidRPr="00F852B6">
        <w:rPr>
          <w:rFonts w:ascii="Times New Roman" w:hAnsi="Times New Roman" w:cs="Times New Roman"/>
          <w:sz w:val="26"/>
          <w:szCs w:val="26"/>
        </w:rPr>
        <w:t>- Ngày vào làm vi</w:t>
      </w:r>
      <w:r w:rsidRPr="00F852B6">
        <w:rPr>
          <w:rFonts w:ascii="Times New Roman" w:hAnsi="Times New Roman" w:cs="Times New Roman"/>
          <w:sz w:val="26"/>
          <w:szCs w:val="26"/>
        </w:rPr>
        <w:t>ệ</w:t>
      </w:r>
      <w:r w:rsidRPr="00F852B6">
        <w:rPr>
          <w:rFonts w:ascii="Times New Roman" w:hAnsi="Times New Roman" w:cs="Times New Roman"/>
          <w:sz w:val="26"/>
          <w:szCs w:val="26"/>
        </w:rPr>
        <w:t>c: ....................................................................</w:t>
      </w:r>
      <w:r w:rsidRPr="00F852B6">
        <w:rPr>
          <w:rFonts w:ascii="Times New Roman" w:hAnsi="Times New Roman" w:cs="Times New Roman"/>
          <w:sz w:val="26"/>
          <w:szCs w:val="26"/>
        </w:rPr>
        <w:t>...</w:t>
      </w:r>
    </w:p>
    <w:p w:rsidR="0061455E" w:rsidRPr="00F852B6" w:rsidRDefault="00F852B6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F852B6">
        <w:rPr>
          <w:rFonts w:ascii="Times New Roman" w:hAnsi="Times New Roman" w:cs="Times New Roman"/>
          <w:sz w:val="26"/>
          <w:szCs w:val="26"/>
        </w:rPr>
        <w:br/>
        <w:t>II. N</w:t>
      </w:r>
      <w:r w:rsidRPr="00F852B6">
        <w:rPr>
          <w:rFonts w:ascii="Times New Roman" w:hAnsi="Times New Roman" w:cs="Times New Roman"/>
          <w:sz w:val="26"/>
          <w:szCs w:val="26"/>
        </w:rPr>
        <w:t>ộ</w:t>
      </w:r>
      <w:r w:rsidRPr="00F852B6">
        <w:rPr>
          <w:rFonts w:ascii="Times New Roman" w:hAnsi="Times New Roman" w:cs="Times New Roman"/>
          <w:sz w:val="26"/>
          <w:szCs w:val="26"/>
        </w:rPr>
        <w:t>i dung đ</w:t>
      </w:r>
      <w:r w:rsidRPr="00F852B6">
        <w:rPr>
          <w:rFonts w:ascii="Times New Roman" w:hAnsi="Times New Roman" w:cs="Times New Roman"/>
          <w:sz w:val="26"/>
          <w:szCs w:val="26"/>
        </w:rPr>
        <w:t>ề</w:t>
      </w:r>
      <w:r w:rsidRPr="00F852B6">
        <w:rPr>
          <w:rFonts w:ascii="Times New Roman" w:hAnsi="Times New Roman" w:cs="Times New Roman"/>
          <w:sz w:val="26"/>
          <w:szCs w:val="26"/>
        </w:rPr>
        <w:t xml:space="preserve"> xu</w:t>
      </w:r>
      <w:r w:rsidRPr="00F852B6">
        <w:rPr>
          <w:rFonts w:ascii="Times New Roman" w:hAnsi="Times New Roman" w:cs="Times New Roman"/>
          <w:sz w:val="26"/>
          <w:szCs w:val="26"/>
        </w:rPr>
        <w:t>ấ</w:t>
      </w:r>
      <w:r w:rsidRPr="00F852B6">
        <w:rPr>
          <w:rFonts w:ascii="Times New Roman" w:hAnsi="Times New Roman" w:cs="Times New Roman"/>
          <w:sz w:val="26"/>
          <w:szCs w:val="26"/>
        </w:rPr>
        <w:t>t</w:t>
      </w:r>
    </w:p>
    <w:p w:rsidR="0061455E" w:rsidRPr="00F852B6" w:rsidRDefault="00F852B6">
      <w:pPr>
        <w:rPr>
          <w:rFonts w:ascii="Times New Roman" w:hAnsi="Times New Roman" w:cs="Times New Roman"/>
          <w:sz w:val="26"/>
          <w:szCs w:val="26"/>
        </w:rPr>
      </w:pPr>
      <w:r w:rsidRPr="00F852B6">
        <w:rPr>
          <w:rFonts w:ascii="Times New Roman" w:hAnsi="Times New Roman" w:cs="Times New Roman"/>
          <w:sz w:val="26"/>
          <w:szCs w:val="26"/>
        </w:rPr>
        <w:t>Tôi xin đư</w:t>
      </w:r>
      <w:r w:rsidRPr="00F852B6">
        <w:rPr>
          <w:rFonts w:ascii="Times New Roman" w:hAnsi="Times New Roman" w:cs="Times New Roman"/>
          <w:sz w:val="26"/>
          <w:szCs w:val="26"/>
        </w:rPr>
        <w:t>ợ</w:t>
      </w:r>
      <w:r w:rsidRPr="00F852B6">
        <w:rPr>
          <w:rFonts w:ascii="Times New Roman" w:hAnsi="Times New Roman" w:cs="Times New Roman"/>
          <w:sz w:val="26"/>
          <w:szCs w:val="26"/>
        </w:rPr>
        <w:t>c đ</w:t>
      </w:r>
      <w:r w:rsidRPr="00F852B6">
        <w:rPr>
          <w:rFonts w:ascii="Times New Roman" w:hAnsi="Times New Roman" w:cs="Times New Roman"/>
          <w:sz w:val="26"/>
          <w:szCs w:val="26"/>
        </w:rPr>
        <w:t>ề</w:t>
      </w:r>
      <w:r w:rsidRPr="00F852B6">
        <w:rPr>
          <w:rFonts w:ascii="Times New Roman" w:hAnsi="Times New Roman" w:cs="Times New Roman"/>
          <w:sz w:val="26"/>
          <w:szCs w:val="26"/>
        </w:rPr>
        <w:t xml:space="preserve"> xu</w:t>
      </w:r>
      <w:r w:rsidRPr="00F852B6">
        <w:rPr>
          <w:rFonts w:ascii="Times New Roman" w:hAnsi="Times New Roman" w:cs="Times New Roman"/>
          <w:sz w:val="26"/>
          <w:szCs w:val="26"/>
        </w:rPr>
        <w:t>ấ</w:t>
      </w:r>
      <w:r w:rsidRPr="00F852B6">
        <w:rPr>
          <w:rFonts w:ascii="Times New Roman" w:hAnsi="Times New Roman" w:cs="Times New Roman"/>
          <w:sz w:val="26"/>
          <w:szCs w:val="26"/>
        </w:rPr>
        <w:t>t công ty xem xét đi</w:t>
      </w:r>
      <w:r w:rsidRPr="00F852B6">
        <w:rPr>
          <w:rFonts w:ascii="Times New Roman" w:hAnsi="Times New Roman" w:cs="Times New Roman"/>
          <w:sz w:val="26"/>
          <w:szCs w:val="26"/>
        </w:rPr>
        <w:t>ề</w:t>
      </w:r>
      <w:r w:rsidRPr="00F852B6">
        <w:rPr>
          <w:rFonts w:ascii="Times New Roman" w:hAnsi="Times New Roman" w:cs="Times New Roman"/>
          <w:sz w:val="26"/>
          <w:szCs w:val="26"/>
        </w:rPr>
        <w:t>u ch</w:t>
      </w:r>
      <w:r w:rsidRPr="00F852B6">
        <w:rPr>
          <w:rFonts w:ascii="Times New Roman" w:hAnsi="Times New Roman" w:cs="Times New Roman"/>
          <w:sz w:val="26"/>
          <w:szCs w:val="26"/>
        </w:rPr>
        <w:t>ỉ</w:t>
      </w:r>
      <w:r w:rsidRPr="00F852B6">
        <w:rPr>
          <w:rFonts w:ascii="Times New Roman" w:hAnsi="Times New Roman" w:cs="Times New Roman"/>
          <w:sz w:val="26"/>
          <w:szCs w:val="26"/>
        </w:rPr>
        <w:t>nh m</w:t>
      </w:r>
      <w:r w:rsidRPr="00F852B6">
        <w:rPr>
          <w:rFonts w:ascii="Times New Roman" w:hAnsi="Times New Roman" w:cs="Times New Roman"/>
          <w:sz w:val="26"/>
          <w:szCs w:val="26"/>
        </w:rPr>
        <w:t>ứ</w:t>
      </w:r>
      <w:r w:rsidRPr="00F852B6">
        <w:rPr>
          <w:rFonts w:ascii="Times New Roman" w:hAnsi="Times New Roman" w:cs="Times New Roman"/>
          <w:sz w:val="26"/>
          <w:szCs w:val="26"/>
        </w:rPr>
        <w:t>c ti</w:t>
      </w:r>
      <w:r w:rsidRPr="00F852B6">
        <w:rPr>
          <w:rFonts w:ascii="Times New Roman" w:hAnsi="Times New Roman" w:cs="Times New Roman"/>
          <w:sz w:val="26"/>
          <w:szCs w:val="26"/>
        </w:rPr>
        <w:t>ề</w:t>
      </w:r>
      <w:r w:rsidRPr="00F852B6">
        <w:rPr>
          <w:rFonts w:ascii="Times New Roman" w:hAnsi="Times New Roman" w:cs="Times New Roman"/>
          <w:sz w:val="26"/>
          <w:szCs w:val="26"/>
        </w:rPr>
        <w:t>n lương làm căn c</w:t>
      </w:r>
      <w:r w:rsidRPr="00F852B6">
        <w:rPr>
          <w:rFonts w:ascii="Times New Roman" w:hAnsi="Times New Roman" w:cs="Times New Roman"/>
          <w:sz w:val="26"/>
          <w:szCs w:val="26"/>
        </w:rPr>
        <w:t>ứ</w:t>
      </w:r>
      <w:r w:rsidRPr="00F852B6">
        <w:rPr>
          <w:rFonts w:ascii="Times New Roman" w:hAnsi="Times New Roman" w:cs="Times New Roman"/>
          <w:sz w:val="26"/>
          <w:szCs w:val="26"/>
        </w:rPr>
        <w:t xml:space="preserve"> đóng BHXH như sau: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852B6" w:rsidRPr="00F852B6" w:rsidTr="00F852B6">
        <w:tc>
          <w:tcPr>
            <w:tcW w:w="2160" w:type="dxa"/>
          </w:tcPr>
          <w:p w:rsidR="0061455E" w:rsidRPr="00F852B6" w:rsidRDefault="00F852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ộ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i dung</w:t>
            </w:r>
          </w:p>
        </w:tc>
        <w:tc>
          <w:tcPr>
            <w:tcW w:w="2160" w:type="dxa"/>
          </w:tcPr>
          <w:p w:rsidR="0061455E" w:rsidRPr="00F852B6" w:rsidRDefault="00F852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M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ứ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c cũ (VNĐ/tháng)</w:t>
            </w:r>
          </w:p>
        </w:tc>
        <w:tc>
          <w:tcPr>
            <w:tcW w:w="2160" w:type="dxa"/>
          </w:tcPr>
          <w:p w:rsidR="0061455E" w:rsidRPr="00F852B6" w:rsidRDefault="00F852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M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ứ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c m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ớ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i đ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ề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 xml:space="preserve"> xu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ấ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t (VNĐ/tháng)</w:t>
            </w:r>
          </w:p>
        </w:tc>
        <w:tc>
          <w:tcPr>
            <w:tcW w:w="2160" w:type="dxa"/>
          </w:tcPr>
          <w:p w:rsidR="0061455E" w:rsidRPr="00F852B6" w:rsidRDefault="00F852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Th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ờ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i đi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ể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m áp d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ụ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ng</w:t>
            </w:r>
          </w:p>
        </w:tc>
      </w:tr>
      <w:tr w:rsidR="00F852B6" w:rsidRPr="00F852B6" w:rsidTr="00F852B6">
        <w:tc>
          <w:tcPr>
            <w:tcW w:w="2160" w:type="dxa"/>
          </w:tcPr>
          <w:p w:rsidR="0061455E" w:rsidRPr="00F852B6" w:rsidRDefault="00F852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Lương cơ b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ả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n / Ph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ụ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 xml:space="preserve"> c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ấ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p / T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ổ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ng c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ộ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ng</w:t>
            </w:r>
          </w:p>
        </w:tc>
        <w:tc>
          <w:tcPr>
            <w:tcW w:w="2160" w:type="dxa"/>
          </w:tcPr>
          <w:p w:rsidR="0061455E" w:rsidRPr="00F852B6" w:rsidRDefault="00F852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...............</w:t>
            </w:r>
          </w:p>
        </w:tc>
        <w:tc>
          <w:tcPr>
            <w:tcW w:w="2160" w:type="dxa"/>
          </w:tcPr>
          <w:p w:rsidR="0061455E" w:rsidRPr="00F852B6" w:rsidRDefault="00F852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...........</w:t>
            </w: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....</w:t>
            </w:r>
          </w:p>
        </w:tc>
        <w:tc>
          <w:tcPr>
            <w:tcW w:w="2160" w:type="dxa"/>
          </w:tcPr>
          <w:p w:rsidR="0061455E" w:rsidRPr="00F852B6" w:rsidRDefault="00F852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52B6">
              <w:rPr>
                <w:rFonts w:ascii="Times New Roman" w:hAnsi="Times New Roman" w:cs="Times New Roman"/>
                <w:sz w:val="26"/>
                <w:szCs w:val="26"/>
              </w:rPr>
              <w:t>...............</w:t>
            </w:r>
          </w:p>
        </w:tc>
      </w:tr>
    </w:tbl>
    <w:p w:rsidR="0061455E" w:rsidRPr="00F852B6" w:rsidRDefault="00F852B6">
      <w:pPr>
        <w:rPr>
          <w:rFonts w:ascii="Times New Roman" w:hAnsi="Times New Roman" w:cs="Times New Roman"/>
          <w:sz w:val="26"/>
          <w:szCs w:val="26"/>
        </w:rPr>
      </w:pPr>
      <w:r w:rsidRPr="00F852B6">
        <w:rPr>
          <w:rFonts w:ascii="Times New Roman" w:hAnsi="Times New Roman" w:cs="Times New Roman"/>
          <w:sz w:val="26"/>
          <w:szCs w:val="26"/>
        </w:rPr>
        <w:br/>
        <w:t>Lý do đ</w:t>
      </w:r>
      <w:r w:rsidRPr="00F852B6">
        <w:rPr>
          <w:rFonts w:ascii="Times New Roman" w:hAnsi="Times New Roman" w:cs="Times New Roman"/>
          <w:sz w:val="26"/>
          <w:szCs w:val="26"/>
        </w:rPr>
        <w:t>ề</w:t>
      </w:r>
      <w:r w:rsidRPr="00F852B6">
        <w:rPr>
          <w:rFonts w:ascii="Times New Roman" w:hAnsi="Times New Roman" w:cs="Times New Roman"/>
          <w:sz w:val="26"/>
          <w:szCs w:val="26"/>
        </w:rPr>
        <w:t xml:space="preserve"> xu</w:t>
      </w:r>
      <w:r w:rsidRPr="00F852B6">
        <w:rPr>
          <w:rFonts w:ascii="Times New Roman" w:hAnsi="Times New Roman" w:cs="Times New Roman"/>
          <w:sz w:val="26"/>
          <w:szCs w:val="26"/>
        </w:rPr>
        <w:t>ấ</w:t>
      </w:r>
      <w:r w:rsidRPr="00F852B6">
        <w:rPr>
          <w:rFonts w:ascii="Times New Roman" w:hAnsi="Times New Roman" w:cs="Times New Roman"/>
          <w:sz w:val="26"/>
          <w:szCs w:val="26"/>
        </w:rPr>
        <w:t>t: .....................................................................................................................</w:t>
      </w:r>
    </w:p>
    <w:p w:rsidR="0061455E" w:rsidRPr="00F852B6" w:rsidRDefault="00F852B6">
      <w:pPr>
        <w:rPr>
          <w:rFonts w:ascii="Times New Roman" w:hAnsi="Times New Roman" w:cs="Times New Roman"/>
          <w:sz w:val="26"/>
          <w:szCs w:val="26"/>
        </w:rPr>
      </w:pPr>
      <w:r w:rsidRPr="00F852B6">
        <w:rPr>
          <w:rFonts w:ascii="Times New Roman" w:hAnsi="Times New Roman" w:cs="Times New Roman"/>
          <w:sz w:val="26"/>
          <w:szCs w:val="26"/>
        </w:rPr>
        <w:lastRenderedPageBreak/>
        <w:t>(Ví d</w:t>
      </w:r>
      <w:r w:rsidRPr="00F852B6">
        <w:rPr>
          <w:rFonts w:ascii="Times New Roman" w:hAnsi="Times New Roman" w:cs="Times New Roman"/>
          <w:sz w:val="26"/>
          <w:szCs w:val="26"/>
        </w:rPr>
        <w:t>ụ</w:t>
      </w:r>
      <w:r w:rsidRPr="00F852B6">
        <w:rPr>
          <w:rFonts w:ascii="Times New Roman" w:hAnsi="Times New Roman" w:cs="Times New Roman"/>
          <w:sz w:val="26"/>
          <w:szCs w:val="26"/>
        </w:rPr>
        <w:t>: Theo quy</w:t>
      </w:r>
      <w:r w:rsidRPr="00F852B6">
        <w:rPr>
          <w:rFonts w:ascii="Times New Roman" w:hAnsi="Times New Roman" w:cs="Times New Roman"/>
          <w:sz w:val="26"/>
          <w:szCs w:val="26"/>
        </w:rPr>
        <w:t>ế</w:t>
      </w:r>
      <w:r w:rsidRPr="00F852B6">
        <w:rPr>
          <w:rFonts w:ascii="Times New Roman" w:hAnsi="Times New Roman" w:cs="Times New Roman"/>
          <w:sz w:val="26"/>
          <w:szCs w:val="26"/>
        </w:rPr>
        <w:t>t đ</w:t>
      </w:r>
      <w:r w:rsidRPr="00F852B6">
        <w:rPr>
          <w:rFonts w:ascii="Times New Roman" w:hAnsi="Times New Roman" w:cs="Times New Roman"/>
          <w:sz w:val="26"/>
          <w:szCs w:val="26"/>
        </w:rPr>
        <w:t>ị</w:t>
      </w:r>
      <w:r w:rsidRPr="00F852B6">
        <w:rPr>
          <w:rFonts w:ascii="Times New Roman" w:hAnsi="Times New Roman" w:cs="Times New Roman"/>
          <w:sz w:val="26"/>
          <w:szCs w:val="26"/>
        </w:rPr>
        <w:t>nh tăng lương ngày .../.../...; ho</w:t>
      </w:r>
      <w:r w:rsidRPr="00F852B6">
        <w:rPr>
          <w:rFonts w:ascii="Times New Roman" w:hAnsi="Times New Roman" w:cs="Times New Roman"/>
          <w:sz w:val="26"/>
          <w:szCs w:val="26"/>
        </w:rPr>
        <w:t>ặ</w:t>
      </w:r>
      <w:r w:rsidRPr="00F852B6">
        <w:rPr>
          <w:rFonts w:ascii="Times New Roman" w:hAnsi="Times New Roman" w:cs="Times New Roman"/>
          <w:sz w:val="26"/>
          <w:szCs w:val="26"/>
        </w:rPr>
        <w:t>c đi</w:t>
      </w:r>
      <w:r w:rsidRPr="00F852B6">
        <w:rPr>
          <w:rFonts w:ascii="Times New Roman" w:hAnsi="Times New Roman" w:cs="Times New Roman"/>
          <w:sz w:val="26"/>
          <w:szCs w:val="26"/>
        </w:rPr>
        <w:t>ề</w:t>
      </w:r>
      <w:r w:rsidRPr="00F852B6">
        <w:rPr>
          <w:rFonts w:ascii="Times New Roman" w:hAnsi="Times New Roman" w:cs="Times New Roman"/>
          <w:sz w:val="26"/>
          <w:szCs w:val="26"/>
        </w:rPr>
        <w:t>u ch</w:t>
      </w:r>
      <w:r w:rsidRPr="00F852B6">
        <w:rPr>
          <w:rFonts w:ascii="Times New Roman" w:hAnsi="Times New Roman" w:cs="Times New Roman"/>
          <w:sz w:val="26"/>
          <w:szCs w:val="26"/>
        </w:rPr>
        <w:t>ỉ</w:t>
      </w:r>
      <w:r w:rsidRPr="00F852B6">
        <w:rPr>
          <w:rFonts w:ascii="Times New Roman" w:hAnsi="Times New Roman" w:cs="Times New Roman"/>
          <w:sz w:val="26"/>
          <w:szCs w:val="26"/>
        </w:rPr>
        <w:t>nh cho phù h</w:t>
      </w:r>
      <w:r w:rsidRPr="00F852B6">
        <w:rPr>
          <w:rFonts w:ascii="Times New Roman" w:hAnsi="Times New Roman" w:cs="Times New Roman"/>
          <w:sz w:val="26"/>
          <w:szCs w:val="26"/>
        </w:rPr>
        <w:t>ợ</w:t>
      </w:r>
      <w:r w:rsidRPr="00F852B6">
        <w:rPr>
          <w:rFonts w:ascii="Times New Roman" w:hAnsi="Times New Roman" w:cs="Times New Roman"/>
          <w:sz w:val="26"/>
          <w:szCs w:val="26"/>
        </w:rPr>
        <w:t>p v</w:t>
      </w:r>
      <w:r w:rsidRPr="00F852B6">
        <w:rPr>
          <w:rFonts w:ascii="Times New Roman" w:hAnsi="Times New Roman" w:cs="Times New Roman"/>
          <w:sz w:val="26"/>
          <w:szCs w:val="26"/>
        </w:rPr>
        <w:t>ớ</w:t>
      </w:r>
      <w:r w:rsidRPr="00F852B6">
        <w:rPr>
          <w:rFonts w:ascii="Times New Roman" w:hAnsi="Times New Roman" w:cs="Times New Roman"/>
          <w:sz w:val="26"/>
          <w:szCs w:val="26"/>
        </w:rPr>
        <w:t>i m</w:t>
      </w:r>
      <w:r w:rsidRPr="00F852B6">
        <w:rPr>
          <w:rFonts w:ascii="Times New Roman" w:hAnsi="Times New Roman" w:cs="Times New Roman"/>
          <w:sz w:val="26"/>
          <w:szCs w:val="26"/>
        </w:rPr>
        <w:t>ứ</w:t>
      </w:r>
      <w:r w:rsidRPr="00F852B6">
        <w:rPr>
          <w:rFonts w:ascii="Times New Roman" w:hAnsi="Times New Roman" w:cs="Times New Roman"/>
          <w:sz w:val="26"/>
          <w:szCs w:val="26"/>
        </w:rPr>
        <w:t>c lương th</w:t>
      </w:r>
      <w:r w:rsidRPr="00F852B6">
        <w:rPr>
          <w:rFonts w:ascii="Times New Roman" w:hAnsi="Times New Roman" w:cs="Times New Roman"/>
          <w:sz w:val="26"/>
          <w:szCs w:val="26"/>
        </w:rPr>
        <w:t>ự</w:t>
      </w:r>
      <w:r w:rsidRPr="00F852B6">
        <w:rPr>
          <w:rFonts w:ascii="Times New Roman" w:hAnsi="Times New Roman" w:cs="Times New Roman"/>
          <w:sz w:val="26"/>
          <w:szCs w:val="26"/>
        </w:rPr>
        <w:t xml:space="preserve">c </w:t>
      </w:r>
      <w:r w:rsidRPr="00F852B6">
        <w:rPr>
          <w:rFonts w:ascii="Times New Roman" w:hAnsi="Times New Roman" w:cs="Times New Roman"/>
          <w:sz w:val="26"/>
          <w:szCs w:val="26"/>
        </w:rPr>
        <w:t>nh</w:t>
      </w:r>
      <w:r w:rsidRPr="00F852B6">
        <w:rPr>
          <w:rFonts w:ascii="Times New Roman" w:hAnsi="Times New Roman" w:cs="Times New Roman"/>
          <w:sz w:val="26"/>
          <w:szCs w:val="26"/>
        </w:rPr>
        <w:t>ậ</w:t>
      </w:r>
      <w:r w:rsidRPr="00F852B6">
        <w:rPr>
          <w:rFonts w:ascii="Times New Roman" w:hAnsi="Times New Roman" w:cs="Times New Roman"/>
          <w:sz w:val="26"/>
          <w:szCs w:val="26"/>
        </w:rPr>
        <w:t>n; ho</w:t>
      </w:r>
      <w:r w:rsidRPr="00F852B6">
        <w:rPr>
          <w:rFonts w:ascii="Times New Roman" w:hAnsi="Times New Roman" w:cs="Times New Roman"/>
          <w:sz w:val="26"/>
          <w:szCs w:val="26"/>
        </w:rPr>
        <w:t>ặ</w:t>
      </w:r>
      <w:r w:rsidRPr="00F852B6">
        <w:rPr>
          <w:rFonts w:ascii="Times New Roman" w:hAnsi="Times New Roman" w:cs="Times New Roman"/>
          <w:sz w:val="26"/>
          <w:szCs w:val="26"/>
        </w:rPr>
        <w:t>c thay đ</w:t>
      </w:r>
      <w:r w:rsidRPr="00F852B6">
        <w:rPr>
          <w:rFonts w:ascii="Times New Roman" w:hAnsi="Times New Roman" w:cs="Times New Roman"/>
          <w:sz w:val="26"/>
          <w:szCs w:val="26"/>
        </w:rPr>
        <w:t>ổ</w:t>
      </w:r>
      <w:r w:rsidRPr="00F852B6">
        <w:rPr>
          <w:rFonts w:ascii="Times New Roman" w:hAnsi="Times New Roman" w:cs="Times New Roman"/>
          <w:sz w:val="26"/>
          <w:szCs w:val="26"/>
        </w:rPr>
        <w:t>i ch</w:t>
      </w:r>
      <w:r w:rsidRPr="00F852B6">
        <w:rPr>
          <w:rFonts w:ascii="Times New Roman" w:hAnsi="Times New Roman" w:cs="Times New Roman"/>
          <w:sz w:val="26"/>
          <w:szCs w:val="26"/>
        </w:rPr>
        <w:t>ứ</w:t>
      </w:r>
      <w:r w:rsidRPr="00F852B6">
        <w:rPr>
          <w:rFonts w:ascii="Times New Roman" w:hAnsi="Times New Roman" w:cs="Times New Roman"/>
          <w:sz w:val="26"/>
          <w:szCs w:val="26"/>
        </w:rPr>
        <w:t>c danh công vi</w:t>
      </w:r>
      <w:r w:rsidRPr="00F852B6">
        <w:rPr>
          <w:rFonts w:ascii="Times New Roman" w:hAnsi="Times New Roman" w:cs="Times New Roman"/>
          <w:sz w:val="26"/>
          <w:szCs w:val="26"/>
        </w:rPr>
        <w:t>ệ</w:t>
      </w:r>
      <w:r w:rsidRPr="00F852B6">
        <w:rPr>
          <w:rFonts w:ascii="Times New Roman" w:hAnsi="Times New Roman" w:cs="Times New Roman"/>
          <w:sz w:val="26"/>
          <w:szCs w:val="26"/>
        </w:rPr>
        <w:t>c.)</w:t>
      </w:r>
    </w:p>
    <w:p w:rsidR="0061455E" w:rsidRPr="00F852B6" w:rsidRDefault="00F852B6">
      <w:pPr>
        <w:rPr>
          <w:rFonts w:ascii="Times New Roman" w:hAnsi="Times New Roman" w:cs="Times New Roman"/>
          <w:sz w:val="26"/>
          <w:szCs w:val="26"/>
        </w:rPr>
      </w:pPr>
      <w:r w:rsidRPr="00F852B6">
        <w:rPr>
          <w:rFonts w:ascii="Times New Roman" w:hAnsi="Times New Roman" w:cs="Times New Roman"/>
          <w:sz w:val="26"/>
          <w:szCs w:val="26"/>
        </w:rPr>
        <w:br/>
        <w:t>III. Cam k</w:t>
      </w:r>
      <w:r w:rsidRPr="00F852B6">
        <w:rPr>
          <w:rFonts w:ascii="Times New Roman" w:hAnsi="Times New Roman" w:cs="Times New Roman"/>
          <w:sz w:val="26"/>
          <w:szCs w:val="26"/>
        </w:rPr>
        <w:t>ế</w:t>
      </w:r>
      <w:r w:rsidRPr="00F852B6">
        <w:rPr>
          <w:rFonts w:ascii="Times New Roman" w:hAnsi="Times New Roman" w:cs="Times New Roman"/>
          <w:sz w:val="26"/>
          <w:szCs w:val="26"/>
        </w:rPr>
        <w:t>t</w:t>
      </w:r>
    </w:p>
    <w:p w:rsidR="0061455E" w:rsidRPr="00F852B6" w:rsidRDefault="00F852B6">
      <w:pPr>
        <w:rPr>
          <w:rFonts w:ascii="Times New Roman" w:hAnsi="Times New Roman" w:cs="Times New Roman"/>
          <w:sz w:val="26"/>
          <w:szCs w:val="26"/>
        </w:rPr>
      </w:pPr>
      <w:r w:rsidRPr="00F852B6">
        <w:rPr>
          <w:rFonts w:ascii="Times New Roman" w:hAnsi="Times New Roman" w:cs="Times New Roman"/>
          <w:sz w:val="26"/>
          <w:szCs w:val="26"/>
        </w:rPr>
        <w:t>Tôi xin cam k</w:t>
      </w:r>
      <w:r w:rsidRPr="00F852B6">
        <w:rPr>
          <w:rFonts w:ascii="Times New Roman" w:hAnsi="Times New Roman" w:cs="Times New Roman"/>
          <w:sz w:val="26"/>
          <w:szCs w:val="26"/>
        </w:rPr>
        <w:t>ế</w:t>
      </w:r>
      <w:r w:rsidRPr="00F852B6">
        <w:rPr>
          <w:rFonts w:ascii="Times New Roman" w:hAnsi="Times New Roman" w:cs="Times New Roman"/>
          <w:sz w:val="26"/>
          <w:szCs w:val="26"/>
        </w:rPr>
        <w:t>t nh</w:t>
      </w:r>
      <w:r w:rsidRPr="00F852B6">
        <w:rPr>
          <w:rFonts w:ascii="Times New Roman" w:hAnsi="Times New Roman" w:cs="Times New Roman"/>
          <w:sz w:val="26"/>
          <w:szCs w:val="26"/>
        </w:rPr>
        <w:t>ữ</w:t>
      </w:r>
      <w:r w:rsidRPr="00F852B6">
        <w:rPr>
          <w:rFonts w:ascii="Times New Roman" w:hAnsi="Times New Roman" w:cs="Times New Roman"/>
          <w:sz w:val="26"/>
          <w:szCs w:val="26"/>
        </w:rPr>
        <w:t>ng thông tin nêu trên là đúng s</w:t>
      </w:r>
      <w:r w:rsidRPr="00F852B6">
        <w:rPr>
          <w:rFonts w:ascii="Times New Roman" w:hAnsi="Times New Roman" w:cs="Times New Roman"/>
          <w:sz w:val="26"/>
          <w:szCs w:val="26"/>
        </w:rPr>
        <w:t>ự</w:t>
      </w:r>
      <w:r w:rsidRPr="00F852B6">
        <w:rPr>
          <w:rFonts w:ascii="Times New Roman" w:hAnsi="Times New Roman" w:cs="Times New Roman"/>
          <w:sz w:val="26"/>
          <w:szCs w:val="26"/>
        </w:rPr>
        <w:t xml:space="preserve"> th</w:t>
      </w:r>
      <w:r w:rsidRPr="00F852B6">
        <w:rPr>
          <w:rFonts w:ascii="Times New Roman" w:hAnsi="Times New Roman" w:cs="Times New Roman"/>
          <w:sz w:val="26"/>
          <w:szCs w:val="26"/>
        </w:rPr>
        <w:t>ậ</w:t>
      </w:r>
      <w:r w:rsidRPr="00F852B6">
        <w:rPr>
          <w:rFonts w:ascii="Times New Roman" w:hAnsi="Times New Roman" w:cs="Times New Roman"/>
          <w:sz w:val="26"/>
          <w:szCs w:val="26"/>
        </w:rPr>
        <w:t>t và đ</w:t>
      </w:r>
      <w:r w:rsidRPr="00F852B6">
        <w:rPr>
          <w:rFonts w:ascii="Times New Roman" w:hAnsi="Times New Roman" w:cs="Times New Roman"/>
          <w:sz w:val="26"/>
          <w:szCs w:val="26"/>
        </w:rPr>
        <w:t>ề</w:t>
      </w:r>
      <w:r w:rsidRPr="00F852B6">
        <w:rPr>
          <w:rFonts w:ascii="Times New Roman" w:hAnsi="Times New Roman" w:cs="Times New Roman"/>
          <w:sz w:val="26"/>
          <w:szCs w:val="26"/>
        </w:rPr>
        <w:t xml:space="preserve"> ngh</w:t>
      </w:r>
      <w:r w:rsidRPr="00F852B6">
        <w:rPr>
          <w:rFonts w:ascii="Times New Roman" w:hAnsi="Times New Roman" w:cs="Times New Roman"/>
          <w:sz w:val="26"/>
          <w:szCs w:val="26"/>
        </w:rPr>
        <w:t>ị</w:t>
      </w:r>
      <w:r w:rsidRPr="00F852B6">
        <w:rPr>
          <w:rFonts w:ascii="Times New Roman" w:hAnsi="Times New Roman" w:cs="Times New Roman"/>
          <w:sz w:val="26"/>
          <w:szCs w:val="26"/>
        </w:rPr>
        <w:t xml:space="preserve"> Công ty xem xét, c</w:t>
      </w:r>
      <w:r w:rsidRPr="00F852B6">
        <w:rPr>
          <w:rFonts w:ascii="Times New Roman" w:hAnsi="Times New Roman" w:cs="Times New Roman"/>
          <w:sz w:val="26"/>
          <w:szCs w:val="26"/>
        </w:rPr>
        <w:t>ậ</w:t>
      </w:r>
      <w:r w:rsidRPr="00F852B6">
        <w:rPr>
          <w:rFonts w:ascii="Times New Roman" w:hAnsi="Times New Roman" w:cs="Times New Roman"/>
          <w:sz w:val="26"/>
          <w:szCs w:val="26"/>
        </w:rPr>
        <w:t>p nh</w:t>
      </w:r>
      <w:r w:rsidRPr="00F852B6">
        <w:rPr>
          <w:rFonts w:ascii="Times New Roman" w:hAnsi="Times New Roman" w:cs="Times New Roman"/>
          <w:sz w:val="26"/>
          <w:szCs w:val="26"/>
        </w:rPr>
        <w:t>ậ</w:t>
      </w:r>
      <w:r w:rsidRPr="00F852B6">
        <w:rPr>
          <w:rFonts w:ascii="Times New Roman" w:hAnsi="Times New Roman" w:cs="Times New Roman"/>
          <w:sz w:val="26"/>
          <w:szCs w:val="26"/>
        </w:rPr>
        <w:t>t m</w:t>
      </w:r>
      <w:r w:rsidRPr="00F852B6">
        <w:rPr>
          <w:rFonts w:ascii="Times New Roman" w:hAnsi="Times New Roman" w:cs="Times New Roman"/>
          <w:sz w:val="26"/>
          <w:szCs w:val="26"/>
        </w:rPr>
        <w:t>ứ</w:t>
      </w:r>
      <w:r w:rsidRPr="00F852B6">
        <w:rPr>
          <w:rFonts w:ascii="Times New Roman" w:hAnsi="Times New Roman" w:cs="Times New Roman"/>
          <w:sz w:val="26"/>
          <w:szCs w:val="26"/>
        </w:rPr>
        <w:t>c lương đóng BHXH m</w:t>
      </w:r>
      <w:r w:rsidRPr="00F852B6">
        <w:rPr>
          <w:rFonts w:ascii="Times New Roman" w:hAnsi="Times New Roman" w:cs="Times New Roman"/>
          <w:sz w:val="26"/>
          <w:szCs w:val="26"/>
        </w:rPr>
        <w:t>ớ</w:t>
      </w:r>
      <w:r w:rsidRPr="00F852B6">
        <w:rPr>
          <w:rFonts w:ascii="Times New Roman" w:hAnsi="Times New Roman" w:cs="Times New Roman"/>
          <w:sz w:val="26"/>
          <w:szCs w:val="26"/>
        </w:rPr>
        <w:t>i theo quy đ</w:t>
      </w:r>
      <w:r w:rsidRPr="00F852B6">
        <w:rPr>
          <w:rFonts w:ascii="Times New Roman" w:hAnsi="Times New Roman" w:cs="Times New Roman"/>
          <w:sz w:val="26"/>
          <w:szCs w:val="26"/>
        </w:rPr>
        <w:t>ị</w:t>
      </w:r>
      <w:r w:rsidRPr="00F852B6">
        <w:rPr>
          <w:rFonts w:ascii="Times New Roman" w:hAnsi="Times New Roman" w:cs="Times New Roman"/>
          <w:sz w:val="26"/>
          <w:szCs w:val="26"/>
        </w:rPr>
        <w:t>nh c</w:t>
      </w:r>
      <w:r w:rsidRPr="00F852B6">
        <w:rPr>
          <w:rFonts w:ascii="Times New Roman" w:hAnsi="Times New Roman" w:cs="Times New Roman"/>
          <w:sz w:val="26"/>
          <w:szCs w:val="26"/>
        </w:rPr>
        <w:t>ủ</w:t>
      </w:r>
      <w:r w:rsidRPr="00F852B6">
        <w:rPr>
          <w:rFonts w:ascii="Times New Roman" w:hAnsi="Times New Roman" w:cs="Times New Roman"/>
          <w:sz w:val="26"/>
          <w:szCs w:val="26"/>
        </w:rPr>
        <w:t>a pháp lu</w:t>
      </w:r>
      <w:r w:rsidRPr="00F852B6">
        <w:rPr>
          <w:rFonts w:ascii="Times New Roman" w:hAnsi="Times New Roman" w:cs="Times New Roman"/>
          <w:sz w:val="26"/>
          <w:szCs w:val="26"/>
        </w:rPr>
        <w:t>ậ</w:t>
      </w:r>
      <w:r w:rsidRPr="00F852B6">
        <w:rPr>
          <w:rFonts w:ascii="Times New Roman" w:hAnsi="Times New Roman" w:cs="Times New Roman"/>
          <w:sz w:val="26"/>
          <w:szCs w:val="26"/>
        </w:rPr>
        <w:t>t hi</w:t>
      </w:r>
      <w:r w:rsidRPr="00F852B6">
        <w:rPr>
          <w:rFonts w:ascii="Times New Roman" w:hAnsi="Times New Roman" w:cs="Times New Roman"/>
          <w:sz w:val="26"/>
          <w:szCs w:val="26"/>
        </w:rPr>
        <w:t>ệ</w:t>
      </w:r>
      <w:r w:rsidRPr="00F852B6">
        <w:rPr>
          <w:rFonts w:ascii="Times New Roman" w:hAnsi="Times New Roman" w:cs="Times New Roman"/>
          <w:sz w:val="26"/>
          <w:szCs w:val="26"/>
        </w:rPr>
        <w:t>n hành.</w:t>
      </w:r>
      <w:r w:rsidRPr="00F852B6">
        <w:rPr>
          <w:rFonts w:ascii="Times New Roman" w:hAnsi="Times New Roman" w:cs="Times New Roman"/>
          <w:sz w:val="26"/>
          <w:szCs w:val="26"/>
        </w:rPr>
        <w:br/>
        <w:t>Xin chân thành c</w:t>
      </w:r>
      <w:r w:rsidRPr="00F852B6">
        <w:rPr>
          <w:rFonts w:ascii="Times New Roman" w:hAnsi="Times New Roman" w:cs="Times New Roman"/>
          <w:sz w:val="26"/>
          <w:szCs w:val="26"/>
        </w:rPr>
        <w:t>ả</w:t>
      </w:r>
      <w:r w:rsidRPr="00F852B6">
        <w:rPr>
          <w:rFonts w:ascii="Times New Roman" w:hAnsi="Times New Roman" w:cs="Times New Roman"/>
          <w:sz w:val="26"/>
          <w:szCs w:val="26"/>
        </w:rPr>
        <w:t>m ơn!</w:t>
      </w:r>
    </w:p>
    <w:p w:rsidR="00F852B6" w:rsidRDefault="00F852B6">
      <w:pPr>
        <w:rPr>
          <w:rFonts w:ascii="Times New Roman" w:hAnsi="Times New Roman" w:cs="Times New Roman"/>
          <w:b/>
          <w:sz w:val="26"/>
          <w:szCs w:val="26"/>
        </w:rPr>
      </w:pPr>
      <w:r w:rsidRPr="00F852B6">
        <w:rPr>
          <w:rFonts w:ascii="Times New Roman" w:hAnsi="Times New Roman" w:cs="Times New Roman"/>
          <w:sz w:val="26"/>
          <w:szCs w:val="26"/>
        </w:rPr>
        <w:br/>
      </w:r>
      <w:r w:rsidRPr="00F852B6">
        <w:rPr>
          <w:rFonts w:ascii="Times New Roman" w:hAnsi="Times New Roman" w:cs="Times New Roman"/>
          <w:b/>
          <w:sz w:val="26"/>
          <w:szCs w:val="26"/>
        </w:rPr>
        <w:t>Ngư</w:t>
      </w:r>
      <w:r w:rsidRPr="00F852B6">
        <w:rPr>
          <w:rFonts w:ascii="Times New Roman" w:hAnsi="Times New Roman" w:cs="Times New Roman"/>
          <w:b/>
          <w:sz w:val="26"/>
          <w:szCs w:val="26"/>
        </w:rPr>
        <w:t>ờ</w:t>
      </w:r>
      <w:r w:rsidRPr="00F852B6">
        <w:rPr>
          <w:rFonts w:ascii="Times New Roman" w:hAnsi="Times New Roman" w:cs="Times New Roman"/>
          <w:b/>
          <w:sz w:val="26"/>
          <w:szCs w:val="26"/>
        </w:rPr>
        <w:t>i làm đơn</w:t>
      </w:r>
      <w:r w:rsidRPr="00F852B6">
        <w:rPr>
          <w:rFonts w:ascii="Times New Roman" w:hAnsi="Times New Roman" w:cs="Times New Roman"/>
          <w:b/>
          <w:sz w:val="26"/>
          <w:szCs w:val="26"/>
        </w:rPr>
        <w:br/>
        <w:t xml:space="preserve">(Ký, </w:t>
      </w:r>
      <w:r w:rsidRPr="00F852B6">
        <w:rPr>
          <w:rFonts w:ascii="Times New Roman" w:hAnsi="Times New Roman" w:cs="Times New Roman"/>
          <w:b/>
          <w:sz w:val="26"/>
          <w:szCs w:val="26"/>
        </w:rPr>
        <w:t>ghi rõ h</w:t>
      </w:r>
      <w:r w:rsidRPr="00F852B6">
        <w:rPr>
          <w:rFonts w:ascii="Times New Roman" w:hAnsi="Times New Roman" w:cs="Times New Roman"/>
          <w:b/>
          <w:sz w:val="26"/>
          <w:szCs w:val="26"/>
        </w:rPr>
        <w:t>ọ</w:t>
      </w:r>
      <w:r w:rsidRPr="00F852B6">
        <w:rPr>
          <w:rFonts w:ascii="Times New Roman" w:hAnsi="Times New Roman" w:cs="Times New Roman"/>
          <w:b/>
          <w:sz w:val="26"/>
          <w:szCs w:val="26"/>
        </w:rPr>
        <w:t xml:space="preserve"> tên)</w:t>
      </w:r>
    </w:p>
    <w:p w:rsidR="0061455E" w:rsidRPr="00F852B6" w:rsidRDefault="00F852B6">
      <w:pPr>
        <w:rPr>
          <w:rFonts w:ascii="Times New Roman" w:hAnsi="Times New Roman" w:cs="Times New Roman"/>
          <w:b/>
          <w:sz w:val="26"/>
          <w:szCs w:val="26"/>
        </w:rPr>
      </w:pPr>
      <w:r w:rsidRPr="00F852B6">
        <w:rPr>
          <w:rFonts w:ascii="Times New Roman" w:hAnsi="Times New Roman" w:cs="Times New Roman"/>
          <w:b/>
          <w:sz w:val="26"/>
          <w:szCs w:val="26"/>
        </w:rPr>
        <w:t xml:space="preserve"> ......................................................</w:t>
      </w:r>
      <w:r w:rsidRPr="00F852B6">
        <w:rPr>
          <w:rFonts w:ascii="Times New Roman" w:hAnsi="Times New Roman" w:cs="Times New Roman"/>
          <w:b/>
          <w:sz w:val="26"/>
          <w:szCs w:val="26"/>
        </w:rPr>
        <w:br/>
      </w:r>
    </w:p>
    <w:p w:rsidR="00F852B6" w:rsidRDefault="00F852B6">
      <w:pPr>
        <w:rPr>
          <w:rFonts w:ascii="Times New Roman" w:hAnsi="Times New Roman" w:cs="Times New Roman"/>
          <w:b/>
          <w:sz w:val="26"/>
          <w:szCs w:val="26"/>
        </w:rPr>
      </w:pPr>
      <w:r w:rsidRPr="00F852B6">
        <w:rPr>
          <w:rFonts w:ascii="Times New Roman" w:hAnsi="Times New Roman" w:cs="Times New Roman"/>
          <w:b/>
          <w:sz w:val="26"/>
          <w:szCs w:val="26"/>
        </w:rPr>
        <w:t>Ý ki</w:t>
      </w:r>
      <w:r w:rsidRPr="00F852B6">
        <w:rPr>
          <w:rFonts w:ascii="Times New Roman" w:hAnsi="Times New Roman" w:cs="Times New Roman"/>
          <w:b/>
          <w:sz w:val="26"/>
          <w:szCs w:val="26"/>
        </w:rPr>
        <w:t>ế</w:t>
      </w:r>
      <w:r w:rsidRPr="00F852B6">
        <w:rPr>
          <w:rFonts w:ascii="Times New Roman" w:hAnsi="Times New Roman" w:cs="Times New Roman"/>
          <w:b/>
          <w:sz w:val="26"/>
          <w:szCs w:val="26"/>
        </w:rPr>
        <w:t>n c</w:t>
      </w:r>
      <w:r w:rsidRPr="00F852B6">
        <w:rPr>
          <w:rFonts w:ascii="Times New Roman" w:hAnsi="Times New Roman" w:cs="Times New Roman"/>
          <w:b/>
          <w:sz w:val="26"/>
          <w:szCs w:val="26"/>
        </w:rPr>
        <w:t>ủ</w:t>
      </w:r>
      <w:r w:rsidRPr="00F852B6">
        <w:rPr>
          <w:rFonts w:ascii="Times New Roman" w:hAnsi="Times New Roman" w:cs="Times New Roman"/>
          <w:b/>
          <w:sz w:val="26"/>
          <w:szCs w:val="26"/>
        </w:rPr>
        <w:t>a Trư</w:t>
      </w:r>
      <w:r w:rsidRPr="00F852B6">
        <w:rPr>
          <w:rFonts w:ascii="Times New Roman" w:hAnsi="Times New Roman" w:cs="Times New Roman"/>
          <w:b/>
          <w:sz w:val="26"/>
          <w:szCs w:val="26"/>
        </w:rPr>
        <w:t>ở</w:t>
      </w:r>
      <w:r w:rsidRPr="00F852B6">
        <w:rPr>
          <w:rFonts w:ascii="Times New Roman" w:hAnsi="Times New Roman" w:cs="Times New Roman"/>
          <w:b/>
          <w:sz w:val="26"/>
          <w:szCs w:val="26"/>
        </w:rPr>
        <w:t>ng b</w:t>
      </w:r>
      <w:r w:rsidRPr="00F852B6">
        <w:rPr>
          <w:rFonts w:ascii="Times New Roman" w:hAnsi="Times New Roman" w:cs="Times New Roman"/>
          <w:b/>
          <w:sz w:val="26"/>
          <w:szCs w:val="26"/>
        </w:rPr>
        <w:t>ộ</w:t>
      </w:r>
      <w:r w:rsidRPr="00F852B6">
        <w:rPr>
          <w:rFonts w:ascii="Times New Roman" w:hAnsi="Times New Roman" w:cs="Times New Roman"/>
          <w:b/>
          <w:sz w:val="26"/>
          <w:szCs w:val="26"/>
        </w:rPr>
        <w:t xml:space="preserve"> ph</w:t>
      </w:r>
      <w:r w:rsidRPr="00F852B6">
        <w:rPr>
          <w:rFonts w:ascii="Times New Roman" w:hAnsi="Times New Roman" w:cs="Times New Roman"/>
          <w:b/>
          <w:sz w:val="26"/>
          <w:szCs w:val="26"/>
        </w:rPr>
        <w:t>ậ</w:t>
      </w:r>
      <w:r w:rsidRPr="00F852B6">
        <w:rPr>
          <w:rFonts w:ascii="Times New Roman" w:hAnsi="Times New Roman" w:cs="Times New Roman"/>
          <w:b/>
          <w:sz w:val="26"/>
          <w:szCs w:val="26"/>
        </w:rPr>
        <w:t>n</w:t>
      </w:r>
      <w:r w:rsidRPr="00F852B6">
        <w:rPr>
          <w:rFonts w:ascii="Times New Roman" w:hAnsi="Times New Roman" w:cs="Times New Roman"/>
          <w:b/>
          <w:sz w:val="26"/>
          <w:szCs w:val="26"/>
        </w:rPr>
        <w:br/>
        <w:t>(Ký, ghi rõ h</w:t>
      </w:r>
      <w:r w:rsidRPr="00F852B6">
        <w:rPr>
          <w:rFonts w:ascii="Times New Roman" w:hAnsi="Times New Roman" w:cs="Times New Roman"/>
          <w:b/>
          <w:sz w:val="26"/>
          <w:szCs w:val="26"/>
        </w:rPr>
        <w:t>ọ</w:t>
      </w:r>
      <w:r w:rsidRPr="00F852B6">
        <w:rPr>
          <w:rFonts w:ascii="Times New Roman" w:hAnsi="Times New Roman" w:cs="Times New Roman"/>
          <w:b/>
          <w:sz w:val="26"/>
          <w:szCs w:val="26"/>
        </w:rPr>
        <w:t xml:space="preserve"> tên)</w:t>
      </w:r>
    </w:p>
    <w:p w:rsidR="0061455E" w:rsidRPr="00F852B6" w:rsidRDefault="00F852B6">
      <w:pPr>
        <w:rPr>
          <w:rFonts w:ascii="Times New Roman" w:hAnsi="Times New Roman" w:cs="Times New Roman"/>
          <w:b/>
          <w:sz w:val="26"/>
          <w:szCs w:val="26"/>
        </w:rPr>
      </w:pPr>
      <w:r w:rsidRPr="00F852B6">
        <w:rPr>
          <w:rFonts w:ascii="Times New Roman" w:hAnsi="Times New Roman" w:cs="Times New Roman"/>
          <w:b/>
          <w:sz w:val="26"/>
          <w:szCs w:val="26"/>
        </w:rPr>
        <w:t xml:space="preserve"> ......................................................</w:t>
      </w:r>
      <w:r w:rsidRPr="00F852B6">
        <w:rPr>
          <w:rFonts w:ascii="Times New Roman" w:hAnsi="Times New Roman" w:cs="Times New Roman"/>
          <w:b/>
          <w:sz w:val="26"/>
          <w:szCs w:val="26"/>
        </w:rPr>
        <w:br/>
      </w:r>
    </w:p>
    <w:p w:rsidR="00F852B6" w:rsidRDefault="00F852B6">
      <w:pPr>
        <w:rPr>
          <w:rFonts w:ascii="Times New Roman" w:hAnsi="Times New Roman" w:cs="Times New Roman"/>
          <w:b/>
          <w:sz w:val="26"/>
          <w:szCs w:val="26"/>
        </w:rPr>
      </w:pPr>
      <w:r w:rsidRPr="00F852B6">
        <w:rPr>
          <w:rFonts w:ascii="Times New Roman" w:hAnsi="Times New Roman" w:cs="Times New Roman"/>
          <w:b/>
          <w:sz w:val="26"/>
          <w:szCs w:val="26"/>
        </w:rPr>
        <w:t>Xác nh</w:t>
      </w:r>
      <w:r w:rsidRPr="00F852B6">
        <w:rPr>
          <w:rFonts w:ascii="Times New Roman" w:hAnsi="Times New Roman" w:cs="Times New Roman"/>
          <w:b/>
          <w:sz w:val="26"/>
          <w:szCs w:val="26"/>
        </w:rPr>
        <w:t>ậ</w:t>
      </w:r>
      <w:r w:rsidRPr="00F852B6">
        <w:rPr>
          <w:rFonts w:ascii="Times New Roman" w:hAnsi="Times New Roman" w:cs="Times New Roman"/>
          <w:b/>
          <w:sz w:val="26"/>
          <w:szCs w:val="26"/>
        </w:rPr>
        <w:t>n c</w:t>
      </w:r>
      <w:r w:rsidRPr="00F852B6">
        <w:rPr>
          <w:rFonts w:ascii="Times New Roman" w:hAnsi="Times New Roman" w:cs="Times New Roman"/>
          <w:b/>
          <w:sz w:val="26"/>
          <w:szCs w:val="26"/>
        </w:rPr>
        <w:t>ủ</w:t>
      </w:r>
      <w:r w:rsidRPr="00F852B6">
        <w:rPr>
          <w:rFonts w:ascii="Times New Roman" w:hAnsi="Times New Roman" w:cs="Times New Roman"/>
          <w:b/>
          <w:sz w:val="26"/>
          <w:szCs w:val="26"/>
        </w:rPr>
        <w:t>a Phòng Hành chính – Nhân s</w:t>
      </w:r>
      <w:r w:rsidRPr="00F852B6">
        <w:rPr>
          <w:rFonts w:ascii="Times New Roman" w:hAnsi="Times New Roman" w:cs="Times New Roman"/>
          <w:b/>
          <w:sz w:val="26"/>
          <w:szCs w:val="26"/>
        </w:rPr>
        <w:t>ự</w:t>
      </w:r>
      <w:r w:rsidRPr="00F852B6">
        <w:rPr>
          <w:rFonts w:ascii="Times New Roman" w:hAnsi="Times New Roman" w:cs="Times New Roman"/>
          <w:b/>
          <w:sz w:val="26"/>
          <w:szCs w:val="26"/>
        </w:rPr>
        <w:br/>
        <w:t>(Ký, ghi rõ h</w:t>
      </w:r>
      <w:r w:rsidRPr="00F852B6">
        <w:rPr>
          <w:rFonts w:ascii="Times New Roman" w:hAnsi="Times New Roman" w:cs="Times New Roman"/>
          <w:b/>
          <w:sz w:val="26"/>
          <w:szCs w:val="26"/>
        </w:rPr>
        <w:t>ọ</w:t>
      </w:r>
      <w:r w:rsidRPr="00F852B6">
        <w:rPr>
          <w:rFonts w:ascii="Times New Roman" w:hAnsi="Times New Roman" w:cs="Times New Roman"/>
          <w:b/>
          <w:sz w:val="26"/>
          <w:szCs w:val="26"/>
        </w:rPr>
        <w:t xml:space="preserve"> tên) </w:t>
      </w:r>
    </w:p>
    <w:p w:rsidR="0061455E" w:rsidRPr="00F852B6" w:rsidRDefault="00F852B6">
      <w:pPr>
        <w:rPr>
          <w:rFonts w:ascii="Times New Roman" w:hAnsi="Times New Roman" w:cs="Times New Roman"/>
          <w:b/>
          <w:sz w:val="26"/>
          <w:szCs w:val="26"/>
        </w:rPr>
      </w:pPr>
      <w:r w:rsidRPr="00F852B6">
        <w:rPr>
          <w:rFonts w:ascii="Times New Roman" w:hAnsi="Times New Roman" w:cs="Times New Roman"/>
          <w:b/>
          <w:sz w:val="26"/>
          <w:szCs w:val="26"/>
        </w:rPr>
        <w:t>.......................</w:t>
      </w:r>
      <w:r w:rsidRPr="00F852B6">
        <w:rPr>
          <w:rFonts w:ascii="Times New Roman" w:hAnsi="Times New Roman" w:cs="Times New Roman"/>
          <w:b/>
          <w:sz w:val="26"/>
          <w:szCs w:val="26"/>
        </w:rPr>
        <w:t>...............................</w:t>
      </w:r>
      <w:r w:rsidRPr="00F852B6">
        <w:rPr>
          <w:rFonts w:ascii="Times New Roman" w:hAnsi="Times New Roman" w:cs="Times New Roman"/>
          <w:b/>
          <w:sz w:val="26"/>
          <w:szCs w:val="26"/>
        </w:rPr>
        <w:br/>
      </w:r>
    </w:p>
    <w:p w:rsidR="00F852B6" w:rsidRDefault="00F852B6">
      <w:pPr>
        <w:rPr>
          <w:rFonts w:ascii="Times New Roman" w:hAnsi="Times New Roman" w:cs="Times New Roman"/>
          <w:b/>
          <w:sz w:val="26"/>
          <w:szCs w:val="26"/>
        </w:rPr>
      </w:pPr>
      <w:r w:rsidRPr="00F852B6">
        <w:rPr>
          <w:rFonts w:ascii="Times New Roman" w:hAnsi="Times New Roman" w:cs="Times New Roman"/>
          <w:b/>
          <w:sz w:val="26"/>
          <w:szCs w:val="26"/>
        </w:rPr>
        <w:t>Xác nh</w:t>
      </w:r>
      <w:r w:rsidRPr="00F852B6">
        <w:rPr>
          <w:rFonts w:ascii="Times New Roman" w:hAnsi="Times New Roman" w:cs="Times New Roman"/>
          <w:b/>
          <w:sz w:val="26"/>
          <w:szCs w:val="26"/>
        </w:rPr>
        <w:t>ậ</w:t>
      </w:r>
      <w:r w:rsidRPr="00F852B6">
        <w:rPr>
          <w:rFonts w:ascii="Times New Roman" w:hAnsi="Times New Roman" w:cs="Times New Roman"/>
          <w:b/>
          <w:sz w:val="26"/>
          <w:szCs w:val="26"/>
        </w:rPr>
        <w:t>n c</w:t>
      </w:r>
      <w:r w:rsidRPr="00F852B6">
        <w:rPr>
          <w:rFonts w:ascii="Times New Roman" w:hAnsi="Times New Roman" w:cs="Times New Roman"/>
          <w:b/>
          <w:sz w:val="26"/>
          <w:szCs w:val="26"/>
        </w:rPr>
        <w:t>ủ</w:t>
      </w:r>
      <w:r w:rsidRPr="00F852B6">
        <w:rPr>
          <w:rFonts w:ascii="Times New Roman" w:hAnsi="Times New Roman" w:cs="Times New Roman"/>
          <w:b/>
          <w:sz w:val="26"/>
          <w:szCs w:val="26"/>
        </w:rPr>
        <w:t>a Ban Giám đ</w:t>
      </w:r>
      <w:r w:rsidRPr="00F852B6">
        <w:rPr>
          <w:rFonts w:ascii="Times New Roman" w:hAnsi="Times New Roman" w:cs="Times New Roman"/>
          <w:b/>
          <w:sz w:val="26"/>
          <w:szCs w:val="26"/>
        </w:rPr>
        <w:t>ố</w:t>
      </w:r>
      <w:r w:rsidRPr="00F852B6">
        <w:rPr>
          <w:rFonts w:ascii="Times New Roman" w:hAnsi="Times New Roman" w:cs="Times New Roman"/>
          <w:b/>
          <w:sz w:val="26"/>
          <w:szCs w:val="26"/>
        </w:rPr>
        <w:t>c</w:t>
      </w:r>
      <w:r w:rsidRPr="00F852B6">
        <w:rPr>
          <w:rFonts w:ascii="Times New Roman" w:hAnsi="Times New Roman" w:cs="Times New Roman"/>
          <w:b/>
          <w:sz w:val="26"/>
          <w:szCs w:val="26"/>
        </w:rPr>
        <w:br/>
        <w:t>(Ký tên, đóng d</w:t>
      </w:r>
      <w:r w:rsidRPr="00F852B6">
        <w:rPr>
          <w:rFonts w:ascii="Times New Roman" w:hAnsi="Times New Roman" w:cs="Times New Roman"/>
          <w:b/>
          <w:sz w:val="26"/>
          <w:szCs w:val="26"/>
        </w:rPr>
        <w:t>ấ</w:t>
      </w:r>
      <w:r w:rsidRPr="00F852B6">
        <w:rPr>
          <w:rFonts w:ascii="Times New Roman" w:hAnsi="Times New Roman" w:cs="Times New Roman"/>
          <w:b/>
          <w:sz w:val="26"/>
          <w:szCs w:val="26"/>
        </w:rPr>
        <w:t xml:space="preserve">u) </w:t>
      </w:r>
    </w:p>
    <w:p w:rsidR="0061455E" w:rsidRPr="00F852B6" w:rsidRDefault="00F852B6">
      <w:pPr>
        <w:rPr>
          <w:rFonts w:ascii="Times New Roman" w:hAnsi="Times New Roman" w:cs="Times New Roman"/>
          <w:b/>
          <w:sz w:val="26"/>
          <w:szCs w:val="26"/>
        </w:rPr>
      </w:pPr>
      <w:r w:rsidRPr="00F852B6">
        <w:rPr>
          <w:rFonts w:ascii="Times New Roman" w:hAnsi="Times New Roman" w:cs="Times New Roman"/>
          <w:b/>
          <w:sz w:val="26"/>
          <w:szCs w:val="26"/>
        </w:rPr>
        <w:t>......................................................</w:t>
      </w:r>
      <w:r w:rsidRPr="00F852B6">
        <w:rPr>
          <w:rFonts w:ascii="Times New Roman" w:hAnsi="Times New Roman" w:cs="Times New Roman"/>
          <w:b/>
          <w:sz w:val="26"/>
          <w:szCs w:val="26"/>
        </w:rPr>
        <w:br/>
      </w:r>
    </w:p>
    <w:sectPr w:rsidR="0061455E" w:rsidRPr="00F852B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455E"/>
    <w:rsid w:val="00AA1D8D"/>
    <w:rsid w:val="00B47730"/>
    <w:rsid w:val="00CB0664"/>
    <w:rsid w:val="00F852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6EED7C15-F126-4A4D-BE8E-DB1F9250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372933-A222-4269-9F7F-F69190212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2025-10-23T08:13:00Z</dcterms:created>
  <dcterms:modified xsi:type="dcterms:W3CDTF">2025-10-23T08:13:00Z</dcterms:modified>
  <cp:category/>
</cp:coreProperties>
</file>