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1299" w:rsidRPr="005A4BC6" w:rsidRDefault="005A4BC6" w:rsidP="005A4BC6">
      <w:pPr>
        <w:pStyle w:val="Heading1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5A4BC6">
        <w:rPr>
          <w:rFonts w:ascii="Times New Roman" w:hAnsi="Times New Roman" w:cs="Times New Roman"/>
          <w:color w:val="auto"/>
          <w:sz w:val="26"/>
          <w:szCs w:val="26"/>
        </w:rPr>
        <w:t>H</w:t>
      </w:r>
      <w:r w:rsidRPr="005A4BC6">
        <w:rPr>
          <w:rFonts w:ascii="Times New Roman" w:hAnsi="Times New Roman" w:cs="Times New Roman"/>
          <w:color w:val="auto"/>
          <w:sz w:val="26"/>
          <w:szCs w:val="26"/>
        </w:rPr>
        <w:t>Ợ</w:t>
      </w:r>
      <w:r w:rsidRPr="005A4BC6">
        <w:rPr>
          <w:rFonts w:ascii="Times New Roman" w:hAnsi="Times New Roman" w:cs="Times New Roman"/>
          <w:color w:val="auto"/>
          <w:sz w:val="26"/>
          <w:szCs w:val="26"/>
        </w:rPr>
        <w:t>P Đ</w:t>
      </w:r>
      <w:r w:rsidRPr="005A4BC6">
        <w:rPr>
          <w:rFonts w:ascii="Times New Roman" w:hAnsi="Times New Roman" w:cs="Times New Roman"/>
          <w:color w:val="auto"/>
          <w:sz w:val="26"/>
          <w:szCs w:val="26"/>
        </w:rPr>
        <w:t>Ồ</w:t>
      </w:r>
      <w:r w:rsidRPr="005A4BC6">
        <w:rPr>
          <w:rFonts w:ascii="Times New Roman" w:hAnsi="Times New Roman" w:cs="Times New Roman"/>
          <w:color w:val="auto"/>
          <w:sz w:val="26"/>
          <w:szCs w:val="26"/>
        </w:rPr>
        <w:t>NG NGUYÊN T</w:t>
      </w:r>
      <w:r w:rsidRPr="005A4BC6">
        <w:rPr>
          <w:rFonts w:ascii="Times New Roman" w:hAnsi="Times New Roman" w:cs="Times New Roman"/>
          <w:color w:val="auto"/>
          <w:sz w:val="26"/>
          <w:szCs w:val="26"/>
        </w:rPr>
        <w:t>Ắ</w:t>
      </w:r>
      <w:r w:rsidRPr="005A4BC6">
        <w:rPr>
          <w:rFonts w:ascii="Times New Roman" w:hAnsi="Times New Roman" w:cs="Times New Roman"/>
          <w:color w:val="auto"/>
          <w:sz w:val="26"/>
          <w:szCs w:val="26"/>
        </w:rPr>
        <w:t>C</w:t>
      </w:r>
    </w:p>
    <w:p w:rsidR="00A81299" w:rsidRPr="005A4BC6" w:rsidRDefault="005A4BC6" w:rsidP="005A4BC6">
      <w:pPr>
        <w:jc w:val="center"/>
        <w:rPr>
          <w:rFonts w:ascii="Times New Roman" w:hAnsi="Times New Roman" w:cs="Times New Roman"/>
          <w:sz w:val="26"/>
          <w:szCs w:val="26"/>
        </w:rPr>
      </w:pPr>
      <w:r w:rsidRPr="005A4BC6">
        <w:rPr>
          <w:rFonts w:ascii="Times New Roman" w:hAnsi="Times New Roman" w:cs="Times New Roman"/>
          <w:sz w:val="26"/>
          <w:szCs w:val="26"/>
        </w:rPr>
        <w:t>V</w:t>
      </w:r>
      <w:r w:rsidRPr="005A4BC6">
        <w:rPr>
          <w:rFonts w:ascii="Times New Roman" w:hAnsi="Times New Roman" w:cs="Times New Roman"/>
          <w:sz w:val="26"/>
          <w:szCs w:val="26"/>
        </w:rPr>
        <w:t>ề</w:t>
      </w:r>
      <w:r w:rsidRPr="005A4BC6">
        <w:rPr>
          <w:rFonts w:ascii="Times New Roman" w:hAnsi="Times New Roman" w:cs="Times New Roman"/>
          <w:sz w:val="26"/>
          <w:szCs w:val="26"/>
        </w:rPr>
        <w:t xml:space="preserve"> vi</w:t>
      </w:r>
      <w:r w:rsidRPr="005A4BC6">
        <w:rPr>
          <w:rFonts w:ascii="Times New Roman" w:hAnsi="Times New Roman" w:cs="Times New Roman"/>
          <w:sz w:val="26"/>
          <w:szCs w:val="26"/>
        </w:rPr>
        <w:t>ệ</w:t>
      </w:r>
      <w:r w:rsidRPr="005A4BC6">
        <w:rPr>
          <w:rFonts w:ascii="Times New Roman" w:hAnsi="Times New Roman" w:cs="Times New Roman"/>
          <w:sz w:val="26"/>
          <w:szCs w:val="26"/>
        </w:rPr>
        <w:t>c kh</w:t>
      </w:r>
      <w:r w:rsidRPr="005A4BC6">
        <w:rPr>
          <w:rFonts w:ascii="Times New Roman" w:hAnsi="Times New Roman" w:cs="Times New Roman"/>
          <w:sz w:val="26"/>
          <w:szCs w:val="26"/>
        </w:rPr>
        <w:t>ả</w:t>
      </w:r>
      <w:r w:rsidRPr="005A4BC6">
        <w:rPr>
          <w:rFonts w:ascii="Times New Roman" w:hAnsi="Times New Roman" w:cs="Times New Roman"/>
          <w:sz w:val="26"/>
          <w:szCs w:val="26"/>
        </w:rPr>
        <w:t>o sát và thi</w:t>
      </w:r>
      <w:r w:rsidRPr="005A4BC6">
        <w:rPr>
          <w:rFonts w:ascii="Times New Roman" w:hAnsi="Times New Roman" w:cs="Times New Roman"/>
          <w:sz w:val="26"/>
          <w:szCs w:val="26"/>
        </w:rPr>
        <w:t>ế</w:t>
      </w:r>
      <w:r w:rsidRPr="005A4BC6">
        <w:rPr>
          <w:rFonts w:ascii="Times New Roman" w:hAnsi="Times New Roman" w:cs="Times New Roman"/>
          <w:sz w:val="26"/>
          <w:szCs w:val="26"/>
        </w:rPr>
        <w:t>t k</w:t>
      </w:r>
      <w:r w:rsidRPr="005A4BC6">
        <w:rPr>
          <w:rFonts w:ascii="Times New Roman" w:hAnsi="Times New Roman" w:cs="Times New Roman"/>
          <w:sz w:val="26"/>
          <w:szCs w:val="26"/>
        </w:rPr>
        <w:t>ế</w:t>
      </w:r>
      <w:r w:rsidRPr="005A4BC6">
        <w:rPr>
          <w:rFonts w:ascii="Times New Roman" w:hAnsi="Times New Roman" w:cs="Times New Roman"/>
          <w:sz w:val="26"/>
          <w:szCs w:val="26"/>
        </w:rPr>
        <w:t xml:space="preserve"> b</w:t>
      </w:r>
      <w:r w:rsidRPr="005A4BC6">
        <w:rPr>
          <w:rFonts w:ascii="Times New Roman" w:hAnsi="Times New Roman" w:cs="Times New Roman"/>
          <w:sz w:val="26"/>
          <w:szCs w:val="26"/>
        </w:rPr>
        <w:t>ả</w:t>
      </w:r>
      <w:r w:rsidRPr="005A4BC6">
        <w:rPr>
          <w:rFonts w:ascii="Times New Roman" w:hAnsi="Times New Roman" w:cs="Times New Roman"/>
          <w:sz w:val="26"/>
          <w:szCs w:val="26"/>
        </w:rPr>
        <w:t>n v</w:t>
      </w:r>
      <w:r w:rsidRPr="005A4BC6">
        <w:rPr>
          <w:rFonts w:ascii="Times New Roman" w:hAnsi="Times New Roman" w:cs="Times New Roman"/>
          <w:sz w:val="26"/>
          <w:szCs w:val="26"/>
        </w:rPr>
        <w:t>ẽ</w:t>
      </w:r>
      <w:r w:rsidRPr="005A4BC6">
        <w:rPr>
          <w:rFonts w:ascii="Times New Roman" w:hAnsi="Times New Roman" w:cs="Times New Roman"/>
          <w:sz w:val="26"/>
          <w:szCs w:val="26"/>
        </w:rPr>
        <w:t xml:space="preserve"> thi công công trình xây d</w:t>
      </w:r>
      <w:r w:rsidRPr="005A4BC6">
        <w:rPr>
          <w:rFonts w:ascii="Times New Roman" w:hAnsi="Times New Roman" w:cs="Times New Roman"/>
          <w:sz w:val="26"/>
          <w:szCs w:val="26"/>
        </w:rPr>
        <w:t>ự</w:t>
      </w:r>
      <w:r w:rsidRPr="005A4BC6">
        <w:rPr>
          <w:rFonts w:ascii="Times New Roman" w:hAnsi="Times New Roman" w:cs="Times New Roman"/>
          <w:sz w:val="26"/>
          <w:szCs w:val="26"/>
        </w:rPr>
        <w:t>ng</w:t>
      </w:r>
    </w:p>
    <w:p w:rsidR="00A81299" w:rsidRPr="005A4BC6" w:rsidRDefault="005A4BC6" w:rsidP="005A4BC6">
      <w:pPr>
        <w:jc w:val="center"/>
        <w:rPr>
          <w:rFonts w:ascii="Times New Roman" w:hAnsi="Times New Roman" w:cs="Times New Roman"/>
          <w:sz w:val="26"/>
          <w:szCs w:val="26"/>
        </w:rPr>
      </w:pPr>
      <w:r w:rsidRPr="005A4BC6">
        <w:rPr>
          <w:rFonts w:ascii="Times New Roman" w:hAnsi="Times New Roman" w:cs="Times New Roman"/>
          <w:sz w:val="26"/>
          <w:szCs w:val="26"/>
        </w:rPr>
        <w:t>S</w:t>
      </w:r>
      <w:r w:rsidRPr="005A4BC6">
        <w:rPr>
          <w:rFonts w:ascii="Times New Roman" w:hAnsi="Times New Roman" w:cs="Times New Roman"/>
          <w:sz w:val="26"/>
          <w:szCs w:val="26"/>
        </w:rPr>
        <w:t>ố</w:t>
      </w:r>
      <w:r w:rsidRPr="005A4BC6">
        <w:rPr>
          <w:rFonts w:ascii="Times New Roman" w:hAnsi="Times New Roman" w:cs="Times New Roman"/>
          <w:sz w:val="26"/>
          <w:szCs w:val="26"/>
        </w:rPr>
        <w:t>: …/HĐNT-KS-TK</w:t>
      </w:r>
      <w:r w:rsidRPr="005A4BC6">
        <w:rPr>
          <w:rFonts w:ascii="Times New Roman" w:hAnsi="Times New Roman" w:cs="Times New Roman"/>
          <w:sz w:val="26"/>
          <w:szCs w:val="26"/>
        </w:rPr>
        <w:br/>
      </w:r>
    </w:p>
    <w:p w:rsidR="00A81299" w:rsidRPr="005A4BC6" w:rsidRDefault="005A4BC6">
      <w:pPr>
        <w:pStyle w:val="Heading2"/>
        <w:rPr>
          <w:rFonts w:ascii="Times New Roman" w:hAnsi="Times New Roman" w:cs="Times New Roman"/>
          <w:color w:val="auto"/>
        </w:rPr>
      </w:pPr>
      <w:r w:rsidRPr="005A4BC6">
        <w:rPr>
          <w:rFonts w:ascii="Times New Roman" w:hAnsi="Times New Roman" w:cs="Times New Roman"/>
          <w:color w:val="auto"/>
        </w:rPr>
        <w:t>Căn c</w:t>
      </w:r>
      <w:r w:rsidRPr="005A4BC6">
        <w:rPr>
          <w:rFonts w:ascii="Times New Roman" w:hAnsi="Times New Roman" w:cs="Times New Roman"/>
          <w:color w:val="auto"/>
        </w:rPr>
        <w:t>ứ</w:t>
      </w:r>
      <w:r w:rsidRPr="005A4BC6">
        <w:rPr>
          <w:rFonts w:ascii="Times New Roman" w:hAnsi="Times New Roman" w:cs="Times New Roman"/>
          <w:color w:val="auto"/>
        </w:rPr>
        <w:t>:</w:t>
      </w:r>
    </w:p>
    <w:p w:rsidR="00A81299" w:rsidRPr="005A4BC6" w:rsidRDefault="005A4BC6">
      <w:pPr>
        <w:rPr>
          <w:rFonts w:ascii="Times New Roman" w:hAnsi="Times New Roman" w:cs="Times New Roman"/>
          <w:sz w:val="26"/>
          <w:szCs w:val="26"/>
        </w:rPr>
      </w:pPr>
      <w:r w:rsidRPr="005A4BC6">
        <w:rPr>
          <w:rFonts w:ascii="Times New Roman" w:hAnsi="Times New Roman" w:cs="Times New Roman"/>
          <w:sz w:val="26"/>
          <w:szCs w:val="26"/>
        </w:rPr>
        <w:t>- B</w:t>
      </w:r>
      <w:r w:rsidRPr="005A4BC6">
        <w:rPr>
          <w:rFonts w:ascii="Times New Roman" w:hAnsi="Times New Roman" w:cs="Times New Roman"/>
          <w:sz w:val="26"/>
          <w:szCs w:val="26"/>
        </w:rPr>
        <w:t>ộ</w:t>
      </w:r>
      <w:r w:rsidRPr="005A4BC6">
        <w:rPr>
          <w:rFonts w:ascii="Times New Roman" w:hAnsi="Times New Roman" w:cs="Times New Roman"/>
          <w:sz w:val="26"/>
          <w:szCs w:val="26"/>
        </w:rPr>
        <w:t xml:space="preserve"> lu</w:t>
      </w:r>
      <w:r w:rsidRPr="005A4BC6">
        <w:rPr>
          <w:rFonts w:ascii="Times New Roman" w:hAnsi="Times New Roman" w:cs="Times New Roman"/>
          <w:sz w:val="26"/>
          <w:szCs w:val="26"/>
        </w:rPr>
        <w:t>ậ</w:t>
      </w:r>
      <w:r w:rsidRPr="005A4BC6">
        <w:rPr>
          <w:rFonts w:ascii="Times New Roman" w:hAnsi="Times New Roman" w:cs="Times New Roman"/>
          <w:sz w:val="26"/>
          <w:szCs w:val="26"/>
        </w:rPr>
        <w:t>t Dân s</w:t>
      </w:r>
      <w:r w:rsidRPr="005A4BC6">
        <w:rPr>
          <w:rFonts w:ascii="Times New Roman" w:hAnsi="Times New Roman" w:cs="Times New Roman"/>
          <w:sz w:val="26"/>
          <w:szCs w:val="26"/>
        </w:rPr>
        <w:t>ự</w:t>
      </w:r>
      <w:r w:rsidRPr="005A4BC6">
        <w:rPr>
          <w:rFonts w:ascii="Times New Roman" w:hAnsi="Times New Roman" w:cs="Times New Roman"/>
          <w:sz w:val="26"/>
          <w:szCs w:val="26"/>
        </w:rPr>
        <w:t xml:space="preserve"> 2015;</w:t>
      </w:r>
    </w:p>
    <w:p w:rsidR="00A81299" w:rsidRPr="005A4BC6" w:rsidRDefault="005A4BC6">
      <w:pPr>
        <w:rPr>
          <w:rFonts w:ascii="Times New Roman" w:hAnsi="Times New Roman" w:cs="Times New Roman"/>
          <w:sz w:val="26"/>
          <w:szCs w:val="26"/>
        </w:rPr>
      </w:pPr>
      <w:r w:rsidRPr="005A4BC6">
        <w:rPr>
          <w:rFonts w:ascii="Times New Roman" w:hAnsi="Times New Roman" w:cs="Times New Roman"/>
          <w:sz w:val="26"/>
          <w:szCs w:val="26"/>
        </w:rPr>
        <w:t>- Lu</w:t>
      </w:r>
      <w:r w:rsidRPr="005A4BC6">
        <w:rPr>
          <w:rFonts w:ascii="Times New Roman" w:hAnsi="Times New Roman" w:cs="Times New Roman"/>
          <w:sz w:val="26"/>
          <w:szCs w:val="26"/>
        </w:rPr>
        <w:t>ậ</w:t>
      </w:r>
      <w:r w:rsidRPr="005A4BC6">
        <w:rPr>
          <w:rFonts w:ascii="Times New Roman" w:hAnsi="Times New Roman" w:cs="Times New Roman"/>
          <w:sz w:val="26"/>
          <w:szCs w:val="26"/>
        </w:rPr>
        <w:t>t Xây d</w:t>
      </w:r>
      <w:r w:rsidRPr="005A4BC6">
        <w:rPr>
          <w:rFonts w:ascii="Times New Roman" w:hAnsi="Times New Roman" w:cs="Times New Roman"/>
          <w:sz w:val="26"/>
          <w:szCs w:val="26"/>
        </w:rPr>
        <w:t>ự</w:t>
      </w:r>
      <w:r w:rsidRPr="005A4BC6">
        <w:rPr>
          <w:rFonts w:ascii="Times New Roman" w:hAnsi="Times New Roman" w:cs="Times New Roman"/>
          <w:sz w:val="26"/>
          <w:szCs w:val="26"/>
        </w:rPr>
        <w:t>ng s</w:t>
      </w:r>
      <w:r w:rsidRPr="005A4BC6">
        <w:rPr>
          <w:rFonts w:ascii="Times New Roman" w:hAnsi="Times New Roman" w:cs="Times New Roman"/>
          <w:sz w:val="26"/>
          <w:szCs w:val="26"/>
        </w:rPr>
        <w:t>ố</w:t>
      </w:r>
      <w:r w:rsidRPr="005A4BC6">
        <w:rPr>
          <w:rFonts w:ascii="Times New Roman" w:hAnsi="Times New Roman" w:cs="Times New Roman"/>
          <w:sz w:val="26"/>
          <w:szCs w:val="26"/>
        </w:rPr>
        <w:t xml:space="preserve"> 50/2014/QH13 và Lu</w:t>
      </w:r>
      <w:r w:rsidRPr="005A4BC6">
        <w:rPr>
          <w:rFonts w:ascii="Times New Roman" w:hAnsi="Times New Roman" w:cs="Times New Roman"/>
          <w:sz w:val="26"/>
          <w:szCs w:val="26"/>
        </w:rPr>
        <w:t>ậ</w:t>
      </w:r>
      <w:r w:rsidRPr="005A4BC6">
        <w:rPr>
          <w:rFonts w:ascii="Times New Roman" w:hAnsi="Times New Roman" w:cs="Times New Roman"/>
          <w:sz w:val="26"/>
          <w:szCs w:val="26"/>
        </w:rPr>
        <w:t>t s</w:t>
      </w:r>
      <w:r w:rsidRPr="005A4BC6">
        <w:rPr>
          <w:rFonts w:ascii="Times New Roman" w:hAnsi="Times New Roman" w:cs="Times New Roman"/>
          <w:sz w:val="26"/>
          <w:szCs w:val="26"/>
        </w:rPr>
        <w:t>ử</w:t>
      </w:r>
      <w:r w:rsidRPr="005A4BC6">
        <w:rPr>
          <w:rFonts w:ascii="Times New Roman" w:hAnsi="Times New Roman" w:cs="Times New Roman"/>
          <w:sz w:val="26"/>
          <w:szCs w:val="26"/>
        </w:rPr>
        <w:t>a đ</w:t>
      </w:r>
      <w:r w:rsidRPr="005A4BC6">
        <w:rPr>
          <w:rFonts w:ascii="Times New Roman" w:hAnsi="Times New Roman" w:cs="Times New Roman"/>
          <w:sz w:val="26"/>
          <w:szCs w:val="26"/>
        </w:rPr>
        <w:t>ổ</w:t>
      </w:r>
      <w:r w:rsidRPr="005A4BC6">
        <w:rPr>
          <w:rFonts w:ascii="Times New Roman" w:hAnsi="Times New Roman" w:cs="Times New Roman"/>
          <w:sz w:val="26"/>
          <w:szCs w:val="26"/>
        </w:rPr>
        <w:t>i b</w:t>
      </w:r>
      <w:r w:rsidRPr="005A4BC6">
        <w:rPr>
          <w:rFonts w:ascii="Times New Roman" w:hAnsi="Times New Roman" w:cs="Times New Roman"/>
          <w:sz w:val="26"/>
          <w:szCs w:val="26"/>
        </w:rPr>
        <w:t>ổ</w:t>
      </w:r>
      <w:r w:rsidRPr="005A4BC6">
        <w:rPr>
          <w:rFonts w:ascii="Times New Roman" w:hAnsi="Times New Roman" w:cs="Times New Roman"/>
          <w:sz w:val="26"/>
          <w:szCs w:val="26"/>
        </w:rPr>
        <w:t xml:space="preserve"> sung s</w:t>
      </w:r>
      <w:r w:rsidRPr="005A4BC6">
        <w:rPr>
          <w:rFonts w:ascii="Times New Roman" w:hAnsi="Times New Roman" w:cs="Times New Roman"/>
          <w:sz w:val="26"/>
          <w:szCs w:val="26"/>
        </w:rPr>
        <w:t>ố</w:t>
      </w:r>
      <w:r w:rsidRPr="005A4BC6">
        <w:rPr>
          <w:rFonts w:ascii="Times New Roman" w:hAnsi="Times New Roman" w:cs="Times New Roman"/>
          <w:sz w:val="26"/>
          <w:szCs w:val="26"/>
        </w:rPr>
        <w:t xml:space="preserve"> 62/2020/QH14;</w:t>
      </w:r>
    </w:p>
    <w:p w:rsidR="00A81299" w:rsidRPr="005A4BC6" w:rsidRDefault="005A4BC6">
      <w:pPr>
        <w:rPr>
          <w:rFonts w:ascii="Times New Roman" w:hAnsi="Times New Roman" w:cs="Times New Roman"/>
          <w:sz w:val="26"/>
          <w:szCs w:val="26"/>
        </w:rPr>
      </w:pPr>
      <w:r w:rsidRPr="005A4BC6">
        <w:rPr>
          <w:rFonts w:ascii="Times New Roman" w:hAnsi="Times New Roman" w:cs="Times New Roman"/>
          <w:sz w:val="26"/>
          <w:szCs w:val="26"/>
        </w:rPr>
        <w:t>- Ngh</w:t>
      </w:r>
      <w:r w:rsidRPr="005A4BC6">
        <w:rPr>
          <w:rFonts w:ascii="Times New Roman" w:hAnsi="Times New Roman" w:cs="Times New Roman"/>
          <w:sz w:val="26"/>
          <w:szCs w:val="26"/>
        </w:rPr>
        <w:t>ị</w:t>
      </w:r>
      <w:r w:rsidRPr="005A4BC6">
        <w:rPr>
          <w:rFonts w:ascii="Times New Roman" w:hAnsi="Times New Roman" w:cs="Times New Roman"/>
          <w:sz w:val="26"/>
          <w:szCs w:val="26"/>
        </w:rPr>
        <w:t xml:space="preserve"> đ</w:t>
      </w:r>
      <w:r w:rsidRPr="005A4BC6">
        <w:rPr>
          <w:rFonts w:ascii="Times New Roman" w:hAnsi="Times New Roman" w:cs="Times New Roman"/>
          <w:sz w:val="26"/>
          <w:szCs w:val="26"/>
        </w:rPr>
        <w:t>ị</w:t>
      </w:r>
      <w:r w:rsidRPr="005A4BC6">
        <w:rPr>
          <w:rFonts w:ascii="Times New Roman" w:hAnsi="Times New Roman" w:cs="Times New Roman"/>
          <w:sz w:val="26"/>
          <w:szCs w:val="26"/>
        </w:rPr>
        <w:t>nh s</w:t>
      </w:r>
      <w:r w:rsidRPr="005A4BC6">
        <w:rPr>
          <w:rFonts w:ascii="Times New Roman" w:hAnsi="Times New Roman" w:cs="Times New Roman"/>
          <w:sz w:val="26"/>
          <w:szCs w:val="26"/>
        </w:rPr>
        <w:t>ố</w:t>
      </w:r>
      <w:r w:rsidRPr="005A4BC6">
        <w:rPr>
          <w:rFonts w:ascii="Times New Roman" w:hAnsi="Times New Roman" w:cs="Times New Roman"/>
          <w:sz w:val="26"/>
          <w:szCs w:val="26"/>
        </w:rPr>
        <w:t xml:space="preserve"> 15/2021/NĐ-CP ngày 03/3/2021 c</w:t>
      </w:r>
      <w:r w:rsidRPr="005A4BC6">
        <w:rPr>
          <w:rFonts w:ascii="Times New Roman" w:hAnsi="Times New Roman" w:cs="Times New Roman"/>
          <w:sz w:val="26"/>
          <w:szCs w:val="26"/>
        </w:rPr>
        <w:t>ủ</w:t>
      </w:r>
      <w:r w:rsidRPr="005A4BC6">
        <w:rPr>
          <w:rFonts w:ascii="Times New Roman" w:hAnsi="Times New Roman" w:cs="Times New Roman"/>
          <w:sz w:val="26"/>
          <w:szCs w:val="26"/>
        </w:rPr>
        <w:t xml:space="preserve">a </w:t>
      </w:r>
      <w:r w:rsidRPr="005A4BC6">
        <w:rPr>
          <w:rFonts w:ascii="Times New Roman" w:hAnsi="Times New Roman" w:cs="Times New Roman"/>
          <w:sz w:val="26"/>
          <w:szCs w:val="26"/>
        </w:rPr>
        <w:t>Chính ph</w:t>
      </w:r>
      <w:r w:rsidRPr="005A4BC6">
        <w:rPr>
          <w:rFonts w:ascii="Times New Roman" w:hAnsi="Times New Roman" w:cs="Times New Roman"/>
          <w:sz w:val="26"/>
          <w:szCs w:val="26"/>
        </w:rPr>
        <w:t>ủ</w:t>
      </w:r>
      <w:r w:rsidRPr="005A4BC6">
        <w:rPr>
          <w:rFonts w:ascii="Times New Roman" w:hAnsi="Times New Roman" w:cs="Times New Roman"/>
          <w:sz w:val="26"/>
          <w:szCs w:val="26"/>
        </w:rPr>
        <w:t xml:space="preserve"> v</w:t>
      </w:r>
      <w:r w:rsidRPr="005A4BC6">
        <w:rPr>
          <w:rFonts w:ascii="Times New Roman" w:hAnsi="Times New Roman" w:cs="Times New Roman"/>
          <w:sz w:val="26"/>
          <w:szCs w:val="26"/>
        </w:rPr>
        <w:t>ề</w:t>
      </w:r>
      <w:r w:rsidRPr="005A4BC6">
        <w:rPr>
          <w:rFonts w:ascii="Times New Roman" w:hAnsi="Times New Roman" w:cs="Times New Roman"/>
          <w:sz w:val="26"/>
          <w:szCs w:val="26"/>
        </w:rPr>
        <w:t xml:space="preserve"> qu</w:t>
      </w:r>
      <w:r w:rsidRPr="005A4BC6">
        <w:rPr>
          <w:rFonts w:ascii="Times New Roman" w:hAnsi="Times New Roman" w:cs="Times New Roman"/>
          <w:sz w:val="26"/>
          <w:szCs w:val="26"/>
        </w:rPr>
        <w:t>ả</w:t>
      </w:r>
      <w:r w:rsidRPr="005A4BC6">
        <w:rPr>
          <w:rFonts w:ascii="Times New Roman" w:hAnsi="Times New Roman" w:cs="Times New Roman"/>
          <w:sz w:val="26"/>
          <w:szCs w:val="26"/>
        </w:rPr>
        <w:t>n lý d</w:t>
      </w:r>
      <w:r w:rsidRPr="005A4BC6">
        <w:rPr>
          <w:rFonts w:ascii="Times New Roman" w:hAnsi="Times New Roman" w:cs="Times New Roman"/>
          <w:sz w:val="26"/>
          <w:szCs w:val="26"/>
        </w:rPr>
        <w:t>ự</w:t>
      </w:r>
      <w:r w:rsidRPr="005A4BC6">
        <w:rPr>
          <w:rFonts w:ascii="Times New Roman" w:hAnsi="Times New Roman" w:cs="Times New Roman"/>
          <w:sz w:val="26"/>
          <w:szCs w:val="26"/>
        </w:rPr>
        <w:t xml:space="preserve"> án đ</w:t>
      </w:r>
      <w:r w:rsidRPr="005A4BC6">
        <w:rPr>
          <w:rFonts w:ascii="Times New Roman" w:hAnsi="Times New Roman" w:cs="Times New Roman"/>
          <w:sz w:val="26"/>
          <w:szCs w:val="26"/>
        </w:rPr>
        <w:t>ầ</w:t>
      </w:r>
      <w:r w:rsidRPr="005A4BC6">
        <w:rPr>
          <w:rFonts w:ascii="Times New Roman" w:hAnsi="Times New Roman" w:cs="Times New Roman"/>
          <w:sz w:val="26"/>
          <w:szCs w:val="26"/>
        </w:rPr>
        <w:t>u tư xây d</w:t>
      </w:r>
      <w:r w:rsidRPr="005A4BC6">
        <w:rPr>
          <w:rFonts w:ascii="Times New Roman" w:hAnsi="Times New Roman" w:cs="Times New Roman"/>
          <w:sz w:val="26"/>
          <w:szCs w:val="26"/>
        </w:rPr>
        <w:t>ự</w:t>
      </w:r>
      <w:r w:rsidRPr="005A4BC6">
        <w:rPr>
          <w:rFonts w:ascii="Times New Roman" w:hAnsi="Times New Roman" w:cs="Times New Roman"/>
          <w:sz w:val="26"/>
          <w:szCs w:val="26"/>
        </w:rPr>
        <w:t>ng;</w:t>
      </w:r>
    </w:p>
    <w:p w:rsidR="00A81299" w:rsidRPr="005A4BC6" w:rsidRDefault="005A4BC6">
      <w:pPr>
        <w:rPr>
          <w:rFonts w:ascii="Times New Roman" w:hAnsi="Times New Roman" w:cs="Times New Roman"/>
          <w:sz w:val="26"/>
          <w:szCs w:val="26"/>
        </w:rPr>
      </w:pPr>
      <w:r w:rsidRPr="005A4BC6">
        <w:rPr>
          <w:rFonts w:ascii="Times New Roman" w:hAnsi="Times New Roman" w:cs="Times New Roman"/>
          <w:sz w:val="26"/>
          <w:szCs w:val="26"/>
        </w:rPr>
        <w:t>- Nhu c</w:t>
      </w:r>
      <w:r w:rsidRPr="005A4BC6">
        <w:rPr>
          <w:rFonts w:ascii="Times New Roman" w:hAnsi="Times New Roman" w:cs="Times New Roman"/>
          <w:sz w:val="26"/>
          <w:szCs w:val="26"/>
        </w:rPr>
        <w:t>ầ</w:t>
      </w:r>
      <w:r w:rsidRPr="005A4BC6">
        <w:rPr>
          <w:rFonts w:ascii="Times New Roman" w:hAnsi="Times New Roman" w:cs="Times New Roman"/>
          <w:sz w:val="26"/>
          <w:szCs w:val="26"/>
        </w:rPr>
        <w:t>u và kh</w:t>
      </w:r>
      <w:r w:rsidRPr="005A4BC6">
        <w:rPr>
          <w:rFonts w:ascii="Times New Roman" w:hAnsi="Times New Roman" w:cs="Times New Roman"/>
          <w:sz w:val="26"/>
          <w:szCs w:val="26"/>
        </w:rPr>
        <w:t>ả</w:t>
      </w:r>
      <w:r w:rsidRPr="005A4BC6">
        <w:rPr>
          <w:rFonts w:ascii="Times New Roman" w:hAnsi="Times New Roman" w:cs="Times New Roman"/>
          <w:sz w:val="26"/>
          <w:szCs w:val="26"/>
        </w:rPr>
        <w:t xml:space="preserve"> năng c</w:t>
      </w:r>
      <w:r w:rsidRPr="005A4BC6">
        <w:rPr>
          <w:rFonts w:ascii="Times New Roman" w:hAnsi="Times New Roman" w:cs="Times New Roman"/>
          <w:sz w:val="26"/>
          <w:szCs w:val="26"/>
        </w:rPr>
        <w:t>ủ</w:t>
      </w:r>
      <w:r w:rsidRPr="005A4BC6">
        <w:rPr>
          <w:rFonts w:ascii="Times New Roman" w:hAnsi="Times New Roman" w:cs="Times New Roman"/>
          <w:sz w:val="26"/>
          <w:szCs w:val="26"/>
        </w:rPr>
        <w:t>a các bên.</w:t>
      </w:r>
      <w:r w:rsidRPr="005A4BC6">
        <w:rPr>
          <w:rFonts w:ascii="Times New Roman" w:hAnsi="Times New Roman" w:cs="Times New Roman"/>
          <w:sz w:val="26"/>
          <w:szCs w:val="26"/>
        </w:rPr>
        <w:br/>
      </w:r>
    </w:p>
    <w:p w:rsidR="00A81299" w:rsidRPr="005A4BC6" w:rsidRDefault="005A4BC6">
      <w:pPr>
        <w:pStyle w:val="Heading2"/>
        <w:rPr>
          <w:rFonts w:ascii="Times New Roman" w:hAnsi="Times New Roman" w:cs="Times New Roman"/>
          <w:color w:val="auto"/>
        </w:rPr>
      </w:pPr>
      <w:r w:rsidRPr="005A4BC6">
        <w:rPr>
          <w:rFonts w:ascii="Times New Roman" w:hAnsi="Times New Roman" w:cs="Times New Roman"/>
          <w:color w:val="auto"/>
        </w:rPr>
        <w:t>Hôm nay, ngày … tháng … năm … t</w:t>
      </w:r>
      <w:r w:rsidRPr="005A4BC6">
        <w:rPr>
          <w:rFonts w:ascii="Times New Roman" w:hAnsi="Times New Roman" w:cs="Times New Roman"/>
          <w:color w:val="auto"/>
        </w:rPr>
        <w:t>ạ</w:t>
      </w:r>
      <w:r w:rsidRPr="005A4BC6">
        <w:rPr>
          <w:rFonts w:ascii="Times New Roman" w:hAnsi="Times New Roman" w:cs="Times New Roman"/>
          <w:color w:val="auto"/>
        </w:rPr>
        <w:t>i …, chúng tôi g</w:t>
      </w:r>
      <w:r w:rsidRPr="005A4BC6">
        <w:rPr>
          <w:rFonts w:ascii="Times New Roman" w:hAnsi="Times New Roman" w:cs="Times New Roman"/>
          <w:color w:val="auto"/>
        </w:rPr>
        <w:t>ồ</w:t>
      </w:r>
      <w:r w:rsidRPr="005A4BC6">
        <w:rPr>
          <w:rFonts w:ascii="Times New Roman" w:hAnsi="Times New Roman" w:cs="Times New Roman"/>
          <w:color w:val="auto"/>
        </w:rPr>
        <w:t>m:</w:t>
      </w:r>
    </w:p>
    <w:p w:rsidR="00A81299" w:rsidRPr="005A4BC6" w:rsidRDefault="005A4BC6">
      <w:pPr>
        <w:rPr>
          <w:rFonts w:ascii="Times New Roman" w:hAnsi="Times New Roman" w:cs="Times New Roman"/>
          <w:sz w:val="26"/>
          <w:szCs w:val="26"/>
        </w:rPr>
      </w:pPr>
      <w:r w:rsidRPr="005A4BC6">
        <w:rPr>
          <w:rFonts w:ascii="Times New Roman" w:hAnsi="Times New Roman" w:cs="Times New Roman"/>
          <w:sz w:val="26"/>
          <w:szCs w:val="26"/>
        </w:rPr>
        <w:t>BÊN A: CH</w:t>
      </w:r>
      <w:r w:rsidRPr="005A4BC6">
        <w:rPr>
          <w:rFonts w:ascii="Times New Roman" w:hAnsi="Times New Roman" w:cs="Times New Roman"/>
          <w:sz w:val="26"/>
          <w:szCs w:val="26"/>
        </w:rPr>
        <w:t>Ủ</w:t>
      </w:r>
      <w:r w:rsidRPr="005A4BC6">
        <w:rPr>
          <w:rFonts w:ascii="Times New Roman" w:hAnsi="Times New Roman" w:cs="Times New Roman"/>
          <w:sz w:val="26"/>
          <w:szCs w:val="26"/>
        </w:rPr>
        <w:t xml:space="preserve"> Đ</w:t>
      </w:r>
      <w:r w:rsidRPr="005A4BC6">
        <w:rPr>
          <w:rFonts w:ascii="Times New Roman" w:hAnsi="Times New Roman" w:cs="Times New Roman"/>
          <w:sz w:val="26"/>
          <w:szCs w:val="26"/>
        </w:rPr>
        <w:t>Ầ</w:t>
      </w:r>
      <w:r w:rsidRPr="005A4BC6">
        <w:rPr>
          <w:rFonts w:ascii="Times New Roman" w:hAnsi="Times New Roman" w:cs="Times New Roman"/>
          <w:sz w:val="26"/>
          <w:szCs w:val="26"/>
        </w:rPr>
        <w:t>U TƯ (BÊN GIAO VI</w:t>
      </w:r>
      <w:r w:rsidRPr="005A4BC6">
        <w:rPr>
          <w:rFonts w:ascii="Times New Roman" w:hAnsi="Times New Roman" w:cs="Times New Roman"/>
          <w:sz w:val="26"/>
          <w:szCs w:val="26"/>
        </w:rPr>
        <w:t>Ệ</w:t>
      </w:r>
      <w:r w:rsidRPr="005A4BC6">
        <w:rPr>
          <w:rFonts w:ascii="Times New Roman" w:hAnsi="Times New Roman" w:cs="Times New Roman"/>
          <w:sz w:val="26"/>
          <w:szCs w:val="26"/>
        </w:rPr>
        <w:t>C)</w:t>
      </w:r>
      <w:r w:rsidRPr="005A4BC6">
        <w:rPr>
          <w:rFonts w:ascii="Times New Roman" w:hAnsi="Times New Roman" w:cs="Times New Roman"/>
          <w:sz w:val="26"/>
          <w:szCs w:val="26"/>
        </w:rPr>
        <w:br/>
        <w:t>- Tên đơn v</w:t>
      </w:r>
      <w:r w:rsidRPr="005A4BC6">
        <w:rPr>
          <w:rFonts w:ascii="Times New Roman" w:hAnsi="Times New Roman" w:cs="Times New Roman"/>
          <w:sz w:val="26"/>
          <w:szCs w:val="26"/>
        </w:rPr>
        <w:t>ị</w:t>
      </w:r>
      <w:r w:rsidRPr="005A4BC6">
        <w:rPr>
          <w:rFonts w:ascii="Times New Roman" w:hAnsi="Times New Roman" w:cs="Times New Roman"/>
          <w:sz w:val="26"/>
          <w:szCs w:val="26"/>
        </w:rPr>
        <w:t>: ......................................................</w:t>
      </w:r>
      <w:r w:rsidRPr="005A4BC6">
        <w:rPr>
          <w:rFonts w:ascii="Times New Roman" w:hAnsi="Times New Roman" w:cs="Times New Roman"/>
          <w:sz w:val="26"/>
          <w:szCs w:val="26"/>
        </w:rPr>
        <w:br/>
        <w:t>- Đ</w:t>
      </w:r>
      <w:r w:rsidRPr="005A4BC6">
        <w:rPr>
          <w:rFonts w:ascii="Times New Roman" w:hAnsi="Times New Roman" w:cs="Times New Roman"/>
          <w:sz w:val="26"/>
          <w:szCs w:val="26"/>
        </w:rPr>
        <w:t>ạ</w:t>
      </w:r>
      <w:r w:rsidRPr="005A4BC6">
        <w:rPr>
          <w:rFonts w:ascii="Times New Roman" w:hAnsi="Times New Roman" w:cs="Times New Roman"/>
          <w:sz w:val="26"/>
          <w:szCs w:val="26"/>
        </w:rPr>
        <w:t>i di</w:t>
      </w:r>
      <w:r w:rsidRPr="005A4BC6">
        <w:rPr>
          <w:rFonts w:ascii="Times New Roman" w:hAnsi="Times New Roman" w:cs="Times New Roman"/>
          <w:sz w:val="26"/>
          <w:szCs w:val="26"/>
        </w:rPr>
        <w:t>ệ</w:t>
      </w:r>
      <w:r w:rsidRPr="005A4BC6">
        <w:rPr>
          <w:rFonts w:ascii="Times New Roman" w:hAnsi="Times New Roman" w:cs="Times New Roman"/>
          <w:sz w:val="26"/>
          <w:szCs w:val="26"/>
        </w:rPr>
        <w:t>n: .........</w:t>
      </w:r>
      <w:r w:rsidRPr="005A4BC6">
        <w:rPr>
          <w:rFonts w:ascii="Times New Roman" w:hAnsi="Times New Roman" w:cs="Times New Roman"/>
          <w:sz w:val="26"/>
          <w:szCs w:val="26"/>
        </w:rPr>
        <w:t>..................................................</w:t>
      </w:r>
      <w:r w:rsidRPr="005A4BC6">
        <w:rPr>
          <w:rFonts w:ascii="Times New Roman" w:hAnsi="Times New Roman" w:cs="Times New Roman"/>
          <w:sz w:val="26"/>
          <w:szCs w:val="26"/>
        </w:rPr>
        <w:br/>
        <w:t>- Ch</w:t>
      </w:r>
      <w:r w:rsidRPr="005A4BC6">
        <w:rPr>
          <w:rFonts w:ascii="Times New Roman" w:hAnsi="Times New Roman" w:cs="Times New Roman"/>
          <w:sz w:val="26"/>
          <w:szCs w:val="26"/>
        </w:rPr>
        <w:t>ứ</w:t>
      </w:r>
      <w:r w:rsidRPr="005A4BC6">
        <w:rPr>
          <w:rFonts w:ascii="Times New Roman" w:hAnsi="Times New Roman" w:cs="Times New Roman"/>
          <w:sz w:val="26"/>
          <w:szCs w:val="26"/>
        </w:rPr>
        <w:t>c v</w:t>
      </w:r>
      <w:r w:rsidRPr="005A4BC6">
        <w:rPr>
          <w:rFonts w:ascii="Times New Roman" w:hAnsi="Times New Roman" w:cs="Times New Roman"/>
          <w:sz w:val="26"/>
          <w:szCs w:val="26"/>
        </w:rPr>
        <w:t>ụ</w:t>
      </w:r>
      <w:r w:rsidRPr="005A4BC6">
        <w:rPr>
          <w:rFonts w:ascii="Times New Roman" w:hAnsi="Times New Roman" w:cs="Times New Roman"/>
          <w:sz w:val="26"/>
          <w:szCs w:val="26"/>
        </w:rPr>
        <w:t>: ...........................................................</w:t>
      </w:r>
      <w:r w:rsidRPr="005A4BC6">
        <w:rPr>
          <w:rFonts w:ascii="Times New Roman" w:hAnsi="Times New Roman" w:cs="Times New Roman"/>
          <w:sz w:val="26"/>
          <w:szCs w:val="26"/>
        </w:rPr>
        <w:br/>
        <w:t>- Đ</w:t>
      </w:r>
      <w:r w:rsidRPr="005A4BC6">
        <w:rPr>
          <w:rFonts w:ascii="Times New Roman" w:hAnsi="Times New Roman" w:cs="Times New Roman"/>
          <w:sz w:val="26"/>
          <w:szCs w:val="26"/>
        </w:rPr>
        <w:t>ị</w:t>
      </w:r>
      <w:r w:rsidRPr="005A4BC6">
        <w:rPr>
          <w:rFonts w:ascii="Times New Roman" w:hAnsi="Times New Roman" w:cs="Times New Roman"/>
          <w:sz w:val="26"/>
          <w:szCs w:val="26"/>
        </w:rPr>
        <w:t>a ch</w:t>
      </w:r>
      <w:r w:rsidRPr="005A4BC6">
        <w:rPr>
          <w:rFonts w:ascii="Times New Roman" w:hAnsi="Times New Roman" w:cs="Times New Roman"/>
          <w:sz w:val="26"/>
          <w:szCs w:val="26"/>
        </w:rPr>
        <w:t>ỉ</w:t>
      </w:r>
      <w:r w:rsidRPr="005A4BC6">
        <w:rPr>
          <w:rFonts w:ascii="Times New Roman" w:hAnsi="Times New Roman" w:cs="Times New Roman"/>
          <w:sz w:val="26"/>
          <w:szCs w:val="26"/>
        </w:rPr>
        <w:t>: ...........................................................</w:t>
      </w:r>
      <w:r w:rsidRPr="005A4BC6">
        <w:rPr>
          <w:rFonts w:ascii="Times New Roman" w:hAnsi="Times New Roman" w:cs="Times New Roman"/>
          <w:sz w:val="26"/>
          <w:szCs w:val="26"/>
        </w:rPr>
        <w:br/>
        <w:t>- Mã s</w:t>
      </w:r>
      <w:r w:rsidRPr="005A4BC6">
        <w:rPr>
          <w:rFonts w:ascii="Times New Roman" w:hAnsi="Times New Roman" w:cs="Times New Roman"/>
          <w:sz w:val="26"/>
          <w:szCs w:val="26"/>
        </w:rPr>
        <w:t>ố</w:t>
      </w:r>
      <w:r w:rsidRPr="005A4BC6">
        <w:rPr>
          <w:rFonts w:ascii="Times New Roman" w:hAnsi="Times New Roman" w:cs="Times New Roman"/>
          <w:sz w:val="26"/>
          <w:szCs w:val="26"/>
        </w:rPr>
        <w:t xml:space="preserve"> thu</w:t>
      </w:r>
      <w:r w:rsidRPr="005A4BC6">
        <w:rPr>
          <w:rFonts w:ascii="Times New Roman" w:hAnsi="Times New Roman" w:cs="Times New Roman"/>
          <w:sz w:val="26"/>
          <w:szCs w:val="26"/>
        </w:rPr>
        <w:t>ế</w:t>
      </w:r>
      <w:r w:rsidRPr="005A4BC6">
        <w:rPr>
          <w:rFonts w:ascii="Times New Roman" w:hAnsi="Times New Roman" w:cs="Times New Roman"/>
          <w:sz w:val="26"/>
          <w:szCs w:val="26"/>
        </w:rPr>
        <w:t>: .................................................</w:t>
      </w:r>
      <w:r w:rsidRPr="005A4BC6">
        <w:rPr>
          <w:rFonts w:ascii="Times New Roman" w:hAnsi="Times New Roman" w:cs="Times New Roman"/>
          <w:sz w:val="26"/>
          <w:szCs w:val="26"/>
        </w:rPr>
        <w:t>....</w:t>
      </w:r>
      <w:r w:rsidRPr="005A4BC6">
        <w:rPr>
          <w:rFonts w:ascii="Times New Roman" w:hAnsi="Times New Roman" w:cs="Times New Roman"/>
          <w:sz w:val="26"/>
          <w:szCs w:val="26"/>
        </w:rPr>
        <w:br/>
        <w:t>- S</w:t>
      </w:r>
      <w:r w:rsidRPr="005A4BC6">
        <w:rPr>
          <w:rFonts w:ascii="Times New Roman" w:hAnsi="Times New Roman" w:cs="Times New Roman"/>
          <w:sz w:val="26"/>
          <w:szCs w:val="26"/>
        </w:rPr>
        <w:t>ố</w:t>
      </w:r>
      <w:r w:rsidRPr="005A4BC6">
        <w:rPr>
          <w:rFonts w:ascii="Times New Roman" w:hAnsi="Times New Roman" w:cs="Times New Roman"/>
          <w:sz w:val="26"/>
          <w:szCs w:val="26"/>
        </w:rPr>
        <w:t xml:space="preserve"> đi</w:t>
      </w:r>
      <w:r w:rsidRPr="005A4BC6">
        <w:rPr>
          <w:rFonts w:ascii="Times New Roman" w:hAnsi="Times New Roman" w:cs="Times New Roman"/>
          <w:sz w:val="26"/>
          <w:szCs w:val="26"/>
        </w:rPr>
        <w:t>ệ</w:t>
      </w:r>
      <w:r w:rsidRPr="005A4BC6">
        <w:rPr>
          <w:rFonts w:ascii="Times New Roman" w:hAnsi="Times New Roman" w:cs="Times New Roman"/>
          <w:sz w:val="26"/>
          <w:szCs w:val="26"/>
        </w:rPr>
        <w:t>n tho</w:t>
      </w:r>
      <w:r w:rsidRPr="005A4BC6">
        <w:rPr>
          <w:rFonts w:ascii="Times New Roman" w:hAnsi="Times New Roman" w:cs="Times New Roman"/>
          <w:sz w:val="26"/>
          <w:szCs w:val="26"/>
        </w:rPr>
        <w:t>ạ</w:t>
      </w:r>
      <w:r w:rsidRPr="005A4BC6">
        <w:rPr>
          <w:rFonts w:ascii="Times New Roman" w:hAnsi="Times New Roman" w:cs="Times New Roman"/>
          <w:sz w:val="26"/>
          <w:szCs w:val="26"/>
        </w:rPr>
        <w:t>i: ..................................................</w:t>
      </w:r>
      <w:r w:rsidRPr="005A4BC6">
        <w:rPr>
          <w:rFonts w:ascii="Times New Roman" w:hAnsi="Times New Roman" w:cs="Times New Roman"/>
          <w:sz w:val="26"/>
          <w:szCs w:val="26"/>
        </w:rPr>
        <w:br/>
      </w:r>
    </w:p>
    <w:p w:rsidR="00A81299" w:rsidRPr="005A4BC6" w:rsidRDefault="005A4BC6">
      <w:pPr>
        <w:rPr>
          <w:rFonts w:ascii="Times New Roman" w:hAnsi="Times New Roman" w:cs="Times New Roman"/>
          <w:sz w:val="26"/>
          <w:szCs w:val="26"/>
        </w:rPr>
      </w:pPr>
      <w:r w:rsidRPr="005A4BC6">
        <w:rPr>
          <w:rFonts w:ascii="Times New Roman" w:hAnsi="Times New Roman" w:cs="Times New Roman"/>
          <w:sz w:val="26"/>
          <w:szCs w:val="26"/>
        </w:rPr>
        <w:t>BÊN B: ĐƠN V</w:t>
      </w:r>
      <w:r w:rsidRPr="005A4BC6">
        <w:rPr>
          <w:rFonts w:ascii="Times New Roman" w:hAnsi="Times New Roman" w:cs="Times New Roman"/>
          <w:sz w:val="26"/>
          <w:szCs w:val="26"/>
        </w:rPr>
        <w:t>Ị</w:t>
      </w:r>
      <w:r w:rsidRPr="005A4BC6">
        <w:rPr>
          <w:rFonts w:ascii="Times New Roman" w:hAnsi="Times New Roman" w:cs="Times New Roman"/>
          <w:sz w:val="26"/>
          <w:szCs w:val="26"/>
        </w:rPr>
        <w:t xml:space="preserve"> TƯ V</w:t>
      </w:r>
      <w:r w:rsidRPr="005A4BC6">
        <w:rPr>
          <w:rFonts w:ascii="Times New Roman" w:hAnsi="Times New Roman" w:cs="Times New Roman"/>
          <w:sz w:val="26"/>
          <w:szCs w:val="26"/>
        </w:rPr>
        <w:t>Ấ</w:t>
      </w:r>
      <w:r w:rsidRPr="005A4BC6">
        <w:rPr>
          <w:rFonts w:ascii="Times New Roman" w:hAnsi="Times New Roman" w:cs="Times New Roman"/>
          <w:sz w:val="26"/>
          <w:szCs w:val="26"/>
        </w:rPr>
        <w:t>N KH</w:t>
      </w:r>
      <w:r w:rsidRPr="005A4BC6">
        <w:rPr>
          <w:rFonts w:ascii="Times New Roman" w:hAnsi="Times New Roman" w:cs="Times New Roman"/>
          <w:sz w:val="26"/>
          <w:szCs w:val="26"/>
        </w:rPr>
        <w:t>Ả</w:t>
      </w:r>
      <w:r w:rsidRPr="005A4BC6">
        <w:rPr>
          <w:rFonts w:ascii="Times New Roman" w:hAnsi="Times New Roman" w:cs="Times New Roman"/>
          <w:sz w:val="26"/>
          <w:szCs w:val="26"/>
        </w:rPr>
        <w:t>O SÁT – THI</w:t>
      </w:r>
      <w:r w:rsidRPr="005A4BC6">
        <w:rPr>
          <w:rFonts w:ascii="Times New Roman" w:hAnsi="Times New Roman" w:cs="Times New Roman"/>
          <w:sz w:val="26"/>
          <w:szCs w:val="26"/>
        </w:rPr>
        <w:t>Ế</w:t>
      </w:r>
      <w:r w:rsidRPr="005A4BC6">
        <w:rPr>
          <w:rFonts w:ascii="Times New Roman" w:hAnsi="Times New Roman" w:cs="Times New Roman"/>
          <w:sz w:val="26"/>
          <w:szCs w:val="26"/>
        </w:rPr>
        <w:t>T K</w:t>
      </w:r>
      <w:r w:rsidRPr="005A4BC6">
        <w:rPr>
          <w:rFonts w:ascii="Times New Roman" w:hAnsi="Times New Roman" w:cs="Times New Roman"/>
          <w:sz w:val="26"/>
          <w:szCs w:val="26"/>
        </w:rPr>
        <w:t>Ế</w:t>
      </w:r>
      <w:r w:rsidRPr="005A4BC6">
        <w:rPr>
          <w:rFonts w:ascii="Times New Roman" w:hAnsi="Times New Roman" w:cs="Times New Roman"/>
          <w:sz w:val="26"/>
          <w:szCs w:val="26"/>
        </w:rPr>
        <w:br/>
        <w:t>- Tên đơn v</w:t>
      </w:r>
      <w:r w:rsidRPr="005A4BC6">
        <w:rPr>
          <w:rFonts w:ascii="Times New Roman" w:hAnsi="Times New Roman" w:cs="Times New Roman"/>
          <w:sz w:val="26"/>
          <w:szCs w:val="26"/>
        </w:rPr>
        <w:t>ị</w:t>
      </w:r>
      <w:r w:rsidRPr="005A4BC6">
        <w:rPr>
          <w:rFonts w:ascii="Times New Roman" w:hAnsi="Times New Roman" w:cs="Times New Roman"/>
          <w:sz w:val="26"/>
          <w:szCs w:val="26"/>
        </w:rPr>
        <w:t>: ......................................................</w:t>
      </w:r>
      <w:r w:rsidRPr="005A4BC6">
        <w:rPr>
          <w:rFonts w:ascii="Times New Roman" w:hAnsi="Times New Roman" w:cs="Times New Roman"/>
          <w:sz w:val="26"/>
          <w:szCs w:val="26"/>
        </w:rPr>
        <w:br/>
        <w:t>- Đ</w:t>
      </w:r>
      <w:r w:rsidRPr="005A4BC6">
        <w:rPr>
          <w:rFonts w:ascii="Times New Roman" w:hAnsi="Times New Roman" w:cs="Times New Roman"/>
          <w:sz w:val="26"/>
          <w:szCs w:val="26"/>
        </w:rPr>
        <w:t>ạ</w:t>
      </w:r>
      <w:r w:rsidRPr="005A4BC6">
        <w:rPr>
          <w:rFonts w:ascii="Times New Roman" w:hAnsi="Times New Roman" w:cs="Times New Roman"/>
          <w:sz w:val="26"/>
          <w:szCs w:val="26"/>
        </w:rPr>
        <w:t>i di</w:t>
      </w:r>
      <w:r w:rsidRPr="005A4BC6">
        <w:rPr>
          <w:rFonts w:ascii="Times New Roman" w:hAnsi="Times New Roman" w:cs="Times New Roman"/>
          <w:sz w:val="26"/>
          <w:szCs w:val="26"/>
        </w:rPr>
        <w:t>ệ</w:t>
      </w:r>
      <w:r w:rsidRPr="005A4BC6">
        <w:rPr>
          <w:rFonts w:ascii="Times New Roman" w:hAnsi="Times New Roman" w:cs="Times New Roman"/>
          <w:sz w:val="26"/>
          <w:szCs w:val="26"/>
        </w:rPr>
        <w:t>n: ...........................................................</w:t>
      </w:r>
      <w:r w:rsidRPr="005A4BC6">
        <w:rPr>
          <w:rFonts w:ascii="Times New Roman" w:hAnsi="Times New Roman" w:cs="Times New Roman"/>
          <w:sz w:val="26"/>
          <w:szCs w:val="26"/>
        </w:rPr>
        <w:br/>
      </w:r>
      <w:r w:rsidRPr="005A4BC6">
        <w:rPr>
          <w:rFonts w:ascii="Times New Roman" w:hAnsi="Times New Roman" w:cs="Times New Roman"/>
          <w:sz w:val="26"/>
          <w:szCs w:val="26"/>
        </w:rPr>
        <w:t>- Ch</w:t>
      </w:r>
      <w:r w:rsidRPr="005A4BC6">
        <w:rPr>
          <w:rFonts w:ascii="Times New Roman" w:hAnsi="Times New Roman" w:cs="Times New Roman"/>
          <w:sz w:val="26"/>
          <w:szCs w:val="26"/>
        </w:rPr>
        <w:t>ứ</w:t>
      </w:r>
      <w:r w:rsidRPr="005A4BC6">
        <w:rPr>
          <w:rFonts w:ascii="Times New Roman" w:hAnsi="Times New Roman" w:cs="Times New Roman"/>
          <w:sz w:val="26"/>
          <w:szCs w:val="26"/>
        </w:rPr>
        <w:t>c v</w:t>
      </w:r>
      <w:r w:rsidRPr="005A4BC6">
        <w:rPr>
          <w:rFonts w:ascii="Times New Roman" w:hAnsi="Times New Roman" w:cs="Times New Roman"/>
          <w:sz w:val="26"/>
          <w:szCs w:val="26"/>
        </w:rPr>
        <w:t>ụ</w:t>
      </w:r>
      <w:r w:rsidRPr="005A4BC6">
        <w:rPr>
          <w:rFonts w:ascii="Times New Roman" w:hAnsi="Times New Roman" w:cs="Times New Roman"/>
          <w:sz w:val="26"/>
          <w:szCs w:val="26"/>
        </w:rPr>
        <w:t>: ...........................................................</w:t>
      </w:r>
      <w:r w:rsidRPr="005A4BC6">
        <w:rPr>
          <w:rFonts w:ascii="Times New Roman" w:hAnsi="Times New Roman" w:cs="Times New Roman"/>
          <w:sz w:val="26"/>
          <w:szCs w:val="26"/>
        </w:rPr>
        <w:br/>
        <w:t>- Đ</w:t>
      </w:r>
      <w:r w:rsidRPr="005A4BC6">
        <w:rPr>
          <w:rFonts w:ascii="Times New Roman" w:hAnsi="Times New Roman" w:cs="Times New Roman"/>
          <w:sz w:val="26"/>
          <w:szCs w:val="26"/>
        </w:rPr>
        <w:t>ị</w:t>
      </w:r>
      <w:r w:rsidRPr="005A4BC6">
        <w:rPr>
          <w:rFonts w:ascii="Times New Roman" w:hAnsi="Times New Roman" w:cs="Times New Roman"/>
          <w:sz w:val="26"/>
          <w:szCs w:val="26"/>
        </w:rPr>
        <w:t>a ch</w:t>
      </w:r>
      <w:r w:rsidRPr="005A4BC6">
        <w:rPr>
          <w:rFonts w:ascii="Times New Roman" w:hAnsi="Times New Roman" w:cs="Times New Roman"/>
          <w:sz w:val="26"/>
          <w:szCs w:val="26"/>
        </w:rPr>
        <w:t>ỉ</w:t>
      </w:r>
      <w:r w:rsidRPr="005A4BC6">
        <w:rPr>
          <w:rFonts w:ascii="Times New Roman" w:hAnsi="Times New Roman" w:cs="Times New Roman"/>
          <w:sz w:val="26"/>
          <w:szCs w:val="26"/>
        </w:rPr>
        <w:t>: ...........................................................</w:t>
      </w:r>
      <w:r w:rsidRPr="005A4BC6">
        <w:rPr>
          <w:rFonts w:ascii="Times New Roman" w:hAnsi="Times New Roman" w:cs="Times New Roman"/>
          <w:sz w:val="26"/>
          <w:szCs w:val="26"/>
        </w:rPr>
        <w:br/>
        <w:t>- Mã s</w:t>
      </w:r>
      <w:r w:rsidRPr="005A4BC6">
        <w:rPr>
          <w:rFonts w:ascii="Times New Roman" w:hAnsi="Times New Roman" w:cs="Times New Roman"/>
          <w:sz w:val="26"/>
          <w:szCs w:val="26"/>
        </w:rPr>
        <w:t>ố</w:t>
      </w:r>
      <w:r w:rsidRPr="005A4BC6">
        <w:rPr>
          <w:rFonts w:ascii="Times New Roman" w:hAnsi="Times New Roman" w:cs="Times New Roman"/>
          <w:sz w:val="26"/>
          <w:szCs w:val="26"/>
        </w:rPr>
        <w:t xml:space="preserve"> thu</w:t>
      </w:r>
      <w:r w:rsidRPr="005A4BC6">
        <w:rPr>
          <w:rFonts w:ascii="Times New Roman" w:hAnsi="Times New Roman" w:cs="Times New Roman"/>
          <w:sz w:val="26"/>
          <w:szCs w:val="26"/>
        </w:rPr>
        <w:t>ế</w:t>
      </w:r>
      <w:r w:rsidRPr="005A4BC6">
        <w:rPr>
          <w:rFonts w:ascii="Times New Roman" w:hAnsi="Times New Roman" w:cs="Times New Roman"/>
          <w:sz w:val="26"/>
          <w:szCs w:val="26"/>
        </w:rPr>
        <w:t>: .....................................................</w:t>
      </w:r>
      <w:r w:rsidRPr="005A4BC6">
        <w:rPr>
          <w:rFonts w:ascii="Times New Roman" w:hAnsi="Times New Roman" w:cs="Times New Roman"/>
          <w:sz w:val="26"/>
          <w:szCs w:val="26"/>
        </w:rPr>
        <w:br/>
        <w:t>- S</w:t>
      </w:r>
      <w:r w:rsidRPr="005A4BC6">
        <w:rPr>
          <w:rFonts w:ascii="Times New Roman" w:hAnsi="Times New Roman" w:cs="Times New Roman"/>
          <w:sz w:val="26"/>
          <w:szCs w:val="26"/>
        </w:rPr>
        <w:t>ố</w:t>
      </w:r>
      <w:r w:rsidRPr="005A4BC6">
        <w:rPr>
          <w:rFonts w:ascii="Times New Roman" w:hAnsi="Times New Roman" w:cs="Times New Roman"/>
          <w:sz w:val="26"/>
          <w:szCs w:val="26"/>
        </w:rPr>
        <w:t xml:space="preserve"> đi</w:t>
      </w:r>
      <w:r w:rsidRPr="005A4BC6">
        <w:rPr>
          <w:rFonts w:ascii="Times New Roman" w:hAnsi="Times New Roman" w:cs="Times New Roman"/>
          <w:sz w:val="26"/>
          <w:szCs w:val="26"/>
        </w:rPr>
        <w:t>ệ</w:t>
      </w:r>
      <w:r w:rsidRPr="005A4BC6">
        <w:rPr>
          <w:rFonts w:ascii="Times New Roman" w:hAnsi="Times New Roman" w:cs="Times New Roman"/>
          <w:sz w:val="26"/>
          <w:szCs w:val="26"/>
        </w:rPr>
        <w:t>n tho</w:t>
      </w:r>
      <w:r w:rsidRPr="005A4BC6">
        <w:rPr>
          <w:rFonts w:ascii="Times New Roman" w:hAnsi="Times New Roman" w:cs="Times New Roman"/>
          <w:sz w:val="26"/>
          <w:szCs w:val="26"/>
        </w:rPr>
        <w:t>ạ</w:t>
      </w:r>
      <w:r w:rsidRPr="005A4BC6">
        <w:rPr>
          <w:rFonts w:ascii="Times New Roman" w:hAnsi="Times New Roman" w:cs="Times New Roman"/>
          <w:sz w:val="26"/>
          <w:szCs w:val="26"/>
        </w:rPr>
        <w:t>i: .............................</w:t>
      </w:r>
      <w:r w:rsidRPr="005A4BC6">
        <w:rPr>
          <w:rFonts w:ascii="Times New Roman" w:hAnsi="Times New Roman" w:cs="Times New Roman"/>
          <w:sz w:val="26"/>
          <w:szCs w:val="26"/>
        </w:rPr>
        <w:t>.....................</w:t>
      </w:r>
      <w:r w:rsidRPr="005A4BC6">
        <w:rPr>
          <w:rFonts w:ascii="Times New Roman" w:hAnsi="Times New Roman" w:cs="Times New Roman"/>
          <w:sz w:val="26"/>
          <w:szCs w:val="26"/>
        </w:rPr>
        <w:br/>
      </w:r>
    </w:p>
    <w:p w:rsidR="00A81299" w:rsidRPr="005A4BC6" w:rsidRDefault="005A4BC6">
      <w:pPr>
        <w:pStyle w:val="Heading2"/>
        <w:rPr>
          <w:rFonts w:ascii="Times New Roman" w:hAnsi="Times New Roman" w:cs="Times New Roman"/>
          <w:color w:val="auto"/>
        </w:rPr>
      </w:pPr>
      <w:r w:rsidRPr="005A4BC6">
        <w:rPr>
          <w:rFonts w:ascii="Times New Roman" w:hAnsi="Times New Roman" w:cs="Times New Roman"/>
          <w:color w:val="auto"/>
        </w:rPr>
        <w:lastRenderedPageBreak/>
        <w:t>Đi</w:t>
      </w:r>
      <w:r w:rsidRPr="005A4BC6">
        <w:rPr>
          <w:rFonts w:ascii="Times New Roman" w:hAnsi="Times New Roman" w:cs="Times New Roman"/>
          <w:color w:val="auto"/>
        </w:rPr>
        <w:t>ề</w:t>
      </w:r>
      <w:r w:rsidRPr="005A4BC6">
        <w:rPr>
          <w:rFonts w:ascii="Times New Roman" w:hAnsi="Times New Roman" w:cs="Times New Roman"/>
          <w:color w:val="auto"/>
        </w:rPr>
        <w:t>u 1. M</w:t>
      </w:r>
      <w:r w:rsidRPr="005A4BC6">
        <w:rPr>
          <w:rFonts w:ascii="Times New Roman" w:hAnsi="Times New Roman" w:cs="Times New Roman"/>
          <w:color w:val="auto"/>
        </w:rPr>
        <w:t>ụ</w:t>
      </w:r>
      <w:r w:rsidRPr="005A4BC6">
        <w:rPr>
          <w:rFonts w:ascii="Times New Roman" w:hAnsi="Times New Roman" w:cs="Times New Roman"/>
          <w:color w:val="auto"/>
        </w:rPr>
        <w:t>c đích h</w:t>
      </w:r>
      <w:r w:rsidRPr="005A4BC6">
        <w:rPr>
          <w:rFonts w:ascii="Times New Roman" w:hAnsi="Times New Roman" w:cs="Times New Roman"/>
          <w:color w:val="auto"/>
        </w:rPr>
        <w:t>ợ</w:t>
      </w:r>
      <w:r w:rsidRPr="005A4BC6">
        <w:rPr>
          <w:rFonts w:ascii="Times New Roman" w:hAnsi="Times New Roman" w:cs="Times New Roman"/>
          <w:color w:val="auto"/>
        </w:rPr>
        <w:t>p đ</w:t>
      </w:r>
      <w:r w:rsidRPr="005A4BC6">
        <w:rPr>
          <w:rFonts w:ascii="Times New Roman" w:hAnsi="Times New Roman" w:cs="Times New Roman"/>
          <w:color w:val="auto"/>
        </w:rPr>
        <w:t>ồ</w:t>
      </w:r>
      <w:r w:rsidRPr="005A4BC6">
        <w:rPr>
          <w:rFonts w:ascii="Times New Roman" w:hAnsi="Times New Roman" w:cs="Times New Roman"/>
          <w:color w:val="auto"/>
        </w:rPr>
        <w:t>ng</w:t>
      </w:r>
    </w:p>
    <w:p w:rsidR="00A81299" w:rsidRPr="005A4BC6" w:rsidRDefault="005A4BC6">
      <w:pPr>
        <w:rPr>
          <w:rFonts w:ascii="Times New Roman" w:hAnsi="Times New Roman" w:cs="Times New Roman"/>
          <w:sz w:val="26"/>
          <w:szCs w:val="26"/>
        </w:rPr>
      </w:pPr>
      <w:r w:rsidRPr="005A4BC6">
        <w:rPr>
          <w:rFonts w:ascii="Times New Roman" w:hAnsi="Times New Roman" w:cs="Times New Roman"/>
          <w:sz w:val="26"/>
          <w:szCs w:val="26"/>
        </w:rPr>
        <w:t>Hai bên th</w:t>
      </w:r>
      <w:r w:rsidRPr="005A4BC6">
        <w:rPr>
          <w:rFonts w:ascii="Times New Roman" w:hAnsi="Times New Roman" w:cs="Times New Roman"/>
          <w:sz w:val="26"/>
          <w:szCs w:val="26"/>
        </w:rPr>
        <w:t>ố</w:t>
      </w:r>
      <w:r w:rsidRPr="005A4BC6">
        <w:rPr>
          <w:rFonts w:ascii="Times New Roman" w:hAnsi="Times New Roman" w:cs="Times New Roman"/>
          <w:sz w:val="26"/>
          <w:szCs w:val="26"/>
        </w:rPr>
        <w:t>ng nh</w:t>
      </w:r>
      <w:r w:rsidRPr="005A4BC6">
        <w:rPr>
          <w:rFonts w:ascii="Times New Roman" w:hAnsi="Times New Roman" w:cs="Times New Roman"/>
          <w:sz w:val="26"/>
          <w:szCs w:val="26"/>
        </w:rPr>
        <w:t>ấ</w:t>
      </w:r>
      <w:r w:rsidRPr="005A4BC6">
        <w:rPr>
          <w:rFonts w:ascii="Times New Roman" w:hAnsi="Times New Roman" w:cs="Times New Roman"/>
          <w:sz w:val="26"/>
          <w:szCs w:val="26"/>
        </w:rPr>
        <w:t>t ký k</w:t>
      </w:r>
      <w:r w:rsidRPr="005A4BC6">
        <w:rPr>
          <w:rFonts w:ascii="Times New Roman" w:hAnsi="Times New Roman" w:cs="Times New Roman"/>
          <w:sz w:val="26"/>
          <w:szCs w:val="26"/>
        </w:rPr>
        <w:t>ế</w:t>
      </w:r>
      <w:r w:rsidRPr="005A4BC6">
        <w:rPr>
          <w:rFonts w:ascii="Times New Roman" w:hAnsi="Times New Roman" w:cs="Times New Roman"/>
          <w:sz w:val="26"/>
          <w:szCs w:val="26"/>
        </w:rPr>
        <w:t>t H</w:t>
      </w:r>
      <w:r w:rsidRPr="005A4BC6">
        <w:rPr>
          <w:rFonts w:ascii="Times New Roman" w:hAnsi="Times New Roman" w:cs="Times New Roman"/>
          <w:sz w:val="26"/>
          <w:szCs w:val="26"/>
        </w:rPr>
        <w:t>ợ</w:t>
      </w:r>
      <w:r w:rsidRPr="005A4BC6">
        <w:rPr>
          <w:rFonts w:ascii="Times New Roman" w:hAnsi="Times New Roman" w:cs="Times New Roman"/>
          <w:sz w:val="26"/>
          <w:szCs w:val="26"/>
        </w:rPr>
        <w:t>p đ</w:t>
      </w:r>
      <w:r w:rsidRPr="005A4BC6">
        <w:rPr>
          <w:rFonts w:ascii="Times New Roman" w:hAnsi="Times New Roman" w:cs="Times New Roman"/>
          <w:sz w:val="26"/>
          <w:szCs w:val="26"/>
        </w:rPr>
        <w:t>ồ</w:t>
      </w:r>
      <w:r w:rsidRPr="005A4BC6">
        <w:rPr>
          <w:rFonts w:ascii="Times New Roman" w:hAnsi="Times New Roman" w:cs="Times New Roman"/>
          <w:sz w:val="26"/>
          <w:szCs w:val="26"/>
        </w:rPr>
        <w:t>ng nguyên t</w:t>
      </w:r>
      <w:r w:rsidRPr="005A4BC6">
        <w:rPr>
          <w:rFonts w:ascii="Times New Roman" w:hAnsi="Times New Roman" w:cs="Times New Roman"/>
          <w:sz w:val="26"/>
          <w:szCs w:val="26"/>
        </w:rPr>
        <w:t>ắ</w:t>
      </w:r>
      <w:r w:rsidRPr="005A4BC6">
        <w:rPr>
          <w:rFonts w:ascii="Times New Roman" w:hAnsi="Times New Roman" w:cs="Times New Roman"/>
          <w:sz w:val="26"/>
          <w:szCs w:val="26"/>
        </w:rPr>
        <w:t>c nh</w:t>
      </w:r>
      <w:r w:rsidRPr="005A4BC6">
        <w:rPr>
          <w:rFonts w:ascii="Times New Roman" w:hAnsi="Times New Roman" w:cs="Times New Roman"/>
          <w:sz w:val="26"/>
          <w:szCs w:val="26"/>
        </w:rPr>
        <w:t>ằ</w:t>
      </w:r>
      <w:r w:rsidRPr="005A4BC6">
        <w:rPr>
          <w:rFonts w:ascii="Times New Roman" w:hAnsi="Times New Roman" w:cs="Times New Roman"/>
          <w:sz w:val="26"/>
          <w:szCs w:val="26"/>
        </w:rPr>
        <w:t>m xác l</w:t>
      </w:r>
      <w:r w:rsidRPr="005A4BC6">
        <w:rPr>
          <w:rFonts w:ascii="Times New Roman" w:hAnsi="Times New Roman" w:cs="Times New Roman"/>
          <w:sz w:val="26"/>
          <w:szCs w:val="26"/>
        </w:rPr>
        <w:t>ậ</w:t>
      </w:r>
      <w:r w:rsidRPr="005A4BC6">
        <w:rPr>
          <w:rFonts w:ascii="Times New Roman" w:hAnsi="Times New Roman" w:cs="Times New Roman"/>
          <w:sz w:val="26"/>
          <w:szCs w:val="26"/>
        </w:rPr>
        <w:t>p m</w:t>
      </w:r>
      <w:r w:rsidRPr="005A4BC6">
        <w:rPr>
          <w:rFonts w:ascii="Times New Roman" w:hAnsi="Times New Roman" w:cs="Times New Roman"/>
          <w:sz w:val="26"/>
          <w:szCs w:val="26"/>
        </w:rPr>
        <w:t>ố</w:t>
      </w:r>
      <w:r w:rsidRPr="005A4BC6">
        <w:rPr>
          <w:rFonts w:ascii="Times New Roman" w:hAnsi="Times New Roman" w:cs="Times New Roman"/>
          <w:sz w:val="26"/>
          <w:szCs w:val="26"/>
        </w:rPr>
        <w:t>i quan h</w:t>
      </w:r>
      <w:r w:rsidRPr="005A4BC6">
        <w:rPr>
          <w:rFonts w:ascii="Times New Roman" w:hAnsi="Times New Roman" w:cs="Times New Roman"/>
          <w:sz w:val="26"/>
          <w:szCs w:val="26"/>
        </w:rPr>
        <w:t>ệ</w:t>
      </w:r>
      <w:r w:rsidRPr="005A4BC6">
        <w:rPr>
          <w:rFonts w:ascii="Times New Roman" w:hAnsi="Times New Roman" w:cs="Times New Roman"/>
          <w:sz w:val="26"/>
          <w:szCs w:val="26"/>
        </w:rPr>
        <w:t xml:space="preserve"> h</w:t>
      </w:r>
      <w:r w:rsidRPr="005A4BC6">
        <w:rPr>
          <w:rFonts w:ascii="Times New Roman" w:hAnsi="Times New Roman" w:cs="Times New Roman"/>
          <w:sz w:val="26"/>
          <w:szCs w:val="26"/>
        </w:rPr>
        <w:t>ợ</w:t>
      </w:r>
      <w:r w:rsidRPr="005A4BC6">
        <w:rPr>
          <w:rFonts w:ascii="Times New Roman" w:hAnsi="Times New Roman" w:cs="Times New Roman"/>
          <w:sz w:val="26"/>
          <w:szCs w:val="26"/>
        </w:rPr>
        <w:t>p tác lâu dài trong vi</w:t>
      </w:r>
      <w:r w:rsidRPr="005A4BC6">
        <w:rPr>
          <w:rFonts w:ascii="Times New Roman" w:hAnsi="Times New Roman" w:cs="Times New Roman"/>
          <w:sz w:val="26"/>
          <w:szCs w:val="26"/>
        </w:rPr>
        <w:t>ệ</w:t>
      </w:r>
      <w:r w:rsidRPr="005A4BC6">
        <w:rPr>
          <w:rFonts w:ascii="Times New Roman" w:hAnsi="Times New Roman" w:cs="Times New Roman"/>
          <w:sz w:val="26"/>
          <w:szCs w:val="26"/>
        </w:rPr>
        <w:t>c kh</w:t>
      </w:r>
      <w:r w:rsidRPr="005A4BC6">
        <w:rPr>
          <w:rFonts w:ascii="Times New Roman" w:hAnsi="Times New Roman" w:cs="Times New Roman"/>
          <w:sz w:val="26"/>
          <w:szCs w:val="26"/>
        </w:rPr>
        <w:t>ả</w:t>
      </w:r>
      <w:r w:rsidRPr="005A4BC6">
        <w:rPr>
          <w:rFonts w:ascii="Times New Roman" w:hAnsi="Times New Roman" w:cs="Times New Roman"/>
          <w:sz w:val="26"/>
          <w:szCs w:val="26"/>
        </w:rPr>
        <w:t>o sát, l</w:t>
      </w:r>
      <w:r w:rsidRPr="005A4BC6">
        <w:rPr>
          <w:rFonts w:ascii="Times New Roman" w:hAnsi="Times New Roman" w:cs="Times New Roman"/>
          <w:sz w:val="26"/>
          <w:szCs w:val="26"/>
        </w:rPr>
        <w:t>ậ</w:t>
      </w:r>
      <w:r w:rsidRPr="005A4BC6">
        <w:rPr>
          <w:rFonts w:ascii="Times New Roman" w:hAnsi="Times New Roman" w:cs="Times New Roman"/>
          <w:sz w:val="26"/>
          <w:szCs w:val="26"/>
        </w:rPr>
        <w:t>p thi</w:t>
      </w:r>
      <w:r w:rsidRPr="005A4BC6">
        <w:rPr>
          <w:rFonts w:ascii="Times New Roman" w:hAnsi="Times New Roman" w:cs="Times New Roman"/>
          <w:sz w:val="26"/>
          <w:szCs w:val="26"/>
        </w:rPr>
        <w:t>ế</w:t>
      </w:r>
      <w:r w:rsidRPr="005A4BC6">
        <w:rPr>
          <w:rFonts w:ascii="Times New Roman" w:hAnsi="Times New Roman" w:cs="Times New Roman"/>
          <w:sz w:val="26"/>
          <w:szCs w:val="26"/>
        </w:rPr>
        <w:t>t k</w:t>
      </w:r>
      <w:r w:rsidRPr="005A4BC6">
        <w:rPr>
          <w:rFonts w:ascii="Times New Roman" w:hAnsi="Times New Roman" w:cs="Times New Roman"/>
          <w:sz w:val="26"/>
          <w:szCs w:val="26"/>
        </w:rPr>
        <w:t>ế</w:t>
      </w:r>
      <w:r w:rsidRPr="005A4BC6">
        <w:rPr>
          <w:rFonts w:ascii="Times New Roman" w:hAnsi="Times New Roman" w:cs="Times New Roman"/>
          <w:sz w:val="26"/>
          <w:szCs w:val="26"/>
        </w:rPr>
        <w:t xml:space="preserve"> b</w:t>
      </w:r>
      <w:r w:rsidRPr="005A4BC6">
        <w:rPr>
          <w:rFonts w:ascii="Times New Roman" w:hAnsi="Times New Roman" w:cs="Times New Roman"/>
          <w:sz w:val="26"/>
          <w:szCs w:val="26"/>
        </w:rPr>
        <w:t>ả</w:t>
      </w:r>
      <w:r w:rsidRPr="005A4BC6">
        <w:rPr>
          <w:rFonts w:ascii="Times New Roman" w:hAnsi="Times New Roman" w:cs="Times New Roman"/>
          <w:sz w:val="26"/>
          <w:szCs w:val="26"/>
        </w:rPr>
        <w:t>n v</w:t>
      </w:r>
      <w:r w:rsidRPr="005A4BC6">
        <w:rPr>
          <w:rFonts w:ascii="Times New Roman" w:hAnsi="Times New Roman" w:cs="Times New Roman"/>
          <w:sz w:val="26"/>
          <w:szCs w:val="26"/>
        </w:rPr>
        <w:t>ẽ</w:t>
      </w:r>
      <w:r w:rsidRPr="005A4BC6">
        <w:rPr>
          <w:rFonts w:ascii="Times New Roman" w:hAnsi="Times New Roman" w:cs="Times New Roman"/>
          <w:sz w:val="26"/>
          <w:szCs w:val="26"/>
        </w:rPr>
        <w:t xml:space="preserve"> thi công cho các công trình mà Bên A làm ch</w:t>
      </w:r>
      <w:r w:rsidRPr="005A4BC6">
        <w:rPr>
          <w:rFonts w:ascii="Times New Roman" w:hAnsi="Times New Roman" w:cs="Times New Roman"/>
          <w:sz w:val="26"/>
          <w:szCs w:val="26"/>
        </w:rPr>
        <w:t>ủ</w:t>
      </w:r>
      <w:r w:rsidRPr="005A4BC6">
        <w:rPr>
          <w:rFonts w:ascii="Times New Roman" w:hAnsi="Times New Roman" w:cs="Times New Roman"/>
          <w:sz w:val="26"/>
          <w:szCs w:val="26"/>
        </w:rPr>
        <w:t xml:space="preserve"> đ</w:t>
      </w:r>
      <w:r w:rsidRPr="005A4BC6">
        <w:rPr>
          <w:rFonts w:ascii="Times New Roman" w:hAnsi="Times New Roman" w:cs="Times New Roman"/>
          <w:sz w:val="26"/>
          <w:szCs w:val="26"/>
        </w:rPr>
        <w:t>ầ</w:t>
      </w:r>
      <w:r w:rsidRPr="005A4BC6">
        <w:rPr>
          <w:rFonts w:ascii="Times New Roman" w:hAnsi="Times New Roman" w:cs="Times New Roman"/>
          <w:sz w:val="26"/>
          <w:szCs w:val="26"/>
        </w:rPr>
        <w:t>u tư.</w:t>
      </w:r>
    </w:p>
    <w:p w:rsidR="00A81299" w:rsidRPr="005A4BC6" w:rsidRDefault="005A4BC6">
      <w:pPr>
        <w:pStyle w:val="Heading2"/>
        <w:rPr>
          <w:rFonts w:ascii="Times New Roman" w:hAnsi="Times New Roman" w:cs="Times New Roman"/>
          <w:color w:val="auto"/>
        </w:rPr>
      </w:pPr>
      <w:r w:rsidRPr="005A4BC6">
        <w:rPr>
          <w:rFonts w:ascii="Times New Roman" w:hAnsi="Times New Roman" w:cs="Times New Roman"/>
          <w:color w:val="auto"/>
        </w:rPr>
        <w:t>Đi</w:t>
      </w:r>
      <w:r w:rsidRPr="005A4BC6">
        <w:rPr>
          <w:rFonts w:ascii="Times New Roman" w:hAnsi="Times New Roman" w:cs="Times New Roman"/>
          <w:color w:val="auto"/>
        </w:rPr>
        <w:t>ề</w:t>
      </w:r>
      <w:r w:rsidRPr="005A4BC6">
        <w:rPr>
          <w:rFonts w:ascii="Times New Roman" w:hAnsi="Times New Roman" w:cs="Times New Roman"/>
          <w:color w:val="auto"/>
        </w:rPr>
        <w:t>u 2. Ph</w:t>
      </w:r>
      <w:r w:rsidRPr="005A4BC6">
        <w:rPr>
          <w:rFonts w:ascii="Times New Roman" w:hAnsi="Times New Roman" w:cs="Times New Roman"/>
          <w:color w:val="auto"/>
        </w:rPr>
        <w:t>ạ</w:t>
      </w:r>
      <w:r w:rsidRPr="005A4BC6">
        <w:rPr>
          <w:rFonts w:ascii="Times New Roman" w:hAnsi="Times New Roman" w:cs="Times New Roman"/>
          <w:color w:val="auto"/>
        </w:rPr>
        <w:t>m vi công vi</w:t>
      </w:r>
      <w:r w:rsidRPr="005A4BC6">
        <w:rPr>
          <w:rFonts w:ascii="Times New Roman" w:hAnsi="Times New Roman" w:cs="Times New Roman"/>
          <w:color w:val="auto"/>
        </w:rPr>
        <w:t>ệ</w:t>
      </w:r>
      <w:r w:rsidRPr="005A4BC6">
        <w:rPr>
          <w:rFonts w:ascii="Times New Roman" w:hAnsi="Times New Roman" w:cs="Times New Roman"/>
          <w:color w:val="auto"/>
        </w:rPr>
        <w:t>c</w:t>
      </w:r>
    </w:p>
    <w:p w:rsidR="00A81299" w:rsidRPr="005A4BC6" w:rsidRDefault="005A4BC6">
      <w:pPr>
        <w:rPr>
          <w:rFonts w:ascii="Times New Roman" w:hAnsi="Times New Roman" w:cs="Times New Roman"/>
          <w:sz w:val="26"/>
          <w:szCs w:val="26"/>
        </w:rPr>
      </w:pPr>
      <w:r w:rsidRPr="005A4BC6">
        <w:rPr>
          <w:rFonts w:ascii="Times New Roman" w:hAnsi="Times New Roman" w:cs="Times New Roman"/>
          <w:sz w:val="26"/>
          <w:szCs w:val="26"/>
        </w:rPr>
        <w:t>Bên B th</w:t>
      </w:r>
      <w:r w:rsidRPr="005A4BC6">
        <w:rPr>
          <w:rFonts w:ascii="Times New Roman" w:hAnsi="Times New Roman" w:cs="Times New Roman"/>
          <w:sz w:val="26"/>
          <w:szCs w:val="26"/>
        </w:rPr>
        <w:t>ự</w:t>
      </w:r>
      <w:r w:rsidRPr="005A4BC6">
        <w:rPr>
          <w:rFonts w:ascii="Times New Roman" w:hAnsi="Times New Roman" w:cs="Times New Roman"/>
          <w:sz w:val="26"/>
          <w:szCs w:val="26"/>
        </w:rPr>
        <w:t>c hi</w:t>
      </w:r>
      <w:r w:rsidRPr="005A4BC6">
        <w:rPr>
          <w:rFonts w:ascii="Times New Roman" w:hAnsi="Times New Roman" w:cs="Times New Roman"/>
          <w:sz w:val="26"/>
          <w:szCs w:val="26"/>
        </w:rPr>
        <w:t>ệ</w:t>
      </w:r>
      <w:r w:rsidRPr="005A4BC6">
        <w:rPr>
          <w:rFonts w:ascii="Times New Roman" w:hAnsi="Times New Roman" w:cs="Times New Roman"/>
          <w:sz w:val="26"/>
          <w:szCs w:val="26"/>
        </w:rPr>
        <w:t>n các công vi</w:t>
      </w:r>
      <w:r w:rsidRPr="005A4BC6">
        <w:rPr>
          <w:rFonts w:ascii="Times New Roman" w:hAnsi="Times New Roman" w:cs="Times New Roman"/>
          <w:sz w:val="26"/>
          <w:szCs w:val="26"/>
        </w:rPr>
        <w:t>ệ</w:t>
      </w:r>
      <w:r w:rsidRPr="005A4BC6">
        <w:rPr>
          <w:rFonts w:ascii="Times New Roman" w:hAnsi="Times New Roman" w:cs="Times New Roman"/>
          <w:sz w:val="26"/>
          <w:szCs w:val="26"/>
        </w:rPr>
        <w:t>c theo yêu c</w:t>
      </w:r>
      <w:r w:rsidRPr="005A4BC6">
        <w:rPr>
          <w:rFonts w:ascii="Times New Roman" w:hAnsi="Times New Roman" w:cs="Times New Roman"/>
          <w:sz w:val="26"/>
          <w:szCs w:val="26"/>
        </w:rPr>
        <w:t>ầ</w:t>
      </w:r>
      <w:r w:rsidRPr="005A4BC6">
        <w:rPr>
          <w:rFonts w:ascii="Times New Roman" w:hAnsi="Times New Roman" w:cs="Times New Roman"/>
          <w:sz w:val="26"/>
          <w:szCs w:val="26"/>
        </w:rPr>
        <w:t>u t</w:t>
      </w:r>
      <w:r w:rsidRPr="005A4BC6">
        <w:rPr>
          <w:rFonts w:ascii="Times New Roman" w:hAnsi="Times New Roman" w:cs="Times New Roman"/>
          <w:sz w:val="26"/>
          <w:szCs w:val="26"/>
        </w:rPr>
        <w:t>ừ</w:t>
      </w:r>
      <w:r w:rsidRPr="005A4BC6">
        <w:rPr>
          <w:rFonts w:ascii="Times New Roman" w:hAnsi="Times New Roman" w:cs="Times New Roman"/>
          <w:sz w:val="26"/>
          <w:szCs w:val="26"/>
        </w:rPr>
        <w:t>ng d</w:t>
      </w:r>
      <w:r w:rsidRPr="005A4BC6">
        <w:rPr>
          <w:rFonts w:ascii="Times New Roman" w:hAnsi="Times New Roman" w:cs="Times New Roman"/>
          <w:sz w:val="26"/>
          <w:szCs w:val="26"/>
        </w:rPr>
        <w:t>ự</w:t>
      </w:r>
      <w:r w:rsidRPr="005A4BC6">
        <w:rPr>
          <w:rFonts w:ascii="Times New Roman" w:hAnsi="Times New Roman" w:cs="Times New Roman"/>
          <w:sz w:val="26"/>
          <w:szCs w:val="26"/>
        </w:rPr>
        <w:t xml:space="preserve"> án c</w:t>
      </w:r>
      <w:r w:rsidRPr="005A4BC6">
        <w:rPr>
          <w:rFonts w:ascii="Times New Roman" w:hAnsi="Times New Roman" w:cs="Times New Roman"/>
          <w:sz w:val="26"/>
          <w:szCs w:val="26"/>
        </w:rPr>
        <w:t>ủ</w:t>
      </w:r>
      <w:r w:rsidRPr="005A4BC6">
        <w:rPr>
          <w:rFonts w:ascii="Times New Roman" w:hAnsi="Times New Roman" w:cs="Times New Roman"/>
          <w:sz w:val="26"/>
          <w:szCs w:val="26"/>
        </w:rPr>
        <w:t>a Bên A, bao g</w:t>
      </w:r>
      <w:r w:rsidRPr="005A4BC6">
        <w:rPr>
          <w:rFonts w:ascii="Times New Roman" w:hAnsi="Times New Roman" w:cs="Times New Roman"/>
          <w:sz w:val="26"/>
          <w:szCs w:val="26"/>
        </w:rPr>
        <w:t>ồ</w:t>
      </w:r>
      <w:r w:rsidRPr="005A4BC6">
        <w:rPr>
          <w:rFonts w:ascii="Times New Roman" w:hAnsi="Times New Roman" w:cs="Times New Roman"/>
          <w:sz w:val="26"/>
          <w:szCs w:val="26"/>
        </w:rPr>
        <w:t>m:</w:t>
      </w:r>
      <w:r w:rsidRPr="005A4BC6">
        <w:rPr>
          <w:rFonts w:ascii="Times New Roman" w:hAnsi="Times New Roman" w:cs="Times New Roman"/>
          <w:sz w:val="26"/>
          <w:szCs w:val="26"/>
        </w:rPr>
        <w:br/>
        <w:t>1. Kh</w:t>
      </w:r>
      <w:r w:rsidRPr="005A4BC6">
        <w:rPr>
          <w:rFonts w:ascii="Times New Roman" w:hAnsi="Times New Roman" w:cs="Times New Roman"/>
          <w:sz w:val="26"/>
          <w:szCs w:val="26"/>
        </w:rPr>
        <w:t>ả</w:t>
      </w:r>
      <w:r w:rsidRPr="005A4BC6">
        <w:rPr>
          <w:rFonts w:ascii="Times New Roman" w:hAnsi="Times New Roman" w:cs="Times New Roman"/>
          <w:sz w:val="26"/>
          <w:szCs w:val="26"/>
        </w:rPr>
        <w:t>o sát đ</w:t>
      </w:r>
      <w:r w:rsidRPr="005A4BC6">
        <w:rPr>
          <w:rFonts w:ascii="Times New Roman" w:hAnsi="Times New Roman" w:cs="Times New Roman"/>
          <w:sz w:val="26"/>
          <w:szCs w:val="26"/>
        </w:rPr>
        <w:t>ị</w:t>
      </w:r>
      <w:r w:rsidRPr="005A4BC6">
        <w:rPr>
          <w:rFonts w:ascii="Times New Roman" w:hAnsi="Times New Roman" w:cs="Times New Roman"/>
          <w:sz w:val="26"/>
          <w:szCs w:val="26"/>
        </w:rPr>
        <w:t>a hình, đ</w:t>
      </w:r>
      <w:r w:rsidRPr="005A4BC6">
        <w:rPr>
          <w:rFonts w:ascii="Times New Roman" w:hAnsi="Times New Roman" w:cs="Times New Roman"/>
          <w:sz w:val="26"/>
          <w:szCs w:val="26"/>
        </w:rPr>
        <w:t>ị</w:t>
      </w:r>
      <w:r w:rsidRPr="005A4BC6">
        <w:rPr>
          <w:rFonts w:ascii="Times New Roman" w:hAnsi="Times New Roman" w:cs="Times New Roman"/>
          <w:sz w:val="26"/>
          <w:szCs w:val="26"/>
        </w:rPr>
        <w:t>a ch</w:t>
      </w:r>
      <w:r w:rsidRPr="005A4BC6">
        <w:rPr>
          <w:rFonts w:ascii="Times New Roman" w:hAnsi="Times New Roman" w:cs="Times New Roman"/>
          <w:sz w:val="26"/>
          <w:szCs w:val="26"/>
        </w:rPr>
        <w:t>ấ</w:t>
      </w:r>
      <w:r w:rsidRPr="005A4BC6">
        <w:rPr>
          <w:rFonts w:ascii="Times New Roman" w:hAnsi="Times New Roman" w:cs="Times New Roman"/>
          <w:sz w:val="26"/>
          <w:szCs w:val="26"/>
        </w:rPr>
        <w:t>t, th</w:t>
      </w:r>
      <w:r w:rsidRPr="005A4BC6">
        <w:rPr>
          <w:rFonts w:ascii="Times New Roman" w:hAnsi="Times New Roman" w:cs="Times New Roman"/>
          <w:sz w:val="26"/>
          <w:szCs w:val="26"/>
        </w:rPr>
        <w:t>ủ</w:t>
      </w:r>
      <w:r w:rsidRPr="005A4BC6">
        <w:rPr>
          <w:rFonts w:ascii="Times New Roman" w:hAnsi="Times New Roman" w:cs="Times New Roman"/>
          <w:sz w:val="26"/>
          <w:szCs w:val="26"/>
        </w:rPr>
        <w:t>y văn, hi</w:t>
      </w:r>
      <w:r w:rsidRPr="005A4BC6">
        <w:rPr>
          <w:rFonts w:ascii="Times New Roman" w:hAnsi="Times New Roman" w:cs="Times New Roman"/>
          <w:sz w:val="26"/>
          <w:szCs w:val="26"/>
        </w:rPr>
        <w:t>ệ</w:t>
      </w:r>
      <w:r w:rsidRPr="005A4BC6">
        <w:rPr>
          <w:rFonts w:ascii="Times New Roman" w:hAnsi="Times New Roman" w:cs="Times New Roman"/>
          <w:sz w:val="26"/>
          <w:szCs w:val="26"/>
        </w:rPr>
        <w:t>n tr</w:t>
      </w:r>
      <w:r w:rsidRPr="005A4BC6">
        <w:rPr>
          <w:rFonts w:ascii="Times New Roman" w:hAnsi="Times New Roman" w:cs="Times New Roman"/>
          <w:sz w:val="26"/>
          <w:szCs w:val="26"/>
        </w:rPr>
        <w:t>ạ</w:t>
      </w:r>
      <w:r w:rsidRPr="005A4BC6">
        <w:rPr>
          <w:rFonts w:ascii="Times New Roman" w:hAnsi="Times New Roman" w:cs="Times New Roman"/>
          <w:sz w:val="26"/>
          <w:szCs w:val="26"/>
        </w:rPr>
        <w:t>ng công trình (n</w:t>
      </w:r>
      <w:r w:rsidRPr="005A4BC6">
        <w:rPr>
          <w:rFonts w:ascii="Times New Roman" w:hAnsi="Times New Roman" w:cs="Times New Roman"/>
          <w:sz w:val="26"/>
          <w:szCs w:val="26"/>
        </w:rPr>
        <w:t>ế</w:t>
      </w:r>
      <w:r w:rsidRPr="005A4BC6">
        <w:rPr>
          <w:rFonts w:ascii="Times New Roman" w:hAnsi="Times New Roman" w:cs="Times New Roman"/>
          <w:sz w:val="26"/>
          <w:szCs w:val="26"/>
        </w:rPr>
        <w:t>u có).</w:t>
      </w:r>
      <w:r w:rsidRPr="005A4BC6">
        <w:rPr>
          <w:rFonts w:ascii="Times New Roman" w:hAnsi="Times New Roman" w:cs="Times New Roman"/>
          <w:sz w:val="26"/>
          <w:szCs w:val="26"/>
        </w:rPr>
        <w:br/>
        <w:t>2. L</w:t>
      </w:r>
      <w:r w:rsidRPr="005A4BC6">
        <w:rPr>
          <w:rFonts w:ascii="Times New Roman" w:hAnsi="Times New Roman" w:cs="Times New Roman"/>
          <w:sz w:val="26"/>
          <w:szCs w:val="26"/>
        </w:rPr>
        <w:t>ậ</w:t>
      </w:r>
      <w:r w:rsidRPr="005A4BC6">
        <w:rPr>
          <w:rFonts w:ascii="Times New Roman" w:hAnsi="Times New Roman" w:cs="Times New Roman"/>
          <w:sz w:val="26"/>
          <w:szCs w:val="26"/>
        </w:rPr>
        <w:t>p h</w:t>
      </w:r>
      <w:r w:rsidRPr="005A4BC6">
        <w:rPr>
          <w:rFonts w:ascii="Times New Roman" w:hAnsi="Times New Roman" w:cs="Times New Roman"/>
          <w:sz w:val="26"/>
          <w:szCs w:val="26"/>
        </w:rPr>
        <w:t>ồ</w:t>
      </w:r>
      <w:r w:rsidRPr="005A4BC6">
        <w:rPr>
          <w:rFonts w:ascii="Times New Roman" w:hAnsi="Times New Roman" w:cs="Times New Roman"/>
          <w:sz w:val="26"/>
          <w:szCs w:val="26"/>
        </w:rPr>
        <w:t xml:space="preserve"> sơ thi</w:t>
      </w:r>
      <w:r w:rsidRPr="005A4BC6">
        <w:rPr>
          <w:rFonts w:ascii="Times New Roman" w:hAnsi="Times New Roman" w:cs="Times New Roman"/>
          <w:sz w:val="26"/>
          <w:szCs w:val="26"/>
        </w:rPr>
        <w:t>ế</w:t>
      </w:r>
      <w:r w:rsidRPr="005A4BC6">
        <w:rPr>
          <w:rFonts w:ascii="Times New Roman" w:hAnsi="Times New Roman" w:cs="Times New Roman"/>
          <w:sz w:val="26"/>
          <w:szCs w:val="26"/>
        </w:rPr>
        <w:t>t k</w:t>
      </w:r>
      <w:r w:rsidRPr="005A4BC6">
        <w:rPr>
          <w:rFonts w:ascii="Times New Roman" w:hAnsi="Times New Roman" w:cs="Times New Roman"/>
          <w:sz w:val="26"/>
          <w:szCs w:val="26"/>
        </w:rPr>
        <w:t>ế</w:t>
      </w:r>
      <w:r w:rsidRPr="005A4BC6">
        <w:rPr>
          <w:rFonts w:ascii="Times New Roman" w:hAnsi="Times New Roman" w:cs="Times New Roman"/>
          <w:sz w:val="26"/>
          <w:szCs w:val="26"/>
        </w:rPr>
        <w:t xml:space="preserve"> b</w:t>
      </w:r>
      <w:r w:rsidRPr="005A4BC6">
        <w:rPr>
          <w:rFonts w:ascii="Times New Roman" w:hAnsi="Times New Roman" w:cs="Times New Roman"/>
          <w:sz w:val="26"/>
          <w:szCs w:val="26"/>
        </w:rPr>
        <w:t>ả</w:t>
      </w:r>
      <w:r w:rsidRPr="005A4BC6">
        <w:rPr>
          <w:rFonts w:ascii="Times New Roman" w:hAnsi="Times New Roman" w:cs="Times New Roman"/>
          <w:sz w:val="26"/>
          <w:szCs w:val="26"/>
        </w:rPr>
        <w:t>n v</w:t>
      </w:r>
      <w:r w:rsidRPr="005A4BC6">
        <w:rPr>
          <w:rFonts w:ascii="Times New Roman" w:hAnsi="Times New Roman" w:cs="Times New Roman"/>
          <w:sz w:val="26"/>
          <w:szCs w:val="26"/>
        </w:rPr>
        <w:t>ẽ</w:t>
      </w:r>
      <w:r w:rsidRPr="005A4BC6">
        <w:rPr>
          <w:rFonts w:ascii="Times New Roman" w:hAnsi="Times New Roman" w:cs="Times New Roman"/>
          <w:sz w:val="26"/>
          <w:szCs w:val="26"/>
        </w:rPr>
        <w:t xml:space="preserve"> thi công theo đúng quy chu</w:t>
      </w:r>
      <w:r w:rsidRPr="005A4BC6">
        <w:rPr>
          <w:rFonts w:ascii="Times New Roman" w:hAnsi="Times New Roman" w:cs="Times New Roman"/>
          <w:sz w:val="26"/>
          <w:szCs w:val="26"/>
        </w:rPr>
        <w:t>ẩ</w:t>
      </w:r>
      <w:r w:rsidRPr="005A4BC6">
        <w:rPr>
          <w:rFonts w:ascii="Times New Roman" w:hAnsi="Times New Roman" w:cs="Times New Roman"/>
          <w:sz w:val="26"/>
          <w:szCs w:val="26"/>
        </w:rPr>
        <w:t>n, tiêu chu</w:t>
      </w:r>
      <w:r w:rsidRPr="005A4BC6">
        <w:rPr>
          <w:rFonts w:ascii="Times New Roman" w:hAnsi="Times New Roman" w:cs="Times New Roman"/>
          <w:sz w:val="26"/>
          <w:szCs w:val="26"/>
        </w:rPr>
        <w:t>ẩ</w:t>
      </w:r>
      <w:r w:rsidRPr="005A4BC6">
        <w:rPr>
          <w:rFonts w:ascii="Times New Roman" w:hAnsi="Times New Roman" w:cs="Times New Roman"/>
          <w:sz w:val="26"/>
          <w:szCs w:val="26"/>
        </w:rPr>
        <w:t>n xây d</w:t>
      </w:r>
      <w:r w:rsidRPr="005A4BC6">
        <w:rPr>
          <w:rFonts w:ascii="Times New Roman" w:hAnsi="Times New Roman" w:cs="Times New Roman"/>
          <w:sz w:val="26"/>
          <w:szCs w:val="26"/>
        </w:rPr>
        <w:t>ự</w:t>
      </w:r>
      <w:r w:rsidRPr="005A4BC6">
        <w:rPr>
          <w:rFonts w:ascii="Times New Roman" w:hAnsi="Times New Roman" w:cs="Times New Roman"/>
          <w:sz w:val="26"/>
          <w:szCs w:val="26"/>
        </w:rPr>
        <w:t>ng hi</w:t>
      </w:r>
      <w:r w:rsidRPr="005A4BC6">
        <w:rPr>
          <w:rFonts w:ascii="Times New Roman" w:hAnsi="Times New Roman" w:cs="Times New Roman"/>
          <w:sz w:val="26"/>
          <w:szCs w:val="26"/>
        </w:rPr>
        <w:t>ệ</w:t>
      </w:r>
      <w:r w:rsidRPr="005A4BC6">
        <w:rPr>
          <w:rFonts w:ascii="Times New Roman" w:hAnsi="Times New Roman" w:cs="Times New Roman"/>
          <w:sz w:val="26"/>
          <w:szCs w:val="26"/>
        </w:rPr>
        <w:t>n hành.</w:t>
      </w:r>
      <w:r w:rsidRPr="005A4BC6">
        <w:rPr>
          <w:rFonts w:ascii="Times New Roman" w:hAnsi="Times New Roman" w:cs="Times New Roman"/>
          <w:sz w:val="26"/>
          <w:szCs w:val="26"/>
        </w:rPr>
        <w:br/>
        <w:t>3. Bàn giao h</w:t>
      </w:r>
      <w:r w:rsidRPr="005A4BC6">
        <w:rPr>
          <w:rFonts w:ascii="Times New Roman" w:hAnsi="Times New Roman" w:cs="Times New Roman"/>
          <w:sz w:val="26"/>
          <w:szCs w:val="26"/>
        </w:rPr>
        <w:t>ồ</w:t>
      </w:r>
      <w:r w:rsidRPr="005A4BC6">
        <w:rPr>
          <w:rFonts w:ascii="Times New Roman" w:hAnsi="Times New Roman" w:cs="Times New Roman"/>
          <w:sz w:val="26"/>
          <w:szCs w:val="26"/>
        </w:rPr>
        <w:t xml:space="preserve"> sơ </w:t>
      </w:r>
      <w:r w:rsidRPr="005A4BC6">
        <w:rPr>
          <w:rFonts w:ascii="Times New Roman" w:hAnsi="Times New Roman" w:cs="Times New Roman"/>
          <w:sz w:val="26"/>
          <w:szCs w:val="26"/>
        </w:rPr>
        <w:t>đúng th</w:t>
      </w:r>
      <w:r w:rsidRPr="005A4BC6">
        <w:rPr>
          <w:rFonts w:ascii="Times New Roman" w:hAnsi="Times New Roman" w:cs="Times New Roman"/>
          <w:sz w:val="26"/>
          <w:szCs w:val="26"/>
        </w:rPr>
        <w:t>ờ</w:t>
      </w:r>
      <w:r w:rsidRPr="005A4BC6">
        <w:rPr>
          <w:rFonts w:ascii="Times New Roman" w:hAnsi="Times New Roman" w:cs="Times New Roman"/>
          <w:sz w:val="26"/>
          <w:szCs w:val="26"/>
        </w:rPr>
        <w:t>i h</w:t>
      </w:r>
      <w:r w:rsidRPr="005A4BC6">
        <w:rPr>
          <w:rFonts w:ascii="Times New Roman" w:hAnsi="Times New Roman" w:cs="Times New Roman"/>
          <w:sz w:val="26"/>
          <w:szCs w:val="26"/>
        </w:rPr>
        <w:t>ạ</w:t>
      </w:r>
      <w:r w:rsidRPr="005A4BC6">
        <w:rPr>
          <w:rFonts w:ascii="Times New Roman" w:hAnsi="Times New Roman" w:cs="Times New Roman"/>
          <w:sz w:val="26"/>
          <w:szCs w:val="26"/>
        </w:rPr>
        <w:t>n, ch</w:t>
      </w:r>
      <w:r w:rsidRPr="005A4BC6">
        <w:rPr>
          <w:rFonts w:ascii="Times New Roman" w:hAnsi="Times New Roman" w:cs="Times New Roman"/>
          <w:sz w:val="26"/>
          <w:szCs w:val="26"/>
        </w:rPr>
        <w:t>ấ</w:t>
      </w:r>
      <w:r w:rsidRPr="005A4BC6">
        <w:rPr>
          <w:rFonts w:ascii="Times New Roman" w:hAnsi="Times New Roman" w:cs="Times New Roman"/>
          <w:sz w:val="26"/>
          <w:szCs w:val="26"/>
        </w:rPr>
        <w:t>t lư</w:t>
      </w:r>
      <w:r w:rsidRPr="005A4BC6">
        <w:rPr>
          <w:rFonts w:ascii="Times New Roman" w:hAnsi="Times New Roman" w:cs="Times New Roman"/>
          <w:sz w:val="26"/>
          <w:szCs w:val="26"/>
        </w:rPr>
        <w:t>ợ</w:t>
      </w:r>
      <w:r w:rsidRPr="005A4BC6">
        <w:rPr>
          <w:rFonts w:ascii="Times New Roman" w:hAnsi="Times New Roman" w:cs="Times New Roman"/>
          <w:sz w:val="26"/>
          <w:szCs w:val="26"/>
        </w:rPr>
        <w:t>ng và quy đ</w:t>
      </w:r>
      <w:r w:rsidRPr="005A4BC6">
        <w:rPr>
          <w:rFonts w:ascii="Times New Roman" w:hAnsi="Times New Roman" w:cs="Times New Roman"/>
          <w:sz w:val="26"/>
          <w:szCs w:val="26"/>
        </w:rPr>
        <w:t>ị</w:t>
      </w:r>
      <w:r w:rsidRPr="005A4BC6">
        <w:rPr>
          <w:rFonts w:ascii="Times New Roman" w:hAnsi="Times New Roman" w:cs="Times New Roman"/>
          <w:sz w:val="26"/>
          <w:szCs w:val="26"/>
        </w:rPr>
        <w:t>nh pháp lu</w:t>
      </w:r>
      <w:r w:rsidRPr="005A4BC6">
        <w:rPr>
          <w:rFonts w:ascii="Times New Roman" w:hAnsi="Times New Roman" w:cs="Times New Roman"/>
          <w:sz w:val="26"/>
          <w:szCs w:val="26"/>
        </w:rPr>
        <w:t>ậ</w:t>
      </w:r>
      <w:r w:rsidRPr="005A4BC6">
        <w:rPr>
          <w:rFonts w:ascii="Times New Roman" w:hAnsi="Times New Roman" w:cs="Times New Roman"/>
          <w:sz w:val="26"/>
          <w:szCs w:val="26"/>
        </w:rPr>
        <w:t>t.</w:t>
      </w:r>
    </w:p>
    <w:p w:rsidR="00A81299" w:rsidRPr="005A4BC6" w:rsidRDefault="005A4BC6">
      <w:pPr>
        <w:pStyle w:val="Heading2"/>
        <w:rPr>
          <w:rFonts w:ascii="Times New Roman" w:hAnsi="Times New Roman" w:cs="Times New Roman"/>
          <w:color w:val="auto"/>
        </w:rPr>
      </w:pPr>
      <w:r w:rsidRPr="005A4BC6">
        <w:rPr>
          <w:rFonts w:ascii="Times New Roman" w:hAnsi="Times New Roman" w:cs="Times New Roman"/>
          <w:color w:val="auto"/>
        </w:rPr>
        <w:t>Đi</w:t>
      </w:r>
      <w:r w:rsidRPr="005A4BC6">
        <w:rPr>
          <w:rFonts w:ascii="Times New Roman" w:hAnsi="Times New Roman" w:cs="Times New Roman"/>
          <w:color w:val="auto"/>
        </w:rPr>
        <w:t>ề</w:t>
      </w:r>
      <w:r w:rsidRPr="005A4BC6">
        <w:rPr>
          <w:rFonts w:ascii="Times New Roman" w:hAnsi="Times New Roman" w:cs="Times New Roman"/>
          <w:color w:val="auto"/>
        </w:rPr>
        <w:t>u 3. Nguyên t</w:t>
      </w:r>
      <w:r w:rsidRPr="005A4BC6">
        <w:rPr>
          <w:rFonts w:ascii="Times New Roman" w:hAnsi="Times New Roman" w:cs="Times New Roman"/>
          <w:color w:val="auto"/>
        </w:rPr>
        <w:t>ắ</w:t>
      </w:r>
      <w:r w:rsidRPr="005A4BC6">
        <w:rPr>
          <w:rFonts w:ascii="Times New Roman" w:hAnsi="Times New Roman" w:cs="Times New Roman"/>
          <w:color w:val="auto"/>
        </w:rPr>
        <w:t>c xác đ</w:t>
      </w:r>
      <w:r w:rsidRPr="005A4BC6">
        <w:rPr>
          <w:rFonts w:ascii="Times New Roman" w:hAnsi="Times New Roman" w:cs="Times New Roman"/>
          <w:color w:val="auto"/>
        </w:rPr>
        <w:t>ị</w:t>
      </w:r>
      <w:r w:rsidRPr="005A4BC6">
        <w:rPr>
          <w:rFonts w:ascii="Times New Roman" w:hAnsi="Times New Roman" w:cs="Times New Roman"/>
          <w:color w:val="auto"/>
        </w:rPr>
        <w:t>nh giá tr</w:t>
      </w:r>
      <w:r w:rsidRPr="005A4BC6">
        <w:rPr>
          <w:rFonts w:ascii="Times New Roman" w:hAnsi="Times New Roman" w:cs="Times New Roman"/>
          <w:color w:val="auto"/>
        </w:rPr>
        <w:t>ị</w:t>
      </w:r>
      <w:r w:rsidRPr="005A4BC6">
        <w:rPr>
          <w:rFonts w:ascii="Times New Roman" w:hAnsi="Times New Roman" w:cs="Times New Roman"/>
          <w:color w:val="auto"/>
        </w:rPr>
        <w:t xml:space="preserve"> h</w:t>
      </w:r>
      <w:r w:rsidRPr="005A4BC6">
        <w:rPr>
          <w:rFonts w:ascii="Times New Roman" w:hAnsi="Times New Roman" w:cs="Times New Roman"/>
          <w:color w:val="auto"/>
        </w:rPr>
        <w:t>ợ</w:t>
      </w:r>
      <w:r w:rsidRPr="005A4BC6">
        <w:rPr>
          <w:rFonts w:ascii="Times New Roman" w:hAnsi="Times New Roman" w:cs="Times New Roman"/>
          <w:color w:val="auto"/>
        </w:rPr>
        <w:t>p đ</w:t>
      </w:r>
      <w:r w:rsidRPr="005A4BC6">
        <w:rPr>
          <w:rFonts w:ascii="Times New Roman" w:hAnsi="Times New Roman" w:cs="Times New Roman"/>
          <w:color w:val="auto"/>
        </w:rPr>
        <w:t>ồ</w:t>
      </w:r>
      <w:r w:rsidRPr="005A4BC6">
        <w:rPr>
          <w:rFonts w:ascii="Times New Roman" w:hAnsi="Times New Roman" w:cs="Times New Roman"/>
          <w:color w:val="auto"/>
        </w:rPr>
        <w:t>ng c</w:t>
      </w:r>
      <w:r w:rsidRPr="005A4BC6">
        <w:rPr>
          <w:rFonts w:ascii="Times New Roman" w:hAnsi="Times New Roman" w:cs="Times New Roman"/>
          <w:color w:val="auto"/>
        </w:rPr>
        <w:t>ụ</w:t>
      </w:r>
      <w:r w:rsidRPr="005A4BC6">
        <w:rPr>
          <w:rFonts w:ascii="Times New Roman" w:hAnsi="Times New Roman" w:cs="Times New Roman"/>
          <w:color w:val="auto"/>
        </w:rPr>
        <w:t xml:space="preserve"> th</w:t>
      </w:r>
      <w:r w:rsidRPr="005A4BC6">
        <w:rPr>
          <w:rFonts w:ascii="Times New Roman" w:hAnsi="Times New Roman" w:cs="Times New Roman"/>
          <w:color w:val="auto"/>
        </w:rPr>
        <w:t>ể</w:t>
      </w:r>
    </w:p>
    <w:p w:rsidR="00A81299" w:rsidRPr="005A4BC6" w:rsidRDefault="005A4BC6">
      <w:pPr>
        <w:rPr>
          <w:rFonts w:ascii="Times New Roman" w:hAnsi="Times New Roman" w:cs="Times New Roman"/>
          <w:sz w:val="26"/>
          <w:szCs w:val="26"/>
        </w:rPr>
      </w:pPr>
      <w:r w:rsidRPr="005A4BC6">
        <w:rPr>
          <w:rFonts w:ascii="Times New Roman" w:hAnsi="Times New Roman" w:cs="Times New Roman"/>
          <w:sz w:val="26"/>
          <w:szCs w:val="26"/>
        </w:rPr>
        <w:t>Giá tr</w:t>
      </w:r>
      <w:r w:rsidRPr="005A4BC6">
        <w:rPr>
          <w:rFonts w:ascii="Times New Roman" w:hAnsi="Times New Roman" w:cs="Times New Roman"/>
          <w:sz w:val="26"/>
          <w:szCs w:val="26"/>
        </w:rPr>
        <w:t>ị</w:t>
      </w:r>
      <w:r w:rsidRPr="005A4BC6">
        <w:rPr>
          <w:rFonts w:ascii="Times New Roman" w:hAnsi="Times New Roman" w:cs="Times New Roman"/>
          <w:sz w:val="26"/>
          <w:szCs w:val="26"/>
        </w:rPr>
        <w:t xml:space="preserve"> t</w:t>
      </w:r>
      <w:r w:rsidRPr="005A4BC6">
        <w:rPr>
          <w:rFonts w:ascii="Times New Roman" w:hAnsi="Times New Roman" w:cs="Times New Roman"/>
          <w:sz w:val="26"/>
          <w:szCs w:val="26"/>
        </w:rPr>
        <w:t>ừ</w:t>
      </w:r>
      <w:r w:rsidRPr="005A4BC6">
        <w:rPr>
          <w:rFonts w:ascii="Times New Roman" w:hAnsi="Times New Roman" w:cs="Times New Roman"/>
          <w:sz w:val="26"/>
          <w:szCs w:val="26"/>
        </w:rPr>
        <w:t>ng h</w:t>
      </w:r>
      <w:r w:rsidRPr="005A4BC6">
        <w:rPr>
          <w:rFonts w:ascii="Times New Roman" w:hAnsi="Times New Roman" w:cs="Times New Roman"/>
          <w:sz w:val="26"/>
          <w:szCs w:val="26"/>
        </w:rPr>
        <w:t>ợ</w:t>
      </w:r>
      <w:r w:rsidRPr="005A4BC6">
        <w:rPr>
          <w:rFonts w:ascii="Times New Roman" w:hAnsi="Times New Roman" w:cs="Times New Roman"/>
          <w:sz w:val="26"/>
          <w:szCs w:val="26"/>
        </w:rPr>
        <w:t>p đ</w:t>
      </w:r>
      <w:r w:rsidRPr="005A4BC6">
        <w:rPr>
          <w:rFonts w:ascii="Times New Roman" w:hAnsi="Times New Roman" w:cs="Times New Roman"/>
          <w:sz w:val="26"/>
          <w:szCs w:val="26"/>
        </w:rPr>
        <w:t>ồ</w:t>
      </w:r>
      <w:r w:rsidRPr="005A4BC6">
        <w:rPr>
          <w:rFonts w:ascii="Times New Roman" w:hAnsi="Times New Roman" w:cs="Times New Roman"/>
          <w:sz w:val="26"/>
          <w:szCs w:val="26"/>
        </w:rPr>
        <w:t>ng c</w:t>
      </w:r>
      <w:r w:rsidRPr="005A4BC6">
        <w:rPr>
          <w:rFonts w:ascii="Times New Roman" w:hAnsi="Times New Roman" w:cs="Times New Roman"/>
          <w:sz w:val="26"/>
          <w:szCs w:val="26"/>
        </w:rPr>
        <w:t>ụ</w:t>
      </w:r>
      <w:r w:rsidRPr="005A4BC6">
        <w:rPr>
          <w:rFonts w:ascii="Times New Roman" w:hAnsi="Times New Roman" w:cs="Times New Roman"/>
          <w:sz w:val="26"/>
          <w:szCs w:val="26"/>
        </w:rPr>
        <w:t xml:space="preserve"> th</w:t>
      </w:r>
      <w:r w:rsidRPr="005A4BC6">
        <w:rPr>
          <w:rFonts w:ascii="Times New Roman" w:hAnsi="Times New Roman" w:cs="Times New Roman"/>
          <w:sz w:val="26"/>
          <w:szCs w:val="26"/>
        </w:rPr>
        <w:t>ể</w:t>
      </w:r>
      <w:r w:rsidRPr="005A4BC6">
        <w:rPr>
          <w:rFonts w:ascii="Times New Roman" w:hAnsi="Times New Roman" w:cs="Times New Roman"/>
          <w:sz w:val="26"/>
          <w:szCs w:val="26"/>
        </w:rPr>
        <w:t xml:space="preserve"> s</w:t>
      </w:r>
      <w:r w:rsidRPr="005A4BC6">
        <w:rPr>
          <w:rFonts w:ascii="Times New Roman" w:hAnsi="Times New Roman" w:cs="Times New Roman"/>
          <w:sz w:val="26"/>
          <w:szCs w:val="26"/>
        </w:rPr>
        <w:t>ẽ</w:t>
      </w:r>
      <w:r w:rsidRPr="005A4BC6">
        <w:rPr>
          <w:rFonts w:ascii="Times New Roman" w:hAnsi="Times New Roman" w:cs="Times New Roman"/>
          <w:sz w:val="26"/>
          <w:szCs w:val="26"/>
        </w:rPr>
        <w:t xml:space="preserve"> đư</w:t>
      </w:r>
      <w:r w:rsidRPr="005A4BC6">
        <w:rPr>
          <w:rFonts w:ascii="Times New Roman" w:hAnsi="Times New Roman" w:cs="Times New Roman"/>
          <w:sz w:val="26"/>
          <w:szCs w:val="26"/>
        </w:rPr>
        <w:t>ợ</w:t>
      </w:r>
      <w:r w:rsidRPr="005A4BC6">
        <w:rPr>
          <w:rFonts w:ascii="Times New Roman" w:hAnsi="Times New Roman" w:cs="Times New Roman"/>
          <w:sz w:val="26"/>
          <w:szCs w:val="26"/>
        </w:rPr>
        <w:t>c hai bên thương th</w:t>
      </w:r>
      <w:r w:rsidRPr="005A4BC6">
        <w:rPr>
          <w:rFonts w:ascii="Times New Roman" w:hAnsi="Times New Roman" w:cs="Times New Roman"/>
          <w:sz w:val="26"/>
          <w:szCs w:val="26"/>
        </w:rPr>
        <w:t>ả</w:t>
      </w:r>
      <w:r w:rsidRPr="005A4BC6">
        <w:rPr>
          <w:rFonts w:ascii="Times New Roman" w:hAnsi="Times New Roman" w:cs="Times New Roman"/>
          <w:sz w:val="26"/>
          <w:szCs w:val="26"/>
        </w:rPr>
        <w:t>o d</w:t>
      </w:r>
      <w:r w:rsidRPr="005A4BC6">
        <w:rPr>
          <w:rFonts w:ascii="Times New Roman" w:hAnsi="Times New Roman" w:cs="Times New Roman"/>
          <w:sz w:val="26"/>
          <w:szCs w:val="26"/>
        </w:rPr>
        <w:t>ự</w:t>
      </w:r>
      <w:r w:rsidRPr="005A4BC6">
        <w:rPr>
          <w:rFonts w:ascii="Times New Roman" w:hAnsi="Times New Roman" w:cs="Times New Roman"/>
          <w:sz w:val="26"/>
          <w:szCs w:val="26"/>
        </w:rPr>
        <w:t>a trên đơn giá ho</w:t>
      </w:r>
      <w:r w:rsidRPr="005A4BC6">
        <w:rPr>
          <w:rFonts w:ascii="Times New Roman" w:hAnsi="Times New Roman" w:cs="Times New Roman"/>
          <w:sz w:val="26"/>
          <w:szCs w:val="26"/>
        </w:rPr>
        <w:t>ặ</w:t>
      </w:r>
      <w:r w:rsidRPr="005A4BC6">
        <w:rPr>
          <w:rFonts w:ascii="Times New Roman" w:hAnsi="Times New Roman" w:cs="Times New Roman"/>
          <w:sz w:val="26"/>
          <w:szCs w:val="26"/>
        </w:rPr>
        <w:t>c đ</w:t>
      </w:r>
      <w:r w:rsidRPr="005A4BC6">
        <w:rPr>
          <w:rFonts w:ascii="Times New Roman" w:hAnsi="Times New Roman" w:cs="Times New Roman"/>
          <w:sz w:val="26"/>
          <w:szCs w:val="26"/>
        </w:rPr>
        <w:t>ị</w:t>
      </w:r>
      <w:r w:rsidRPr="005A4BC6">
        <w:rPr>
          <w:rFonts w:ascii="Times New Roman" w:hAnsi="Times New Roman" w:cs="Times New Roman"/>
          <w:sz w:val="26"/>
          <w:szCs w:val="26"/>
        </w:rPr>
        <w:t>nh m</w:t>
      </w:r>
      <w:r w:rsidRPr="005A4BC6">
        <w:rPr>
          <w:rFonts w:ascii="Times New Roman" w:hAnsi="Times New Roman" w:cs="Times New Roman"/>
          <w:sz w:val="26"/>
          <w:szCs w:val="26"/>
        </w:rPr>
        <w:t>ứ</w:t>
      </w:r>
      <w:r w:rsidRPr="005A4BC6">
        <w:rPr>
          <w:rFonts w:ascii="Times New Roman" w:hAnsi="Times New Roman" w:cs="Times New Roman"/>
          <w:sz w:val="26"/>
          <w:szCs w:val="26"/>
        </w:rPr>
        <w:t>c do Nhà nư</w:t>
      </w:r>
      <w:r w:rsidRPr="005A4BC6">
        <w:rPr>
          <w:rFonts w:ascii="Times New Roman" w:hAnsi="Times New Roman" w:cs="Times New Roman"/>
          <w:sz w:val="26"/>
          <w:szCs w:val="26"/>
        </w:rPr>
        <w:t>ớ</w:t>
      </w:r>
      <w:r w:rsidRPr="005A4BC6">
        <w:rPr>
          <w:rFonts w:ascii="Times New Roman" w:hAnsi="Times New Roman" w:cs="Times New Roman"/>
          <w:sz w:val="26"/>
          <w:szCs w:val="26"/>
        </w:rPr>
        <w:t>c ban hành. M</w:t>
      </w:r>
      <w:r w:rsidRPr="005A4BC6">
        <w:rPr>
          <w:rFonts w:ascii="Times New Roman" w:hAnsi="Times New Roman" w:cs="Times New Roman"/>
          <w:sz w:val="26"/>
          <w:szCs w:val="26"/>
        </w:rPr>
        <w:t>ỗ</w:t>
      </w:r>
      <w:r w:rsidRPr="005A4BC6">
        <w:rPr>
          <w:rFonts w:ascii="Times New Roman" w:hAnsi="Times New Roman" w:cs="Times New Roman"/>
          <w:sz w:val="26"/>
          <w:szCs w:val="26"/>
        </w:rPr>
        <w:t>i h</w:t>
      </w:r>
      <w:r w:rsidRPr="005A4BC6">
        <w:rPr>
          <w:rFonts w:ascii="Times New Roman" w:hAnsi="Times New Roman" w:cs="Times New Roman"/>
          <w:sz w:val="26"/>
          <w:szCs w:val="26"/>
        </w:rPr>
        <w:t>ợ</w:t>
      </w:r>
      <w:r w:rsidRPr="005A4BC6">
        <w:rPr>
          <w:rFonts w:ascii="Times New Roman" w:hAnsi="Times New Roman" w:cs="Times New Roman"/>
          <w:sz w:val="26"/>
          <w:szCs w:val="26"/>
        </w:rPr>
        <w:t>p đ</w:t>
      </w:r>
      <w:r w:rsidRPr="005A4BC6">
        <w:rPr>
          <w:rFonts w:ascii="Times New Roman" w:hAnsi="Times New Roman" w:cs="Times New Roman"/>
          <w:sz w:val="26"/>
          <w:szCs w:val="26"/>
        </w:rPr>
        <w:t>ồ</w:t>
      </w:r>
      <w:r w:rsidRPr="005A4BC6">
        <w:rPr>
          <w:rFonts w:ascii="Times New Roman" w:hAnsi="Times New Roman" w:cs="Times New Roman"/>
          <w:sz w:val="26"/>
          <w:szCs w:val="26"/>
        </w:rPr>
        <w:t>ng c</w:t>
      </w:r>
      <w:r w:rsidRPr="005A4BC6">
        <w:rPr>
          <w:rFonts w:ascii="Times New Roman" w:hAnsi="Times New Roman" w:cs="Times New Roman"/>
          <w:sz w:val="26"/>
          <w:szCs w:val="26"/>
        </w:rPr>
        <w:t>ụ</w:t>
      </w:r>
      <w:r w:rsidRPr="005A4BC6">
        <w:rPr>
          <w:rFonts w:ascii="Times New Roman" w:hAnsi="Times New Roman" w:cs="Times New Roman"/>
          <w:sz w:val="26"/>
          <w:szCs w:val="26"/>
        </w:rPr>
        <w:t xml:space="preserve"> th</w:t>
      </w:r>
      <w:r w:rsidRPr="005A4BC6">
        <w:rPr>
          <w:rFonts w:ascii="Times New Roman" w:hAnsi="Times New Roman" w:cs="Times New Roman"/>
          <w:sz w:val="26"/>
          <w:szCs w:val="26"/>
        </w:rPr>
        <w:t>ể</w:t>
      </w:r>
      <w:r w:rsidRPr="005A4BC6">
        <w:rPr>
          <w:rFonts w:ascii="Times New Roman" w:hAnsi="Times New Roman" w:cs="Times New Roman"/>
          <w:sz w:val="26"/>
          <w:szCs w:val="26"/>
        </w:rPr>
        <w:t xml:space="preserve"> đư</w:t>
      </w:r>
      <w:r w:rsidRPr="005A4BC6">
        <w:rPr>
          <w:rFonts w:ascii="Times New Roman" w:hAnsi="Times New Roman" w:cs="Times New Roman"/>
          <w:sz w:val="26"/>
          <w:szCs w:val="26"/>
        </w:rPr>
        <w:t>ợ</w:t>
      </w:r>
      <w:r w:rsidRPr="005A4BC6">
        <w:rPr>
          <w:rFonts w:ascii="Times New Roman" w:hAnsi="Times New Roman" w:cs="Times New Roman"/>
          <w:sz w:val="26"/>
          <w:szCs w:val="26"/>
        </w:rPr>
        <w:t>c ký k</w:t>
      </w:r>
      <w:r w:rsidRPr="005A4BC6">
        <w:rPr>
          <w:rFonts w:ascii="Times New Roman" w:hAnsi="Times New Roman" w:cs="Times New Roman"/>
          <w:sz w:val="26"/>
          <w:szCs w:val="26"/>
        </w:rPr>
        <w:t>ế</w:t>
      </w:r>
      <w:r w:rsidRPr="005A4BC6">
        <w:rPr>
          <w:rFonts w:ascii="Times New Roman" w:hAnsi="Times New Roman" w:cs="Times New Roman"/>
          <w:sz w:val="26"/>
          <w:szCs w:val="26"/>
        </w:rPr>
        <w:t>t theo H</w:t>
      </w:r>
      <w:r w:rsidRPr="005A4BC6">
        <w:rPr>
          <w:rFonts w:ascii="Times New Roman" w:hAnsi="Times New Roman" w:cs="Times New Roman"/>
          <w:sz w:val="26"/>
          <w:szCs w:val="26"/>
        </w:rPr>
        <w:t>ợ</w:t>
      </w:r>
      <w:r w:rsidRPr="005A4BC6">
        <w:rPr>
          <w:rFonts w:ascii="Times New Roman" w:hAnsi="Times New Roman" w:cs="Times New Roman"/>
          <w:sz w:val="26"/>
          <w:szCs w:val="26"/>
        </w:rPr>
        <w:t>p đ</w:t>
      </w:r>
      <w:r w:rsidRPr="005A4BC6">
        <w:rPr>
          <w:rFonts w:ascii="Times New Roman" w:hAnsi="Times New Roman" w:cs="Times New Roman"/>
          <w:sz w:val="26"/>
          <w:szCs w:val="26"/>
        </w:rPr>
        <w:t>ồ</w:t>
      </w:r>
      <w:r w:rsidRPr="005A4BC6">
        <w:rPr>
          <w:rFonts w:ascii="Times New Roman" w:hAnsi="Times New Roman" w:cs="Times New Roman"/>
          <w:sz w:val="26"/>
          <w:szCs w:val="26"/>
        </w:rPr>
        <w:t>ng</w:t>
      </w:r>
      <w:r w:rsidRPr="005A4BC6">
        <w:rPr>
          <w:rFonts w:ascii="Times New Roman" w:hAnsi="Times New Roman" w:cs="Times New Roman"/>
          <w:sz w:val="26"/>
          <w:szCs w:val="26"/>
        </w:rPr>
        <w:t xml:space="preserve"> giao vi</w:t>
      </w:r>
      <w:r w:rsidRPr="005A4BC6">
        <w:rPr>
          <w:rFonts w:ascii="Times New Roman" w:hAnsi="Times New Roman" w:cs="Times New Roman"/>
          <w:sz w:val="26"/>
          <w:szCs w:val="26"/>
        </w:rPr>
        <w:t>ệ</w:t>
      </w:r>
      <w:r w:rsidRPr="005A4BC6">
        <w:rPr>
          <w:rFonts w:ascii="Times New Roman" w:hAnsi="Times New Roman" w:cs="Times New Roman"/>
          <w:sz w:val="26"/>
          <w:szCs w:val="26"/>
        </w:rPr>
        <w:t>c ho</w:t>
      </w:r>
      <w:r w:rsidRPr="005A4BC6">
        <w:rPr>
          <w:rFonts w:ascii="Times New Roman" w:hAnsi="Times New Roman" w:cs="Times New Roman"/>
          <w:sz w:val="26"/>
          <w:szCs w:val="26"/>
        </w:rPr>
        <w:t>ặ</w:t>
      </w:r>
      <w:r w:rsidRPr="005A4BC6">
        <w:rPr>
          <w:rFonts w:ascii="Times New Roman" w:hAnsi="Times New Roman" w:cs="Times New Roman"/>
          <w:sz w:val="26"/>
          <w:szCs w:val="26"/>
        </w:rPr>
        <w:t>c Ph</w:t>
      </w:r>
      <w:r w:rsidRPr="005A4BC6">
        <w:rPr>
          <w:rFonts w:ascii="Times New Roman" w:hAnsi="Times New Roman" w:cs="Times New Roman"/>
          <w:sz w:val="26"/>
          <w:szCs w:val="26"/>
        </w:rPr>
        <w:t>ụ</w:t>
      </w:r>
      <w:r w:rsidRPr="005A4BC6">
        <w:rPr>
          <w:rFonts w:ascii="Times New Roman" w:hAnsi="Times New Roman" w:cs="Times New Roman"/>
          <w:sz w:val="26"/>
          <w:szCs w:val="26"/>
        </w:rPr>
        <w:t xml:space="preserve"> l</w:t>
      </w:r>
      <w:r w:rsidRPr="005A4BC6">
        <w:rPr>
          <w:rFonts w:ascii="Times New Roman" w:hAnsi="Times New Roman" w:cs="Times New Roman"/>
          <w:sz w:val="26"/>
          <w:szCs w:val="26"/>
        </w:rPr>
        <w:t>ụ</w:t>
      </w:r>
      <w:r w:rsidRPr="005A4BC6">
        <w:rPr>
          <w:rFonts w:ascii="Times New Roman" w:hAnsi="Times New Roman" w:cs="Times New Roman"/>
          <w:sz w:val="26"/>
          <w:szCs w:val="26"/>
        </w:rPr>
        <w:t>c h</w:t>
      </w:r>
      <w:r w:rsidRPr="005A4BC6">
        <w:rPr>
          <w:rFonts w:ascii="Times New Roman" w:hAnsi="Times New Roman" w:cs="Times New Roman"/>
          <w:sz w:val="26"/>
          <w:szCs w:val="26"/>
        </w:rPr>
        <w:t>ợ</w:t>
      </w:r>
      <w:r w:rsidRPr="005A4BC6">
        <w:rPr>
          <w:rFonts w:ascii="Times New Roman" w:hAnsi="Times New Roman" w:cs="Times New Roman"/>
          <w:sz w:val="26"/>
          <w:szCs w:val="26"/>
        </w:rPr>
        <w:t>p đ</w:t>
      </w:r>
      <w:r w:rsidRPr="005A4BC6">
        <w:rPr>
          <w:rFonts w:ascii="Times New Roman" w:hAnsi="Times New Roman" w:cs="Times New Roman"/>
          <w:sz w:val="26"/>
          <w:szCs w:val="26"/>
        </w:rPr>
        <w:t>ồ</w:t>
      </w:r>
      <w:r w:rsidRPr="005A4BC6">
        <w:rPr>
          <w:rFonts w:ascii="Times New Roman" w:hAnsi="Times New Roman" w:cs="Times New Roman"/>
          <w:sz w:val="26"/>
          <w:szCs w:val="26"/>
        </w:rPr>
        <w:t>ng c</w:t>
      </w:r>
      <w:r w:rsidRPr="005A4BC6">
        <w:rPr>
          <w:rFonts w:ascii="Times New Roman" w:hAnsi="Times New Roman" w:cs="Times New Roman"/>
          <w:sz w:val="26"/>
          <w:szCs w:val="26"/>
        </w:rPr>
        <w:t>ủ</w:t>
      </w:r>
      <w:r w:rsidRPr="005A4BC6">
        <w:rPr>
          <w:rFonts w:ascii="Times New Roman" w:hAnsi="Times New Roman" w:cs="Times New Roman"/>
          <w:sz w:val="26"/>
          <w:szCs w:val="26"/>
        </w:rPr>
        <w:t>a văn b</w:t>
      </w:r>
      <w:r w:rsidRPr="005A4BC6">
        <w:rPr>
          <w:rFonts w:ascii="Times New Roman" w:hAnsi="Times New Roman" w:cs="Times New Roman"/>
          <w:sz w:val="26"/>
          <w:szCs w:val="26"/>
        </w:rPr>
        <w:t>ả</w:t>
      </w:r>
      <w:r w:rsidRPr="005A4BC6">
        <w:rPr>
          <w:rFonts w:ascii="Times New Roman" w:hAnsi="Times New Roman" w:cs="Times New Roman"/>
          <w:sz w:val="26"/>
          <w:szCs w:val="26"/>
        </w:rPr>
        <w:t>n này.</w:t>
      </w:r>
    </w:p>
    <w:p w:rsidR="00A81299" w:rsidRPr="005A4BC6" w:rsidRDefault="005A4BC6">
      <w:pPr>
        <w:pStyle w:val="Heading2"/>
        <w:rPr>
          <w:rFonts w:ascii="Times New Roman" w:hAnsi="Times New Roman" w:cs="Times New Roman"/>
          <w:color w:val="auto"/>
        </w:rPr>
      </w:pPr>
      <w:r w:rsidRPr="005A4BC6">
        <w:rPr>
          <w:rFonts w:ascii="Times New Roman" w:hAnsi="Times New Roman" w:cs="Times New Roman"/>
          <w:color w:val="auto"/>
        </w:rPr>
        <w:t>Đi</w:t>
      </w:r>
      <w:r w:rsidRPr="005A4BC6">
        <w:rPr>
          <w:rFonts w:ascii="Times New Roman" w:hAnsi="Times New Roman" w:cs="Times New Roman"/>
          <w:color w:val="auto"/>
        </w:rPr>
        <w:t>ề</w:t>
      </w:r>
      <w:r w:rsidRPr="005A4BC6">
        <w:rPr>
          <w:rFonts w:ascii="Times New Roman" w:hAnsi="Times New Roman" w:cs="Times New Roman"/>
          <w:color w:val="auto"/>
        </w:rPr>
        <w:t>u 4. Th</w:t>
      </w:r>
      <w:r w:rsidRPr="005A4BC6">
        <w:rPr>
          <w:rFonts w:ascii="Times New Roman" w:hAnsi="Times New Roman" w:cs="Times New Roman"/>
          <w:color w:val="auto"/>
        </w:rPr>
        <w:t>ờ</w:t>
      </w:r>
      <w:r w:rsidRPr="005A4BC6">
        <w:rPr>
          <w:rFonts w:ascii="Times New Roman" w:hAnsi="Times New Roman" w:cs="Times New Roman"/>
          <w:color w:val="auto"/>
        </w:rPr>
        <w:t>i h</w:t>
      </w:r>
      <w:r w:rsidRPr="005A4BC6">
        <w:rPr>
          <w:rFonts w:ascii="Times New Roman" w:hAnsi="Times New Roman" w:cs="Times New Roman"/>
          <w:color w:val="auto"/>
        </w:rPr>
        <w:t>ạ</w:t>
      </w:r>
      <w:r w:rsidRPr="005A4BC6">
        <w:rPr>
          <w:rFonts w:ascii="Times New Roman" w:hAnsi="Times New Roman" w:cs="Times New Roman"/>
          <w:color w:val="auto"/>
        </w:rPr>
        <w:t>n và hi</w:t>
      </w:r>
      <w:r w:rsidRPr="005A4BC6">
        <w:rPr>
          <w:rFonts w:ascii="Times New Roman" w:hAnsi="Times New Roman" w:cs="Times New Roman"/>
          <w:color w:val="auto"/>
        </w:rPr>
        <w:t>ệ</w:t>
      </w:r>
      <w:r w:rsidRPr="005A4BC6">
        <w:rPr>
          <w:rFonts w:ascii="Times New Roman" w:hAnsi="Times New Roman" w:cs="Times New Roman"/>
          <w:color w:val="auto"/>
        </w:rPr>
        <w:t>u l</w:t>
      </w:r>
      <w:r w:rsidRPr="005A4BC6">
        <w:rPr>
          <w:rFonts w:ascii="Times New Roman" w:hAnsi="Times New Roman" w:cs="Times New Roman"/>
          <w:color w:val="auto"/>
        </w:rPr>
        <w:t>ự</w:t>
      </w:r>
      <w:r w:rsidRPr="005A4BC6">
        <w:rPr>
          <w:rFonts w:ascii="Times New Roman" w:hAnsi="Times New Roman" w:cs="Times New Roman"/>
          <w:color w:val="auto"/>
        </w:rPr>
        <w:t>c h</w:t>
      </w:r>
      <w:r w:rsidRPr="005A4BC6">
        <w:rPr>
          <w:rFonts w:ascii="Times New Roman" w:hAnsi="Times New Roman" w:cs="Times New Roman"/>
          <w:color w:val="auto"/>
        </w:rPr>
        <w:t>ợ</w:t>
      </w:r>
      <w:r w:rsidRPr="005A4BC6">
        <w:rPr>
          <w:rFonts w:ascii="Times New Roman" w:hAnsi="Times New Roman" w:cs="Times New Roman"/>
          <w:color w:val="auto"/>
        </w:rPr>
        <w:t>p đ</w:t>
      </w:r>
      <w:r w:rsidRPr="005A4BC6">
        <w:rPr>
          <w:rFonts w:ascii="Times New Roman" w:hAnsi="Times New Roman" w:cs="Times New Roman"/>
          <w:color w:val="auto"/>
        </w:rPr>
        <w:t>ồ</w:t>
      </w:r>
      <w:r w:rsidRPr="005A4BC6">
        <w:rPr>
          <w:rFonts w:ascii="Times New Roman" w:hAnsi="Times New Roman" w:cs="Times New Roman"/>
          <w:color w:val="auto"/>
        </w:rPr>
        <w:t>ng</w:t>
      </w:r>
    </w:p>
    <w:p w:rsidR="00A81299" w:rsidRPr="005A4BC6" w:rsidRDefault="005A4BC6">
      <w:pPr>
        <w:rPr>
          <w:rFonts w:ascii="Times New Roman" w:hAnsi="Times New Roman" w:cs="Times New Roman"/>
          <w:sz w:val="26"/>
          <w:szCs w:val="26"/>
        </w:rPr>
      </w:pPr>
      <w:r w:rsidRPr="005A4BC6">
        <w:rPr>
          <w:rFonts w:ascii="Times New Roman" w:hAnsi="Times New Roman" w:cs="Times New Roman"/>
          <w:sz w:val="26"/>
          <w:szCs w:val="26"/>
        </w:rPr>
        <w:t>H</w:t>
      </w:r>
      <w:r w:rsidRPr="005A4BC6">
        <w:rPr>
          <w:rFonts w:ascii="Times New Roman" w:hAnsi="Times New Roman" w:cs="Times New Roman"/>
          <w:sz w:val="26"/>
          <w:szCs w:val="26"/>
        </w:rPr>
        <w:t>ợ</w:t>
      </w:r>
      <w:r w:rsidRPr="005A4BC6">
        <w:rPr>
          <w:rFonts w:ascii="Times New Roman" w:hAnsi="Times New Roman" w:cs="Times New Roman"/>
          <w:sz w:val="26"/>
          <w:szCs w:val="26"/>
        </w:rPr>
        <w:t>p đ</w:t>
      </w:r>
      <w:r w:rsidRPr="005A4BC6">
        <w:rPr>
          <w:rFonts w:ascii="Times New Roman" w:hAnsi="Times New Roman" w:cs="Times New Roman"/>
          <w:sz w:val="26"/>
          <w:szCs w:val="26"/>
        </w:rPr>
        <w:t>ồ</w:t>
      </w:r>
      <w:r w:rsidRPr="005A4BC6">
        <w:rPr>
          <w:rFonts w:ascii="Times New Roman" w:hAnsi="Times New Roman" w:cs="Times New Roman"/>
          <w:sz w:val="26"/>
          <w:szCs w:val="26"/>
        </w:rPr>
        <w:t>ng nguyên t</w:t>
      </w:r>
      <w:r w:rsidRPr="005A4BC6">
        <w:rPr>
          <w:rFonts w:ascii="Times New Roman" w:hAnsi="Times New Roman" w:cs="Times New Roman"/>
          <w:sz w:val="26"/>
          <w:szCs w:val="26"/>
        </w:rPr>
        <w:t>ắ</w:t>
      </w:r>
      <w:r w:rsidRPr="005A4BC6">
        <w:rPr>
          <w:rFonts w:ascii="Times New Roman" w:hAnsi="Times New Roman" w:cs="Times New Roman"/>
          <w:sz w:val="26"/>
          <w:szCs w:val="26"/>
        </w:rPr>
        <w:t>c có hi</w:t>
      </w:r>
      <w:r w:rsidRPr="005A4BC6">
        <w:rPr>
          <w:rFonts w:ascii="Times New Roman" w:hAnsi="Times New Roman" w:cs="Times New Roman"/>
          <w:sz w:val="26"/>
          <w:szCs w:val="26"/>
        </w:rPr>
        <w:t>ệ</w:t>
      </w:r>
      <w:r w:rsidRPr="005A4BC6">
        <w:rPr>
          <w:rFonts w:ascii="Times New Roman" w:hAnsi="Times New Roman" w:cs="Times New Roman"/>
          <w:sz w:val="26"/>
          <w:szCs w:val="26"/>
        </w:rPr>
        <w:t>u l</w:t>
      </w:r>
      <w:r w:rsidRPr="005A4BC6">
        <w:rPr>
          <w:rFonts w:ascii="Times New Roman" w:hAnsi="Times New Roman" w:cs="Times New Roman"/>
          <w:sz w:val="26"/>
          <w:szCs w:val="26"/>
        </w:rPr>
        <w:t>ự</w:t>
      </w:r>
      <w:r w:rsidRPr="005A4BC6">
        <w:rPr>
          <w:rFonts w:ascii="Times New Roman" w:hAnsi="Times New Roman" w:cs="Times New Roman"/>
          <w:sz w:val="26"/>
          <w:szCs w:val="26"/>
        </w:rPr>
        <w:t>c t</w:t>
      </w:r>
      <w:r w:rsidRPr="005A4BC6">
        <w:rPr>
          <w:rFonts w:ascii="Times New Roman" w:hAnsi="Times New Roman" w:cs="Times New Roman"/>
          <w:sz w:val="26"/>
          <w:szCs w:val="26"/>
        </w:rPr>
        <w:t>ừ</w:t>
      </w:r>
      <w:r w:rsidRPr="005A4BC6">
        <w:rPr>
          <w:rFonts w:ascii="Times New Roman" w:hAnsi="Times New Roman" w:cs="Times New Roman"/>
          <w:sz w:val="26"/>
          <w:szCs w:val="26"/>
        </w:rPr>
        <w:t xml:space="preserve"> ngày ký và kéo dài trong th</w:t>
      </w:r>
      <w:r w:rsidRPr="005A4BC6">
        <w:rPr>
          <w:rFonts w:ascii="Times New Roman" w:hAnsi="Times New Roman" w:cs="Times New Roman"/>
          <w:sz w:val="26"/>
          <w:szCs w:val="26"/>
        </w:rPr>
        <w:t>ờ</w:t>
      </w:r>
      <w:r w:rsidRPr="005A4BC6">
        <w:rPr>
          <w:rFonts w:ascii="Times New Roman" w:hAnsi="Times New Roman" w:cs="Times New Roman"/>
          <w:sz w:val="26"/>
          <w:szCs w:val="26"/>
        </w:rPr>
        <w:t>i gian … năm ho</w:t>
      </w:r>
      <w:r w:rsidRPr="005A4BC6">
        <w:rPr>
          <w:rFonts w:ascii="Times New Roman" w:hAnsi="Times New Roman" w:cs="Times New Roman"/>
          <w:sz w:val="26"/>
          <w:szCs w:val="26"/>
        </w:rPr>
        <w:t>ặ</w:t>
      </w:r>
      <w:r w:rsidRPr="005A4BC6">
        <w:rPr>
          <w:rFonts w:ascii="Times New Roman" w:hAnsi="Times New Roman" w:cs="Times New Roman"/>
          <w:sz w:val="26"/>
          <w:szCs w:val="26"/>
        </w:rPr>
        <w:t>c cho đ</w:t>
      </w:r>
      <w:r w:rsidRPr="005A4BC6">
        <w:rPr>
          <w:rFonts w:ascii="Times New Roman" w:hAnsi="Times New Roman" w:cs="Times New Roman"/>
          <w:sz w:val="26"/>
          <w:szCs w:val="26"/>
        </w:rPr>
        <w:t>ế</w:t>
      </w:r>
      <w:r w:rsidRPr="005A4BC6">
        <w:rPr>
          <w:rFonts w:ascii="Times New Roman" w:hAnsi="Times New Roman" w:cs="Times New Roman"/>
          <w:sz w:val="26"/>
          <w:szCs w:val="26"/>
        </w:rPr>
        <w:t>n khi hai bên ký k</w:t>
      </w:r>
      <w:r w:rsidRPr="005A4BC6">
        <w:rPr>
          <w:rFonts w:ascii="Times New Roman" w:hAnsi="Times New Roman" w:cs="Times New Roman"/>
          <w:sz w:val="26"/>
          <w:szCs w:val="26"/>
        </w:rPr>
        <w:t>ế</w:t>
      </w:r>
      <w:r w:rsidRPr="005A4BC6">
        <w:rPr>
          <w:rFonts w:ascii="Times New Roman" w:hAnsi="Times New Roman" w:cs="Times New Roman"/>
          <w:sz w:val="26"/>
          <w:szCs w:val="26"/>
        </w:rPr>
        <w:t>t h</w:t>
      </w:r>
      <w:r w:rsidRPr="005A4BC6">
        <w:rPr>
          <w:rFonts w:ascii="Times New Roman" w:hAnsi="Times New Roman" w:cs="Times New Roman"/>
          <w:sz w:val="26"/>
          <w:szCs w:val="26"/>
        </w:rPr>
        <w:t>ợ</w:t>
      </w:r>
      <w:r w:rsidRPr="005A4BC6">
        <w:rPr>
          <w:rFonts w:ascii="Times New Roman" w:hAnsi="Times New Roman" w:cs="Times New Roman"/>
          <w:sz w:val="26"/>
          <w:szCs w:val="26"/>
        </w:rPr>
        <w:t>p đ</w:t>
      </w:r>
      <w:r w:rsidRPr="005A4BC6">
        <w:rPr>
          <w:rFonts w:ascii="Times New Roman" w:hAnsi="Times New Roman" w:cs="Times New Roman"/>
          <w:sz w:val="26"/>
          <w:szCs w:val="26"/>
        </w:rPr>
        <w:t>ồ</w:t>
      </w:r>
      <w:r w:rsidRPr="005A4BC6">
        <w:rPr>
          <w:rFonts w:ascii="Times New Roman" w:hAnsi="Times New Roman" w:cs="Times New Roman"/>
          <w:sz w:val="26"/>
          <w:szCs w:val="26"/>
        </w:rPr>
        <w:t>ng thay th</w:t>
      </w:r>
      <w:r w:rsidRPr="005A4BC6">
        <w:rPr>
          <w:rFonts w:ascii="Times New Roman" w:hAnsi="Times New Roman" w:cs="Times New Roman"/>
          <w:sz w:val="26"/>
          <w:szCs w:val="26"/>
        </w:rPr>
        <w:t>ế</w:t>
      </w:r>
      <w:r w:rsidRPr="005A4BC6">
        <w:rPr>
          <w:rFonts w:ascii="Times New Roman" w:hAnsi="Times New Roman" w:cs="Times New Roman"/>
          <w:sz w:val="26"/>
          <w:szCs w:val="26"/>
        </w:rPr>
        <w:t>.</w:t>
      </w:r>
    </w:p>
    <w:p w:rsidR="00A81299" w:rsidRPr="005A4BC6" w:rsidRDefault="005A4BC6">
      <w:pPr>
        <w:pStyle w:val="Heading2"/>
        <w:rPr>
          <w:rFonts w:ascii="Times New Roman" w:hAnsi="Times New Roman" w:cs="Times New Roman"/>
          <w:color w:val="auto"/>
        </w:rPr>
      </w:pPr>
      <w:r w:rsidRPr="005A4BC6">
        <w:rPr>
          <w:rFonts w:ascii="Times New Roman" w:hAnsi="Times New Roman" w:cs="Times New Roman"/>
          <w:color w:val="auto"/>
        </w:rPr>
        <w:t>Đi</w:t>
      </w:r>
      <w:r w:rsidRPr="005A4BC6">
        <w:rPr>
          <w:rFonts w:ascii="Times New Roman" w:hAnsi="Times New Roman" w:cs="Times New Roman"/>
          <w:color w:val="auto"/>
        </w:rPr>
        <w:t>ề</w:t>
      </w:r>
      <w:r w:rsidRPr="005A4BC6">
        <w:rPr>
          <w:rFonts w:ascii="Times New Roman" w:hAnsi="Times New Roman" w:cs="Times New Roman"/>
          <w:color w:val="auto"/>
        </w:rPr>
        <w:t>u 5. Quy</w:t>
      </w:r>
      <w:r w:rsidRPr="005A4BC6">
        <w:rPr>
          <w:rFonts w:ascii="Times New Roman" w:hAnsi="Times New Roman" w:cs="Times New Roman"/>
          <w:color w:val="auto"/>
        </w:rPr>
        <w:t>ề</w:t>
      </w:r>
      <w:r w:rsidRPr="005A4BC6">
        <w:rPr>
          <w:rFonts w:ascii="Times New Roman" w:hAnsi="Times New Roman" w:cs="Times New Roman"/>
          <w:color w:val="auto"/>
        </w:rPr>
        <w:t>n và nghĩa v</w:t>
      </w:r>
      <w:r w:rsidRPr="005A4BC6">
        <w:rPr>
          <w:rFonts w:ascii="Times New Roman" w:hAnsi="Times New Roman" w:cs="Times New Roman"/>
          <w:color w:val="auto"/>
        </w:rPr>
        <w:t>ụ</w:t>
      </w:r>
      <w:r w:rsidRPr="005A4BC6">
        <w:rPr>
          <w:rFonts w:ascii="Times New Roman" w:hAnsi="Times New Roman" w:cs="Times New Roman"/>
          <w:color w:val="auto"/>
        </w:rPr>
        <w:t xml:space="preserve"> c</w:t>
      </w:r>
      <w:r w:rsidRPr="005A4BC6">
        <w:rPr>
          <w:rFonts w:ascii="Times New Roman" w:hAnsi="Times New Roman" w:cs="Times New Roman"/>
          <w:color w:val="auto"/>
        </w:rPr>
        <w:t>ủ</w:t>
      </w:r>
      <w:r w:rsidRPr="005A4BC6">
        <w:rPr>
          <w:rFonts w:ascii="Times New Roman" w:hAnsi="Times New Roman" w:cs="Times New Roman"/>
          <w:color w:val="auto"/>
        </w:rPr>
        <w:t>a các bên</w:t>
      </w:r>
    </w:p>
    <w:p w:rsidR="00A81299" w:rsidRPr="005A4BC6" w:rsidRDefault="005A4BC6">
      <w:pPr>
        <w:rPr>
          <w:rFonts w:ascii="Times New Roman" w:hAnsi="Times New Roman" w:cs="Times New Roman"/>
          <w:sz w:val="26"/>
          <w:szCs w:val="26"/>
        </w:rPr>
      </w:pPr>
      <w:r w:rsidRPr="005A4BC6">
        <w:rPr>
          <w:rFonts w:ascii="Times New Roman" w:hAnsi="Times New Roman" w:cs="Times New Roman"/>
          <w:sz w:val="26"/>
          <w:szCs w:val="26"/>
        </w:rPr>
        <w:t>Bên</w:t>
      </w:r>
      <w:r w:rsidRPr="005A4BC6">
        <w:rPr>
          <w:rFonts w:ascii="Times New Roman" w:hAnsi="Times New Roman" w:cs="Times New Roman"/>
          <w:sz w:val="26"/>
          <w:szCs w:val="26"/>
        </w:rPr>
        <w:t xml:space="preserve"> A:</w:t>
      </w:r>
      <w:r w:rsidRPr="005A4BC6">
        <w:rPr>
          <w:rFonts w:ascii="Times New Roman" w:hAnsi="Times New Roman" w:cs="Times New Roman"/>
          <w:sz w:val="26"/>
          <w:szCs w:val="26"/>
        </w:rPr>
        <w:br/>
        <w:t>- Cung c</w:t>
      </w:r>
      <w:r w:rsidRPr="005A4BC6">
        <w:rPr>
          <w:rFonts w:ascii="Times New Roman" w:hAnsi="Times New Roman" w:cs="Times New Roman"/>
          <w:sz w:val="26"/>
          <w:szCs w:val="26"/>
        </w:rPr>
        <w:t>ấ</w:t>
      </w:r>
      <w:r w:rsidRPr="005A4BC6">
        <w:rPr>
          <w:rFonts w:ascii="Times New Roman" w:hAnsi="Times New Roman" w:cs="Times New Roman"/>
          <w:sz w:val="26"/>
          <w:szCs w:val="26"/>
        </w:rPr>
        <w:t>p đ</w:t>
      </w:r>
      <w:r w:rsidRPr="005A4BC6">
        <w:rPr>
          <w:rFonts w:ascii="Times New Roman" w:hAnsi="Times New Roman" w:cs="Times New Roman"/>
          <w:sz w:val="26"/>
          <w:szCs w:val="26"/>
        </w:rPr>
        <w:t>ầ</w:t>
      </w:r>
      <w:r w:rsidRPr="005A4BC6">
        <w:rPr>
          <w:rFonts w:ascii="Times New Roman" w:hAnsi="Times New Roman" w:cs="Times New Roman"/>
          <w:sz w:val="26"/>
          <w:szCs w:val="26"/>
        </w:rPr>
        <w:t>y đ</w:t>
      </w:r>
      <w:r w:rsidRPr="005A4BC6">
        <w:rPr>
          <w:rFonts w:ascii="Times New Roman" w:hAnsi="Times New Roman" w:cs="Times New Roman"/>
          <w:sz w:val="26"/>
          <w:szCs w:val="26"/>
        </w:rPr>
        <w:t>ủ</w:t>
      </w:r>
      <w:r w:rsidRPr="005A4BC6">
        <w:rPr>
          <w:rFonts w:ascii="Times New Roman" w:hAnsi="Times New Roman" w:cs="Times New Roman"/>
          <w:sz w:val="26"/>
          <w:szCs w:val="26"/>
        </w:rPr>
        <w:t xml:space="preserve"> h</w:t>
      </w:r>
      <w:r w:rsidRPr="005A4BC6">
        <w:rPr>
          <w:rFonts w:ascii="Times New Roman" w:hAnsi="Times New Roman" w:cs="Times New Roman"/>
          <w:sz w:val="26"/>
          <w:szCs w:val="26"/>
        </w:rPr>
        <w:t>ồ</w:t>
      </w:r>
      <w:r w:rsidRPr="005A4BC6">
        <w:rPr>
          <w:rFonts w:ascii="Times New Roman" w:hAnsi="Times New Roman" w:cs="Times New Roman"/>
          <w:sz w:val="26"/>
          <w:szCs w:val="26"/>
        </w:rPr>
        <w:t xml:space="preserve"> sơ, tài li</w:t>
      </w:r>
      <w:r w:rsidRPr="005A4BC6">
        <w:rPr>
          <w:rFonts w:ascii="Times New Roman" w:hAnsi="Times New Roman" w:cs="Times New Roman"/>
          <w:sz w:val="26"/>
          <w:szCs w:val="26"/>
        </w:rPr>
        <w:t>ệ</w:t>
      </w:r>
      <w:r w:rsidRPr="005A4BC6">
        <w:rPr>
          <w:rFonts w:ascii="Times New Roman" w:hAnsi="Times New Roman" w:cs="Times New Roman"/>
          <w:sz w:val="26"/>
          <w:szCs w:val="26"/>
        </w:rPr>
        <w:t>u, m</w:t>
      </w:r>
      <w:r w:rsidRPr="005A4BC6">
        <w:rPr>
          <w:rFonts w:ascii="Times New Roman" w:hAnsi="Times New Roman" w:cs="Times New Roman"/>
          <w:sz w:val="26"/>
          <w:szCs w:val="26"/>
        </w:rPr>
        <w:t>ố</w:t>
      </w:r>
      <w:r w:rsidRPr="005A4BC6">
        <w:rPr>
          <w:rFonts w:ascii="Times New Roman" w:hAnsi="Times New Roman" w:cs="Times New Roman"/>
          <w:sz w:val="26"/>
          <w:szCs w:val="26"/>
        </w:rPr>
        <w:t>c gi</w:t>
      </w:r>
      <w:r w:rsidRPr="005A4BC6">
        <w:rPr>
          <w:rFonts w:ascii="Times New Roman" w:hAnsi="Times New Roman" w:cs="Times New Roman"/>
          <w:sz w:val="26"/>
          <w:szCs w:val="26"/>
        </w:rPr>
        <w:t>ớ</w:t>
      </w:r>
      <w:r w:rsidRPr="005A4BC6">
        <w:rPr>
          <w:rFonts w:ascii="Times New Roman" w:hAnsi="Times New Roman" w:cs="Times New Roman"/>
          <w:sz w:val="26"/>
          <w:szCs w:val="26"/>
        </w:rPr>
        <w:t>i, yêu c</w:t>
      </w:r>
      <w:r w:rsidRPr="005A4BC6">
        <w:rPr>
          <w:rFonts w:ascii="Times New Roman" w:hAnsi="Times New Roman" w:cs="Times New Roman"/>
          <w:sz w:val="26"/>
          <w:szCs w:val="26"/>
        </w:rPr>
        <w:t>ầ</w:t>
      </w:r>
      <w:r w:rsidRPr="005A4BC6">
        <w:rPr>
          <w:rFonts w:ascii="Times New Roman" w:hAnsi="Times New Roman" w:cs="Times New Roman"/>
          <w:sz w:val="26"/>
          <w:szCs w:val="26"/>
        </w:rPr>
        <w:t>u k</w:t>
      </w:r>
      <w:r w:rsidRPr="005A4BC6">
        <w:rPr>
          <w:rFonts w:ascii="Times New Roman" w:hAnsi="Times New Roman" w:cs="Times New Roman"/>
          <w:sz w:val="26"/>
          <w:szCs w:val="26"/>
        </w:rPr>
        <w:t>ỹ</w:t>
      </w:r>
      <w:r w:rsidRPr="005A4BC6">
        <w:rPr>
          <w:rFonts w:ascii="Times New Roman" w:hAnsi="Times New Roman" w:cs="Times New Roman"/>
          <w:sz w:val="26"/>
          <w:szCs w:val="26"/>
        </w:rPr>
        <w:t xml:space="preserve"> thu</w:t>
      </w:r>
      <w:r w:rsidRPr="005A4BC6">
        <w:rPr>
          <w:rFonts w:ascii="Times New Roman" w:hAnsi="Times New Roman" w:cs="Times New Roman"/>
          <w:sz w:val="26"/>
          <w:szCs w:val="26"/>
        </w:rPr>
        <w:t>ậ</w:t>
      </w:r>
      <w:r w:rsidRPr="005A4BC6">
        <w:rPr>
          <w:rFonts w:ascii="Times New Roman" w:hAnsi="Times New Roman" w:cs="Times New Roman"/>
          <w:sz w:val="26"/>
          <w:szCs w:val="26"/>
        </w:rPr>
        <w:t>t.</w:t>
      </w:r>
      <w:r w:rsidRPr="005A4BC6">
        <w:rPr>
          <w:rFonts w:ascii="Times New Roman" w:hAnsi="Times New Roman" w:cs="Times New Roman"/>
          <w:sz w:val="26"/>
          <w:szCs w:val="26"/>
        </w:rPr>
        <w:br/>
        <w:t>- Thanh toán đúng h</w:t>
      </w:r>
      <w:r w:rsidRPr="005A4BC6">
        <w:rPr>
          <w:rFonts w:ascii="Times New Roman" w:hAnsi="Times New Roman" w:cs="Times New Roman"/>
          <w:sz w:val="26"/>
          <w:szCs w:val="26"/>
        </w:rPr>
        <w:t>ạ</w:t>
      </w:r>
      <w:r w:rsidRPr="005A4BC6">
        <w:rPr>
          <w:rFonts w:ascii="Times New Roman" w:hAnsi="Times New Roman" w:cs="Times New Roman"/>
          <w:sz w:val="26"/>
          <w:szCs w:val="26"/>
        </w:rPr>
        <w:t>n theo các h</w:t>
      </w:r>
      <w:r w:rsidRPr="005A4BC6">
        <w:rPr>
          <w:rFonts w:ascii="Times New Roman" w:hAnsi="Times New Roman" w:cs="Times New Roman"/>
          <w:sz w:val="26"/>
          <w:szCs w:val="26"/>
        </w:rPr>
        <w:t>ợ</w:t>
      </w:r>
      <w:r w:rsidRPr="005A4BC6">
        <w:rPr>
          <w:rFonts w:ascii="Times New Roman" w:hAnsi="Times New Roman" w:cs="Times New Roman"/>
          <w:sz w:val="26"/>
          <w:szCs w:val="26"/>
        </w:rPr>
        <w:t>p đ</w:t>
      </w:r>
      <w:r w:rsidRPr="005A4BC6">
        <w:rPr>
          <w:rFonts w:ascii="Times New Roman" w:hAnsi="Times New Roman" w:cs="Times New Roman"/>
          <w:sz w:val="26"/>
          <w:szCs w:val="26"/>
        </w:rPr>
        <w:t>ồ</w:t>
      </w:r>
      <w:r w:rsidRPr="005A4BC6">
        <w:rPr>
          <w:rFonts w:ascii="Times New Roman" w:hAnsi="Times New Roman" w:cs="Times New Roman"/>
          <w:sz w:val="26"/>
          <w:szCs w:val="26"/>
        </w:rPr>
        <w:t>ng c</w:t>
      </w:r>
      <w:r w:rsidRPr="005A4BC6">
        <w:rPr>
          <w:rFonts w:ascii="Times New Roman" w:hAnsi="Times New Roman" w:cs="Times New Roman"/>
          <w:sz w:val="26"/>
          <w:szCs w:val="26"/>
        </w:rPr>
        <w:t>ụ</w:t>
      </w:r>
      <w:r w:rsidRPr="005A4BC6">
        <w:rPr>
          <w:rFonts w:ascii="Times New Roman" w:hAnsi="Times New Roman" w:cs="Times New Roman"/>
          <w:sz w:val="26"/>
          <w:szCs w:val="26"/>
        </w:rPr>
        <w:t xml:space="preserve"> th</w:t>
      </w:r>
      <w:r w:rsidRPr="005A4BC6">
        <w:rPr>
          <w:rFonts w:ascii="Times New Roman" w:hAnsi="Times New Roman" w:cs="Times New Roman"/>
          <w:sz w:val="26"/>
          <w:szCs w:val="26"/>
        </w:rPr>
        <w:t>ể</w:t>
      </w:r>
      <w:r w:rsidRPr="005A4BC6">
        <w:rPr>
          <w:rFonts w:ascii="Times New Roman" w:hAnsi="Times New Roman" w:cs="Times New Roman"/>
          <w:sz w:val="26"/>
          <w:szCs w:val="26"/>
        </w:rPr>
        <w:t>.</w:t>
      </w:r>
      <w:r w:rsidRPr="005A4BC6">
        <w:rPr>
          <w:rFonts w:ascii="Times New Roman" w:hAnsi="Times New Roman" w:cs="Times New Roman"/>
          <w:sz w:val="26"/>
          <w:szCs w:val="26"/>
        </w:rPr>
        <w:br/>
      </w:r>
      <w:r w:rsidRPr="005A4BC6">
        <w:rPr>
          <w:rFonts w:ascii="Times New Roman" w:hAnsi="Times New Roman" w:cs="Times New Roman"/>
          <w:sz w:val="26"/>
          <w:szCs w:val="26"/>
        </w:rPr>
        <w:br/>
        <w:t>Bên B:</w:t>
      </w:r>
      <w:r w:rsidRPr="005A4BC6">
        <w:rPr>
          <w:rFonts w:ascii="Times New Roman" w:hAnsi="Times New Roman" w:cs="Times New Roman"/>
          <w:sz w:val="26"/>
          <w:szCs w:val="26"/>
        </w:rPr>
        <w:br/>
        <w:t>- Th</w:t>
      </w:r>
      <w:r w:rsidRPr="005A4BC6">
        <w:rPr>
          <w:rFonts w:ascii="Times New Roman" w:hAnsi="Times New Roman" w:cs="Times New Roman"/>
          <w:sz w:val="26"/>
          <w:szCs w:val="26"/>
        </w:rPr>
        <w:t>ự</w:t>
      </w:r>
      <w:r w:rsidRPr="005A4BC6">
        <w:rPr>
          <w:rFonts w:ascii="Times New Roman" w:hAnsi="Times New Roman" w:cs="Times New Roman"/>
          <w:sz w:val="26"/>
          <w:szCs w:val="26"/>
        </w:rPr>
        <w:t>c hi</w:t>
      </w:r>
      <w:r w:rsidRPr="005A4BC6">
        <w:rPr>
          <w:rFonts w:ascii="Times New Roman" w:hAnsi="Times New Roman" w:cs="Times New Roman"/>
          <w:sz w:val="26"/>
          <w:szCs w:val="26"/>
        </w:rPr>
        <w:t>ệ</w:t>
      </w:r>
      <w:r w:rsidRPr="005A4BC6">
        <w:rPr>
          <w:rFonts w:ascii="Times New Roman" w:hAnsi="Times New Roman" w:cs="Times New Roman"/>
          <w:sz w:val="26"/>
          <w:szCs w:val="26"/>
        </w:rPr>
        <w:t>n công vi</w:t>
      </w:r>
      <w:r w:rsidRPr="005A4BC6">
        <w:rPr>
          <w:rFonts w:ascii="Times New Roman" w:hAnsi="Times New Roman" w:cs="Times New Roman"/>
          <w:sz w:val="26"/>
          <w:szCs w:val="26"/>
        </w:rPr>
        <w:t>ệ</w:t>
      </w:r>
      <w:r w:rsidRPr="005A4BC6">
        <w:rPr>
          <w:rFonts w:ascii="Times New Roman" w:hAnsi="Times New Roman" w:cs="Times New Roman"/>
          <w:sz w:val="26"/>
          <w:szCs w:val="26"/>
        </w:rPr>
        <w:t>c đúng quy chu</w:t>
      </w:r>
      <w:r w:rsidRPr="005A4BC6">
        <w:rPr>
          <w:rFonts w:ascii="Times New Roman" w:hAnsi="Times New Roman" w:cs="Times New Roman"/>
          <w:sz w:val="26"/>
          <w:szCs w:val="26"/>
        </w:rPr>
        <w:t>ẩ</w:t>
      </w:r>
      <w:r w:rsidRPr="005A4BC6">
        <w:rPr>
          <w:rFonts w:ascii="Times New Roman" w:hAnsi="Times New Roman" w:cs="Times New Roman"/>
          <w:sz w:val="26"/>
          <w:szCs w:val="26"/>
        </w:rPr>
        <w:t>n, ti</w:t>
      </w:r>
      <w:r w:rsidRPr="005A4BC6">
        <w:rPr>
          <w:rFonts w:ascii="Times New Roman" w:hAnsi="Times New Roman" w:cs="Times New Roman"/>
          <w:sz w:val="26"/>
          <w:szCs w:val="26"/>
        </w:rPr>
        <w:t>ế</w:t>
      </w:r>
      <w:r w:rsidRPr="005A4BC6">
        <w:rPr>
          <w:rFonts w:ascii="Times New Roman" w:hAnsi="Times New Roman" w:cs="Times New Roman"/>
          <w:sz w:val="26"/>
          <w:szCs w:val="26"/>
        </w:rPr>
        <w:t>n đ</w:t>
      </w:r>
      <w:r w:rsidRPr="005A4BC6">
        <w:rPr>
          <w:rFonts w:ascii="Times New Roman" w:hAnsi="Times New Roman" w:cs="Times New Roman"/>
          <w:sz w:val="26"/>
          <w:szCs w:val="26"/>
        </w:rPr>
        <w:t>ộ</w:t>
      </w:r>
      <w:r w:rsidRPr="005A4BC6">
        <w:rPr>
          <w:rFonts w:ascii="Times New Roman" w:hAnsi="Times New Roman" w:cs="Times New Roman"/>
          <w:sz w:val="26"/>
          <w:szCs w:val="26"/>
        </w:rPr>
        <w:t>.</w:t>
      </w:r>
      <w:r w:rsidRPr="005A4BC6">
        <w:rPr>
          <w:rFonts w:ascii="Times New Roman" w:hAnsi="Times New Roman" w:cs="Times New Roman"/>
          <w:sz w:val="26"/>
          <w:szCs w:val="26"/>
        </w:rPr>
        <w:br/>
        <w:t>- Ch</w:t>
      </w:r>
      <w:r w:rsidRPr="005A4BC6">
        <w:rPr>
          <w:rFonts w:ascii="Times New Roman" w:hAnsi="Times New Roman" w:cs="Times New Roman"/>
          <w:sz w:val="26"/>
          <w:szCs w:val="26"/>
        </w:rPr>
        <w:t>ị</w:t>
      </w:r>
      <w:r w:rsidRPr="005A4BC6">
        <w:rPr>
          <w:rFonts w:ascii="Times New Roman" w:hAnsi="Times New Roman" w:cs="Times New Roman"/>
          <w:sz w:val="26"/>
          <w:szCs w:val="26"/>
        </w:rPr>
        <w:t>u trách nhi</w:t>
      </w:r>
      <w:r w:rsidRPr="005A4BC6">
        <w:rPr>
          <w:rFonts w:ascii="Times New Roman" w:hAnsi="Times New Roman" w:cs="Times New Roman"/>
          <w:sz w:val="26"/>
          <w:szCs w:val="26"/>
        </w:rPr>
        <w:t>ệ</w:t>
      </w:r>
      <w:r w:rsidRPr="005A4BC6">
        <w:rPr>
          <w:rFonts w:ascii="Times New Roman" w:hAnsi="Times New Roman" w:cs="Times New Roman"/>
          <w:sz w:val="26"/>
          <w:szCs w:val="26"/>
        </w:rPr>
        <w:t>m v</w:t>
      </w:r>
      <w:r w:rsidRPr="005A4BC6">
        <w:rPr>
          <w:rFonts w:ascii="Times New Roman" w:hAnsi="Times New Roman" w:cs="Times New Roman"/>
          <w:sz w:val="26"/>
          <w:szCs w:val="26"/>
        </w:rPr>
        <w:t>ề</w:t>
      </w:r>
      <w:r w:rsidRPr="005A4BC6">
        <w:rPr>
          <w:rFonts w:ascii="Times New Roman" w:hAnsi="Times New Roman" w:cs="Times New Roman"/>
          <w:sz w:val="26"/>
          <w:szCs w:val="26"/>
        </w:rPr>
        <w:t xml:space="preserve"> ch</w:t>
      </w:r>
      <w:r w:rsidRPr="005A4BC6">
        <w:rPr>
          <w:rFonts w:ascii="Times New Roman" w:hAnsi="Times New Roman" w:cs="Times New Roman"/>
          <w:sz w:val="26"/>
          <w:szCs w:val="26"/>
        </w:rPr>
        <w:t>ấ</w:t>
      </w:r>
      <w:r w:rsidRPr="005A4BC6">
        <w:rPr>
          <w:rFonts w:ascii="Times New Roman" w:hAnsi="Times New Roman" w:cs="Times New Roman"/>
          <w:sz w:val="26"/>
          <w:szCs w:val="26"/>
        </w:rPr>
        <w:t>t lư</w:t>
      </w:r>
      <w:r w:rsidRPr="005A4BC6">
        <w:rPr>
          <w:rFonts w:ascii="Times New Roman" w:hAnsi="Times New Roman" w:cs="Times New Roman"/>
          <w:sz w:val="26"/>
          <w:szCs w:val="26"/>
        </w:rPr>
        <w:t>ợ</w:t>
      </w:r>
      <w:r w:rsidRPr="005A4BC6">
        <w:rPr>
          <w:rFonts w:ascii="Times New Roman" w:hAnsi="Times New Roman" w:cs="Times New Roman"/>
          <w:sz w:val="26"/>
          <w:szCs w:val="26"/>
        </w:rPr>
        <w:t>ng h</w:t>
      </w:r>
      <w:r w:rsidRPr="005A4BC6">
        <w:rPr>
          <w:rFonts w:ascii="Times New Roman" w:hAnsi="Times New Roman" w:cs="Times New Roman"/>
          <w:sz w:val="26"/>
          <w:szCs w:val="26"/>
        </w:rPr>
        <w:t>ồ</w:t>
      </w:r>
      <w:r w:rsidRPr="005A4BC6">
        <w:rPr>
          <w:rFonts w:ascii="Times New Roman" w:hAnsi="Times New Roman" w:cs="Times New Roman"/>
          <w:sz w:val="26"/>
          <w:szCs w:val="26"/>
        </w:rPr>
        <w:t xml:space="preserve"> sơ kh</w:t>
      </w:r>
      <w:r w:rsidRPr="005A4BC6">
        <w:rPr>
          <w:rFonts w:ascii="Times New Roman" w:hAnsi="Times New Roman" w:cs="Times New Roman"/>
          <w:sz w:val="26"/>
          <w:szCs w:val="26"/>
        </w:rPr>
        <w:t>ả</w:t>
      </w:r>
      <w:r w:rsidRPr="005A4BC6">
        <w:rPr>
          <w:rFonts w:ascii="Times New Roman" w:hAnsi="Times New Roman" w:cs="Times New Roman"/>
          <w:sz w:val="26"/>
          <w:szCs w:val="26"/>
        </w:rPr>
        <w:t>o sát, thi</w:t>
      </w:r>
      <w:r w:rsidRPr="005A4BC6">
        <w:rPr>
          <w:rFonts w:ascii="Times New Roman" w:hAnsi="Times New Roman" w:cs="Times New Roman"/>
          <w:sz w:val="26"/>
          <w:szCs w:val="26"/>
        </w:rPr>
        <w:t>ế</w:t>
      </w:r>
      <w:r w:rsidRPr="005A4BC6">
        <w:rPr>
          <w:rFonts w:ascii="Times New Roman" w:hAnsi="Times New Roman" w:cs="Times New Roman"/>
          <w:sz w:val="26"/>
          <w:szCs w:val="26"/>
        </w:rPr>
        <w:t>t k</w:t>
      </w:r>
      <w:r w:rsidRPr="005A4BC6">
        <w:rPr>
          <w:rFonts w:ascii="Times New Roman" w:hAnsi="Times New Roman" w:cs="Times New Roman"/>
          <w:sz w:val="26"/>
          <w:szCs w:val="26"/>
        </w:rPr>
        <w:t>ế</w:t>
      </w:r>
      <w:r w:rsidRPr="005A4BC6">
        <w:rPr>
          <w:rFonts w:ascii="Times New Roman" w:hAnsi="Times New Roman" w:cs="Times New Roman"/>
          <w:sz w:val="26"/>
          <w:szCs w:val="26"/>
        </w:rPr>
        <w:t>.</w:t>
      </w:r>
    </w:p>
    <w:p w:rsidR="00A81299" w:rsidRPr="005A4BC6" w:rsidRDefault="005A4BC6">
      <w:pPr>
        <w:pStyle w:val="Heading2"/>
        <w:rPr>
          <w:rFonts w:ascii="Times New Roman" w:hAnsi="Times New Roman" w:cs="Times New Roman"/>
          <w:color w:val="auto"/>
        </w:rPr>
      </w:pPr>
      <w:r w:rsidRPr="005A4BC6">
        <w:rPr>
          <w:rFonts w:ascii="Times New Roman" w:hAnsi="Times New Roman" w:cs="Times New Roman"/>
          <w:color w:val="auto"/>
        </w:rPr>
        <w:t>Đi</w:t>
      </w:r>
      <w:r w:rsidRPr="005A4BC6">
        <w:rPr>
          <w:rFonts w:ascii="Times New Roman" w:hAnsi="Times New Roman" w:cs="Times New Roman"/>
          <w:color w:val="auto"/>
        </w:rPr>
        <w:t>ề</w:t>
      </w:r>
      <w:r w:rsidRPr="005A4BC6">
        <w:rPr>
          <w:rFonts w:ascii="Times New Roman" w:hAnsi="Times New Roman" w:cs="Times New Roman"/>
          <w:color w:val="auto"/>
        </w:rPr>
        <w:t>u 6. Thanh toán</w:t>
      </w:r>
    </w:p>
    <w:p w:rsidR="00A81299" w:rsidRPr="005A4BC6" w:rsidRDefault="005A4BC6">
      <w:pPr>
        <w:rPr>
          <w:rFonts w:ascii="Times New Roman" w:hAnsi="Times New Roman" w:cs="Times New Roman"/>
          <w:sz w:val="26"/>
          <w:szCs w:val="26"/>
        </w:rPr>
      </w:pPr>
      <w:r w:rsidRPr="005A4BC6">
        <w:rPr>
          <w:rFonts w:ascii="Times New Roman" w:hAnsi="Times New Roman" w:cs="Times New Roman"/>
          <w:sz w:val="26"/>
          <w:szCs w:val="26"/>
        </w:rPr>
        <w:t>Vi</w:t>
      </w:r>
      <w:r w:rsidRPr="005A4BC6">
        <w:rPr>
          <w:rFonts w:ascii="Times New Roman" w:hAnsi="Times New Roman" w:cs="Times New Roman"/>
          <w:sz w:val="26"/>
          <w:szCs w:val="26"/>
        </w:rPr>
        <w:t>ệ</w:t>
      </w:r>
      <w:r w:rsidRPr="005A4BC6">
        <w:rPr>
          <w:rFonts w:ascii="Times New Roman" w:hAnsi="Times New Roman" w:cs="Times New Roman"/>
          <w:sz w:val="26"/>
          <w:szCs w:val="26"/>
        </w:rPr>
        <w:t>c tha</w:t>
      </w:r>
      <w:r w:rsidRPr="005A4BC6">
        <w:rPr>
          <w:rFonts w:ascii="Times New Roman" w:hAnsi="Times New Roman" w:cs="Times New Roman"/>
          <w:sz w:val="26"/>
          <w:szCs w:val="26"/>
        </w:rPr>
        <w:t>nh toán đư</w:t>
      </w:r>
      <w:r w:rsidRPr="005A4BC6">
        <w:rPr>
          <w:rFonts w:ascii="Times New Roman" w:hAnsi="Times New Roman" w:cs="Times New Roman"/>
          <w:sz w:val="26"/>
          <w:szCs w:val="26"/>
        </w:rPr>
        <w:t>ợ</w:t>
      </w:r>
      <w:r w:rsidRPr="005A4BC6">
        <w:rPr>
          <w:rFonts w:ascii="Times New Roman" w:hAnsi="Times New Roman" w:cs="Times New Roman"/>
          <w:sz w:val="26"/>
          <w:szCs w:val="26"/>
        </w:rPr>
        <w:t>c th</w:t>
      </w:r>
      <w:r w:rsidRPr="005A4BC6">
        <w:rPr>
          <w:rFonts w:ascii="Times New Roman" w:hAnsi="Times New Roman" w:cs="Times New Roman"/>
          <w:sz w:val="26"/>
          <w:szCs w:val="26"/>
        </w:rPr>
        <w:t>ự</w:t>
      </w:r>
      <w:r w:rsidRPr="005A4BC6">
        <w:rPr>
          <w:rFonts w:ascii="Times New Roman" w:hAnsi="Times New Roman" w:cs="Times New Roman"/>
          <w:sz w:val="26"/>
          <w:szCs w:val="26"/>
        </w:rPr>
        <w:t>c hi</w:t>
      </w:r>
      <w:r w:rsidRPr="005A4BC6">
        <w:rPr>
          <w:rFonts w:ascii="Times New Roman" w:hAnsi="Times New Roman" w:cs="Times New Roman"/>
          <w:sz w:val="26"/>
          <w:szCs w:val="26"/>
        </w:rPr>
        <w:t>ệ</w:t>
      </w:r>
      <w:r w:rsidRPr="005A4BC6">
        <w:rPr>
          <w:rFonts w:ascii="Times New Roman" w:hAnsi="Times New Roman" w:cs="Times New Roman"/>
          <w:sz w:val="26"/>
          <w:szCs w:val="26"/>
        </w:rPr>
        <w:t>n theo t</w:t>
      </w:r>
      <w:r w:rsidRPr="005A4BC6">
        <w:rPr>
          <w:rFonts w:ascii="Times New Roman" w:hAnsi="Times New Roman" w:cs="Times New Roman"/>
          <w:sz w:val="26"/>
          <w:szCs w:val="26"/>
        </w:rPr>
        <w:t>ừ</w:t>
      </w:r>
      <w:r w:rsidRPr="005A4BC6">
        <w:rPr>
          <w:rFonts w:ascii="Times New Roman" w:hAnsi="Times New Roman" w:cs="Times New Roman"/>
          <w:sz w:val="26"/>
          <w:szCs w:val="26"/>
        </w:rPr>
        <w:t>ng h</w:t>
      </w:r>
      <w:r w:rsidRPr="005A4BC6">
        <w:rPr>
          <w:rFonts w:ascii="Times New Roman" w:hAnsi="Times New Roman" w:cs="Times New Roman"/>
          <w:sz w:val="26"/>
          <w:szCs w:val="26"/>
        </w:rPr>
        <w:t>ợ</w:t>
      </w:r>
      <w:r w:rsidRPr="005A4BC6">
        <w:rPr>
          <w:rFonts w:ascii="Times New Roman" w:hAnsi="Times New Roman" w:cs="Times New Roman"/>
          <w:sz w:val="26"/>
          <w:szCs w:val="26"/>
        </w:rPr>
        <w:t>p đ</w:t>
      </w:r>
      <w:r w:rsidRPr="005A4BC6">
        <w:rPr>
          <w:rFonts w:ascii="Times New Roman" w:hAnsi="Times New Roman" w:cs="Times New Roman"/>
          <w:sz w:val="26"/>
          <w:szCs w:val="26"/>
        </w:rPr>
        <w:t>ồ</w:t>
      </w:r>
      <w:r w:rsidRPr="005A4BC6">
        <w:rPr>
          <w:rFonts w:ascii="Times New Roman" w:hAnsi="Times New Roman" w:cs="Times New Roman"/>
          <w:sz w:val="26"/>
          <w:szCs w:val="26"/>
        </w:rPr>
        <w:t>ng c</w:t>
      </w:r>
      <w:r w:rsidRPr="005A4BC6">
        <w:rPr>
          <w:rFonts w:ascii="Times New Roman" w:hAnsi="Times New Roman" w:cs="Times New Roman"/>
          <w:sz w:val="26"/>
          <w:szCs w:val="26"/>
        </w:rPr>
        <w:t>ụ</w:t>
      </w:r>
      <w:r w:rsidRPr="005A4BC6">
        <w:rPr>
          <w:rFonts w:ascii="Times New Roman" w:hAnsi="Times New Roman" w:cs="Times New Roman"/>
          <w:sz w:val="26"/>
          <w:szCs w:val="26"/>
        </w:rPr>
        <w:t xml:space="preserve"> th</w:t>
      </w:r>
      <w:r w:rsidRPr="005A4BC6">
        <w:rPr>
          <w:rFonts w:ascii="Times New Roman" w:hAnsi="Times New Roman" w:cs="Times New Roman"/>
          <w:sz w:val="26"/>
          <w:szCs w:val="26"/>
        </w:rPr>
        <w:t>ể</w:t>
      </w:r>
      <w:r w:rsidRPr="005A4BC6">
        <w:rPr>
          <w:rFonts w:ascii="Times New Roman" w:hAnsi="Times New Roman" w:cs="Times New Roman"/>
          <w:sz w:val="26"/>
          <w:szCs w:val="26"/>
        </w:rPr>
        <w:t xml:space="preserve"> đã ký kèm theo h</w:t>
      </w:r>
      <w:r w:rsidRPr="005A4BC6">
        <w:rPr>
          <w:rFonts w:ascii="Times New Roman" w:hAnsi="Times New Roman" w:cs="Times New Roman"/>
          <w:sz w:val="26"/>
          <w:szCs w:val="26"/>
        </w:rPr>
        <w:t>ợ</w:t>
      </w:r>
      <w:r w:rsidRPr="005A4BC6">
        <w:rPr>
          <w:rFonts w:ascii="Times New Roman" w:hAnsi="Times New Roman" w:cs="Times New Roman"/>
          <w:sz w:val="26"/>
          <w:szCs w:val="26"/>
        </w:rPr>
        <w:t>p đ</w:t>
      </w:r>
      <w:r w:rsidRPr="005A4BC6">
        <w:rPr>
          <w:rFonts w:ascii="Times New Roman" w:hAnsi="Times New Roman" w:cs="Times New Roman"/>
          <w:sz w:val="26"/>
          <w:szCs w:val="26"/>
        </w:rPr>
        <w:t>ồ</w:t>
      </w:r>
      <w:r w:rsidRPr="005A4BC6">
        <w:rPr>
          <w:rFonts w:ascii="Times New Roman" w:hAnsi="Times New Roman" w:cs="Times New Roman"/>
          <w:sz w:val="26"/>
          <w:szCs w:val="26"/>
        </w:rPr>
        <w:t>ng nguyên t</w:t>
      </w:r>
      <w:r w:rsidRPr="005A4BC6">
        <w:rPr>
          <w:rFonts w:ascii="Times New Roman" w:hAnsi="Times New Roman" w:cs="Times New Roman"/>
          <w:sz w:val="26"/>
          <w:szCs w:val="26"/>
        </w:rPr>
        <w:t>ắ</w:t>
      </w:r>
      <w:r w:rsidRPr="005A4BC6">
        <w:rPr>
          <w:rFonts w:ascii="Times New Roman" w:hAnsi="Times New Roman" w:cs="Times New Roman"/>
          <w:sz w:val="26"/>
          <w:szCs w:val="26"/>
        </w:rPr>
        <w:t>c này.</w:t>
      </w:r>
    </w:p>
    <w:p w:rsidR="00A81299" w:rsidRPr="005A4BC6" w:rsidRDefault="005A4BC6">
      <w:pPr>
        <w:pStyle w:val="Heading2"/>
        <w:rPr>
          <w:rFonts w:ascii="Times New Roman" w:hAnsi="Times New Roman" w:cs="Times New Roman"/>
          <w:color w:val="auto"/>
        </w:rPr>
      </w:pPr>
      <w:r w:rsidRPr="005A4BC6">
        <w:rPr>
          <w:rFonts w:ascii="Times New Roman" w:hAnsi="Times New Roman" w:cs="Times New Roman"/>
          <w:color w:val="auto"/>
        </w:rPr>
        <w:t>Đi</w:t>
      </w:r>
      <w:r w:rsidRPr="005A4BC6">
        <w:rPr>
          <w:rFonts w:ascii="Times New Roman" w:hAnsi="Times New Roman" w:cs="Times New Roman"/>
          <w:color w:val="auto"/>
        </w:rPr>
        <w:t>ề</w:t>
      </w:r>
      <w:r w:rsidRPr="005A4BC6">
        <w:rPr>
          <w:rFonts w:ascii="Times New Roman" w:hAnsi="Times New Roman" w:cs="Times New Roman"/>
          <w:color w:val="auto"/>
        </w:rPr>
        <w:t>u 7. Gi</w:t>
      </w:r>
      <w:r w:rsidRPr="005A4BC6">
        <w:rPr>
          <w:rFonts w:ascii="Times New Roman" w:hAnsi="Times New Roman" w:cs="Times New Roman"/>
          <w:color w:val="auto"/>
        </w:rPr>
        <w:t>ả</w:t>
      </w:r>
      <w:r w:rsidRPr="005A4BC6">
        <w:rPr>
          <w:rFonts w:ascii="Times New Roman" w:hAnsi="Times New Roman" w:cs="Times New Roman"/>
          <w:color w:val="auto"/>
        </w:rPr>
        <w:t>i quy</w:t>
      </w:r>
      <w:r w:rsidRPr="005A4BC6">
        <w:rPr>
          <w:rFonts w:ascii="Times New Roman" w:hAnsi="Times New Roman" w:cs="Times New Roman"/>
          <w:color w:val="auto"/>
        </w:rPr>
        <w:t>ế</w:t>
      </w:r>
      <w:r w:rsidRPr="005A4BC6">
        <w:rPr>
          <w:rFonts w:ascii="Times New Roman" w:hAnsi="Times New Roman" w:cs="Times New Roman"/>
          <w:color w:val="auto"/>
        </w:rPr>
        <w:t>t tranh ch</w:t>
      </w:r>
      <w:r w:rsidRPr="005A4BC6">
        <w:rPr>
          <w:rFonts w:ascii="Times New Roman" w:hAnsi="Times New Roman" w:cs="Times New Roman"/>
          <w:color w:val="auto"/>
        </w:rPr>
        <w:t>ấ</w:t>
      </w:r>
      <w:r w:rsidRPr="005A4BC6">
        <w:rPr>
          <w:rFonts w:ascii="Times New Roman" w:hAnsi="Times New Roman" w:cs="Times New Roman"/>
          <w:color w:val="auto"/>
        </w:rPr>
        <w:t>p</w:t>
      </w:r>
    </w:p>
    <w:p w:rsidR="00A81299" w:rsidRPr="005A4BC6" w:rsidRDefault="005A4BC6">
      <w:pPr>
        <w:rPr>
          <w:rFonts w:ascii="Times New Roman" w:hAnsi="Times New Roman" w:cs="Times New Roman"/>
          <w:sz w:val="26"/>
          <w:szCs w:val="26"/>
        </w:rPr>
      </w:pPr>
      <w:r w:rsidRPr="005A4BC6">
        <w:rPr>
          <w:rFonts w:ascii="Times New Roman" w:hAnsi="Times New Roman" w:cs="Times New Roman"/>
          <w:sz w:val="26"/>
          <w:szCs w:val="26"/>
        </w:rPr>
        <w:t>M</w:t>
      </w:r>
      <w:r w:rsidRPr="005A4BC6">
        <w:rPr>
          <w:rFonts w:ascii="Times New Roman" w:hAnsi="Times New Roman" w:cs="Times New Roman"/>
          <w:sz w:val="26"/>
          <w:szCs w:val="26"/>
        </w:rPr>
        <w:t>ọ</w:t>
      </w:r>
      <w:r w:rsidRPr="005A4BC6">
        <w:rPr>
          <w:rFonts w:ascii="Times New Roman" w:hAnsi="Times New Roman" w:cs="Times New Roman"/>
          <w:sz w:val="26"/>
          <w:szCs w:val="26"/>
        </w:rPr>
        <w:t>i tranh ch</w:t>
      </w:r>
      <w:r w:rsidRPr="005A4BC6">
        <w:rPr>
          <w:rFonts w:ascii="Times New Roman" w:hAnsi="Times New Roman" w:cs="Times New Roman"/>
          <w:sz w:val="26"/>
          <w:szCs w:val="26"/>
        </w:rPr>
        <w:t>ấ</w:t>
      </w:r>
      <w:r w:rsidRPr="005A4BC6">
        <w:rPr>
          <w:rFonts w:ascii="Times New Roman" w:hAnsi="Times New Roman" w:cs="Times New Roman"/>
          <w:sz w:val="26"/>
          <w:szCs w:val="26"/>
        </w:rPr>
        <w:t>p phát sinh đư</w:t>
      </w:r>
      <w:r w:rsidRPr="005A4BC6">
        <w:rPr>
          <w:rFonts w:ascii="Times New Roman" w:hAnsi="Times New Roman" w:cs="Times New Roman"/>
          <w:sz w:val="26"/>
          <w:szCs w:val="26"/>
        </w:rPr>
        <w:t>ợ</w:t>
      </w:r>
      <w:r w:rsidRPr="005A4BC6">
        <w:rPr>
          <w:rFonts w:ascii="Times New Roman" w:hAnsi="Times New Roman" w:cs="Times New Roman"/>
          <w:sz w:val="26"/>
          <w:szCs w:val="26"/>
        </w:rPr>
        <w:t>c hai bên ưu tiên gi</w:t>
      </w:r>
      <w:r w:rsidRPr="005A4BC6">
        <w:rPr>
          <w:rFonts w:ascii="Times New Roman" w:hAnsi="Times New Roman" w:cs="Times New Roman"/>
          <w:sz w:val="26"/>
          <w:szCs w:val="26"/>
        </w:rPr>
        <w:t>ả</w:t>
      </w:r>
      <w:r w:rsidRPr="005A4BC6">
        <w:rPr>
          <w:rFonts w:ascii="Times New Roman" w:hAnsi="Times New Roman" w:cs="Times New Roman"/>
          <w:sz w:val="26"/>
          <w:szCs w:val="26"/>
        </w:rPr>
        <w:t>i quy</w:t>
      </w:r>
      <w:r w:rsidRPr="005A4BC6">
        <w:rPr>
          <w:rFonts w:ascii="Times New Roman" w:hAnsi="Times New Roman" w:cs="Times New Roman"/>
          <w:sz w:val="26"/>
          <w:szCs w:val="26"/>
        </w:rPr>
        <w:t>ế</w:t>
      </w:r>
      <w:r w:rsidRPr="005A4BC6">
        <w:rPr>
          <w:rFonts w:ascii="Times New Roman" w:hAnsi="Times New Roman" w:cs="Times New Roman"/>
          <w:sz w:val="26"/>
          <w:szCs w:val="26"/>
        </w:rPr>
        <w:t>t b</w:t>
      </w:r>
      <w:r w:rsidRPr="005A4BC6">
        <w:rPr>
          <w:rFonts w:ascii="Times New Roman" w:hAnsi="Times New Roman" w:cs="Times New Roman"/>
          <w:sz w:val="26"/>
          <w:szCs w:val="26"/>
        </w:rPr>
        <w:t>ằ</w:t>
      </w:r>
      <w:r w:rsidRPr="005A4BC6">
        <w:rPr>
          <w:rFonts w:ascii="Times New Roman" w:hAnsi="Times New Roman" w:cs="Times New Roman"/>
          <w:sz w:val="26"/>
          <w:szCs w:val="26"/>
        </w:rPr>
        <w:t>ng thương lư</w:t>
      </w:r>
      <w:r w:rsidRPr="005A4BC6">
        <w:rPr>
          <w:rFonts w:ascii="Times New Roman" w:hAnsi="Times New Roman" w:cs="Times New Roman"/>
          <w:sz w:val="26"/>
          <w:szCs w:val="26"/>
        </w:rPr>
        <w:t>ợ</w:t>
      </w:r>
      <w:r w:rsidRPr="005A4BC6">
        <w:rPr>
          <w:rFonts w:ascii="Times New Roman" w:hAnsi="Times New Roman" w:cs="Times New Roman"/>
          <w:sz w:val="26"/>
          <w:szCs w:val="26"/>
        </w:rPr>
        <w:t>ng, hòa gi</w:t>
      </w:r>
      <w:r w:rsidRPr="005A4BC6">
        <w:rPr>
          <w:rFonts w:ascii="Times New Roman" w:hAnsi="Times New Roman" w:cs="Times New Roman"/>
          <w:sz w:val="26"/>
          <w:szCs w:val="26"/>
        </w:rPr>
        <w:t>ả</w:t>
      </w:r>
      <w:r w:rsidRPr="005A4BC6">
        <w:rPr>
          <w:rFonts w:ascii="Times New Roman" w:hAnsi="Times New Roman" w:cs="Times New Roman"/>
          <w:sz w:val="26"/>
          <w:szCs w:val="26"/>
        </w:rPr>
        <w:t>i. N</w:t>
      </w:r>
      <w:r w:rsidRPr="005A4BC6">
        <w:rPr>
          <w:rFonts w:ascii="Times New Roman" w:hAnsi="Times New Roman" w:cs="Times New Roman"/>
          <w:sz w:val="26"/>
          <w:szCs w:val="26"/>
        </w:rPr>
        <w:t>ế</w:t>
      </w:r>
      <w:r w:rsidRPr="005A4BC6">
        <w:rPr>
          <w:rFonts w:ascii="Times New Roman" w:hAnsi="Times New Roman" w:cs="Times New Roman"/>
          <w:sz w:val="26"/>
          <w:szCs w:val="26"/>
        </w:rPr>
        <w:t>u không đ</w:t>
      </w:r>
      <w:r w:rsidRPr="005A4BC6">
        <w:rPr>
          <w:rFonts w:ascii="Times New Roman" w:hAnsi="Times New Roman" w:cs="Times New Roman"/>
          <w:sz w:val="26"/>
          <w:szCs w:val="26"/>
        </w:rPr>
        <w:t>ạ</w:t>
      </w:r>
      <w:r w:rsidRPr="005A4BC6">
        <w:rPr>
          <w:rFonts w:ascii="Times New Roman" w:hAnsi="Times New Roman" w:cs="Times New Roman"/>
          <w:sz w:val="26"/>
          <w:szCs w:val="26"/>
        </w:rPr>
        <w:t>t đư</w:t>
      </w:r>
      <w:r w:rsidRPr="005A4BC6">
        <w:rPr>
          <w:rFonts w:ascii="Times New Roman" w:hAnsi="Times New Roman" w:cs="Times New Roman"/>
          <w:sz w:val="26"/>
          <w:szCs w:val="26"/>
        </w:rPr>
        <w:t>ợ</w:t>
      </w:r>
      <w:r w:rsidRPr="005A4BC6">
        <w:rPr>
          <w:rFonts w:ascii="Times New Roman" w:hAnsi="Times New Roman" w:cs="Times New Roman"/>
          <w:sz w:val="26"/>
          <w:szCs w:val="26"/>
        </w:rPr>
        <w:t>c, s</w:t>
      </w:r>
      <w:r w:rsidRPr="005A4BC6">
        <w:rPr>
          <w:rFonts w:ascii="Times New Roman" w:hAnsi="Times New Roman" w:cs="Times New Roman"/>
          <w:sz w:val="26"/>
          <w:szCs w:val="26"/>
        </w:rPr>
        <w:t>ẽ</w:t>
      </w:r>
      <w:r w:rsidRPr="005A4BC6">
        <w:rPr>
          <w:rFonts w:ascii="Times New Roman" w:hAnsi="Times New Roman" w:cs="Times New Roman"/>
          <w:sz w:val="26"/>
          <w:szCs w:val="26"/>
        </w:rPr>
        <w:t xml:space="preserve"> đưa ra Tr</w:t>
      </w:r>
      <w:r w:rsidRPr="005A4BC6">
        <w:rPr>
          <w:rFonts w:ascii="Times New Roman" w:hAnsi="Times New Roman" w:cs="Times New Roman"/>
          <w:sz w:val="26"/>
          <w:szCs w:val="26"/>
        </w:rPr>
        <w:t>ọ</w:t>
      </w:r>
      <w:r w:rsidRPr="005A4BC6">
        <w:rPr>
          <w:rFonts w:ascii="Times New Roman" w:hAnsi="Times New Roman" w:cs="Times New Roman"/>
          <w:sz w:val="26"/>
          <w:szCs w:val="26"/>
        </w:rPr>
        <w:t>ng tài ho</w:t>
      </w:r>
      <w:r w:rsidRPr="005A4BC6">
        <w:rPr>
          <w:rFonts w:ascii="Times New Roman" w:hAnsi="Times New Roman" w:cs="Times New Roman"/>
          <w:sz w:val="26"/>
          <w:szCs w:val="26"/>
        </w:rPr>
        <w:t>ặ</w:t>
      </w:r>
      <w:r w:rsidRPr="005A4BC6">
        <w:rPr>
          <w:rFonts w:ascii="Times New Roman" w:hAnsi="Times New Roman" w:cs="Times New Roman"/>
          <w:sz w:val="26"/>
          <w:szCs w:val="26"/>
        </w:rPr>
        <w:t>c Tòa án</w:t>
      </w:r>
      <w:r w:rsidRPr="005A4BC6">
        <w:rPr>
          <w:rFonts w:ascii="Times New Roman" w:hAnsi="Times New Roman" w:cs="Times New Roman"/>
          <w:sz w:val="26"/>
          <w:szCs w:val="26"/>
        </w:rPr>
        <w:t xml:space="preserve"> có th</w:t>
      </w:r>
      <w:r w:rsidRPr="005A4BC6">
        <w:rPr>
          <w:rFonts w:ascii="Times New Roman" w:hAnsi="Times New Roman" w:cs="Times New Roman"/>
          <w:sz w:val="26"/>
          <w:szCs w:val="26"/>
        </w:rPr>
        <w:t>ẩ</w:t>
      </w:r>
      <w:r w:rsidRPr="005A4BC6">
        <w:rPr>
          <w:rFonts w:ascii="Times New Roman" w:hAnsi="Times New Roman" w:cs="Times New Roman"/>
          <w:sz w:val="26"/>
          <w:szCs w:val="26"/>
        </w:rPr>
        <w:t>m quy</w:t>
      </w:r>
      <w:r w:rsidRPr="005A4BC6">
        <w:rPr>
          <w:rFonts w:ascii="Times New Roman" w:hAnsi="Times New Roman" w:cs="Times New Roman"/>
          <w:sz w:val="26"/>
          <w:szCs w:val="26"/>
        </w:rPr>
        <w:t>ề</w:t>
      </w:r>
      <w:r w:rsidRPr="005A4BC6">
        <w:rPr>
          <w:rFonts w:ascii="Times New Roman" w:hAnsi="Times New Roman" w:cs="Times New Roman"/>
          <w:sz w:val="26"/>
          <w:szCs w:val="26"/>
        </w:rPr>
        <w:t>n.</w:t>
      </w:r>
    </w:p>
    <w:p w:rsidR="00A81299" w:rsidRPr="005A4BC6" w:rsidRDefault="005A4BC6">
      <w:pPr>
        <w:pStyle w:val="Heading2"/>
        <w:rPr>
          <w:rFonts w:ascii="Times New Roman" w:hAnsi="Times New Roman" w:cs="Times New Roman"/>
          <w:color w:val="auto"/>
        </w:rPr>
      </w:pPr>
      <w:r w:rsidRPr="005A4BC6">
        <w:rPr>
          <w:rFonts w:ascii="Times New Roman" w:hAnsi="Times New Roman" w:cs="Times New Roman"/>
          <w:color w:val="auto"/>
        </w:rPr>
        <w:lastRenderedPageBreak/>
        <w:t>Đi</w:t>
      </w:r>
      <w:r w:rsidRPr="005A4BC6">
        <w:rPr>
          <w:rFonts w:ascii="Times New Roman" w:hAnsi="Times New Roman" w:cs="Times New Roman"/>
          <w:color w:val="auto"/>
        </w:rPr>
        <w:t>ề</w:t>
      </w:r>
      <w:r w:rsidRPr="005A4BC6">
        <w:rPr>
          <w:rFonts w:ascii="Times New Roman" w:hAnsi="Times New Roman" w:cs="Times New Roman"/>
          <w:color w:val="auto"/>
        </w:rPr>
        <w:t>u 8. Đi</w:t>
      </w:r>
      <w:r w:rsidRPr="005A4BC6">
        <w:rPr>
          <w:rFonts w:ascii="Times New Roman" w:hAnsi="Times New Roman" w:cs="Times New Roman"/>
          <w:color w:val="auto"/>
        </w:rPr>
        <w:t>ề</w:t>
      </w:r>
      <w:r w:rsidRPr="005A4BC6">
        <w:rPr>
          <w:rFonts w:ascii="Times New Roman" w:hAnsi="Times New Roman" w:cs="Times New Roman"/>
          <w:color w:val="auto"/>
        </w:rPr>
        <w:t>u kho</w:t>
      </w:r>
      <w:r w:rsidRPr="005A4BC6">
        <w:rPr>
          <w:rFonts w:ascii="Times New Roman" w:hAnsi="Times New Roman" w:cs="Times New Roman"/>
          <w:color w:val="auto"/>
        </w:rPr>
        <w:t>ả</w:t>
      </w:r>
      <w:r w:rsidRPr="005A4BC6">
        <w:rPr>
          <w:rFonts w:ascii="Times New Roman" w:hAnsi="Times New Roman" w:cs="Times New Roman"/>
          <w:color w:val="auto"/>
        </w:rPr>
        <w:t>n chung</w:t>
      </w:r>
      <w:bookmarkStart w:id="0" w:name="_GoBack"/>
      <w:bookmarkEnd w:id="0"/>
    </w:p>
    <w:p w:rsidR="00A81299" w:rsidRPr="005A4BC6" w:rsidRDefault="005A4BC6">
      <w:pPr>
        <w:rPr>
          <w:rFonts w:ascii="Times New Roman" w:hAnsi="Times New Roman" w:cs="Times New Roman"/>
          <w:sz w:val="26"/>
          <w:szCs w:val="26"/>
        </w:rPr>
      </w:pPr>
      <w:r w:rsidRPr="005A4BC6">
        <w:rPr>
          <w:rFonts w:ascii="Times New Roman" w:hAnsi="Times New Roman" w:cs="Times New Roman"/>
          <w:sz w:val="26"/>
          <w:szCs w:val="26"/>
        </w:rPr>
        <w:t>H</w:t>
      </w:r>
      <w:r w:rsidRPr="005A4BC6">
        <w:rPr>
          <w:rFonts w:ascii="Times New Roman" w:hAnsi="Times New Roman" w:cs="Times New Roman"/>
          <w:sz w:val="26"/>
          <w:szCs w:val="26"/>
        </w:rPr>
        <w:t>ợ</w:t>
      </w:r>
      <w:r w:rsidRPr="005A4BC6">
        <w:rPr>
          <w:rFonts w:ascii="Times New Roman" w:hAnsi="Times New Roman" w:cs="Times New Roman"/>
          <w:sz w:val="26"/>
          <w:szCs w:val="26"/>
        </w:rPr>
        <w:t>p đ</w:t>
      </w:r>
      <w:r w:rsidRPr="005A4BC6">
        <w:rPr>
          <w:rFonts w:ascii="Times New Roman" w:hAnsi="Times New Roman" w:cs="Times New Roman"/>
          <w:sz w:val="26"/>
          <w:szCs w:val="26"/>
        </w:rPr>
        <w:t>ồ</w:t>
      </w:r>
      <w:r w:rsidRPr="005A4BC6">
        <w:rPr>
          <w:rFonts w:ascii="Times New Roman" w:hAnsi="Times New Roman" w:cs="Times New Roman"/>
          <w:sz w:val="26"/>
          <w:szCs w:val="26"/>
        </w:rPr>
        <w:t>ng g</w:t>
      </w:r>
      <w:r w:rsidRPr="005A4BC6">
        <w:rPr>
          <w:rFonts w:ascii="Times New Roman" w:hAnsi="Times New Roman" w:cs="Times New Roman"/>
          <w:sz w:val="26"/>
          <w:szCs w:val="26"/>
        </w:rPr>
        <w:t>ồ</w:t>
      </w:r>
      <w:r w:rsidRPr="005A4BC6">
        <w:rPr>
          <w:rFonts w:ascii="Times New Roman" w:hAnsi="Times New Roman" w:cs="Times New Roman"/>
          <w:sz w:val="26"/>
          <w:szCs w:val="26"/>
        </w:rPr>
        <w:t>m … trang, đư</w:t>
      </w:r>
      <w:r w:rsidRPr="005A4BC6">
        <w:rPr>
          <w:rFonts w:ascii="Times New Roman" w:hAnsi="Times New Roman" w:cs="Times New Roman"/>
          <w:sz w:val="26"/>
          <w:szCs w:val="26"/>
        </w:rPr>
        <w:t>ợ</w:t>
      </w:r>
      <w:r w:rsidRPr="005A4BC6">
        <w:rPr>
          <w:rFonts w:ascii="Times New Roman" w:hAnsi="Times New Roman" w:cs="Times New Roman"/>
          <w:sz w:val="26"/>
          <w:szCs w:val="26"/>
        </w:rPr>
        <w:t>c l</w:t>
      </w:r>
      <w:r w:rsidRPr="005A4BC6">
        <w:rPr>
          <w:rFonts w:ascii="Times New Roman" w:hAnsi="Times New Roman" w:cs="Times New Roman"/>
          <w:sz w:val="26"/>
          <w:szCs w:val="26"/>
        </w:rPr>
        <w:t>ậ</w:t>
      </w:r>
      <w:r w:rsidRPr="005A4BC6">
        <w:rPr>
          <w:rFonts w:ascii="Times New Roman" w:hAnsi="Times New Roman" w:cs="Times New Roman"/>
          <w:sz w:val="26"/>
          <w:szCs w:val="26"/>
        </w:rPr>
        <w:t>p thành 02 b</w:t>
      </w:r>
      <w:r w:rsidRPr="005A4BC6">
        <w:rPr>
          <w:rFonts w:ascii="Times New Roman" w:hAnsi="Times New Roman" w:cs="Times New Roman"/>
          <w:sz w:val="26"/>
          <w:szCs w:val="26"/>
        </w:rPr>
        <w:t>ả</w:t>
      </w:r>
      <w:r w:rsidRPr="005A4BC6">
        <w:rPr>
          <w:rFonts w:ascii="Times New Roman" w:hAnsi="Times New Roman" w:cs="Times New Roman"/>
          <w:sz w:val="26"/>
          <w:szCs w:val="26"/>
        </w:rPr>
        <w:t>n, m</w:t>
      </w:r>
      <w:r w:rsidRPr="005A4BC6">
        <w:rPr>
          <w:rFonts w:ascii="Times New Roman" w:hAnsi="Times New Roman" w:cs="Times New Roman"/>
          <w:sz w:val="26"/>
          <w:szCs w:val="26"/>
        </w:rPr>
        <w:t>ỗ</w:t>
      </w:r>
      <w:r w:rsidRPr="005A4BC6">
        <w:rPr>
          <w:rFonts w:ascii="Times New Roman" w:hAnsi="Times New Roman" w:cs="Times New Roman"/>
          <w:sz w:val="26"/>
          <w:szCs w:val="26"/>
        </w:rPr>
        <w:t>i bên gi</w:t>
      </w:r>
      <w:r w:rsidRPr="005A4BC6">
        <w:rPr>
          <w:rFonts w:ascii="Times New Roman" w:hAnsi="Times New Roman" w:cs="Times New Roman"/>
          <w:sz w:val="26"/>
          <w:szCs w:val="26"/>
        </w:rPr>
        <w:t>ữ</w:t>
      </w:r>
      <w:r w:rsidRPr="005A4BC6">
        <w:rPr>
          <w:rFonts w:ascii="Times New Roman" w:hAnsi="Times New Roman" w:cs="Times New Roman"/>
          <w:sz w:val="26"/>
          <w:szCs w:val="26"/>
        </w:rPr>
        <w:t xml:space="preserve"> 01 b</w:t>
      </w:r>
      <w:r w:rsidRPr="005A4BC6">
        <w:rPr>
          <w:rFonts w:ascii="Times New Roman" w:hAnsi="Times New Roman" w:cs="Times New Roman"/>
          <w:sz w:val="26"/>
          <w:szCs w:val="26"/>
        </w:rPr>
        <w:t>ả</w:t>
      </w:r>
      <w:r w:rsidRPr="005A4BC6">
        <w:rPr>
          <w:rFonts w:ascii="Times New Roman" w:hAnsi="Times New Roman" w:cs="Times New Roman"/>
          <w:sz w:val="26"/>
          <w:szCs w:val="26"/>
        </w:rPr>
        <w:t>n có giá tr</w:t>
      </w:r>
      <w:r w:rsidRPr="005A4BC6">
        <w:rPr>
          <w:rFonts w:ascii="Times New Roman" w:hAnsi="Times New Roman" w:cs="Times New Roman"/>
          <w:sz w:val="26"/>
          <w:szCs w:val="26"/>
        </w:rPr>
        <w:t>ị</w:t>
      </w:r>
      <w:r w:rsidRPr="005A4BC6">
        <w:rPr>
          <w:rFonts w:ascii="Times New Roman" w:hAnsi="Times New Roman" w:cs="Times New Roman"/>
          <w:sz w:val="26"/>
          <w:szCs w:val="26"/>
        </w:rPr>
        <w:t xml:space="preserve"> pháp lý như nhau. H</w:t>
      </w:r>
      <w:r w:rsidRPr="005A4BC6">
        <w:rPr>
          <w:rFonts w:ascii="Times New Roman" w:hAnsi="Times New Roman" w:cs="Times New Roman"/>
          <w:sz w:val="26"/>
          <w:szCs w:val="26"/>
        </w:rPr>
        <w:t>ợ</w:t>
      </w:r>
      <w:r w:rsidRPr="005A4BC6">
        <w:rPr>
          <w:rFonts w:ascii="Times New Roman" w:hAnsi="Times New Roman" w:cs="Times New Roman"/>
          <w:sz w:val="26"/>
          <w:szCs w:val="26"/>
        </w:rPr>
        <w:t>p đ</w:t>
      </w:r>
      <w:r w:rsidRPr="005A4BC6">
        <w:rPr>
          <w:rFonts w:ascii="Times New Roman" w:hAnsi="Times New Roman" w:cs="Times New Roman"/>
          <w:sz w:val="26"/>
          <w:szCs w:val="26"/>
        </w:rPr>
        <w:t>ồ</w:t>
      </w:r>
      <w:r w:rsidRPr="005A4BC6">
        <w:rPr>
          <w:rFonts w:ascii="Times New Roman" w:hAnsi="Times New Roman" w:cs="Times New Roman"/>
          <w:sz w:val="26"/>
          <w:szCs w:val="26"/>
        </w:rPr>
        <w:t>ng có hi</w:t>
      </w:r>
      <w:r w:rsidRPr="005A4BC6">
        <w:rPr>
          <w:rFonts w:ascii="Times New Roman" w:hAnsi="Times New Roman" w:cs="Times New Roman"/>
          <w:sz w:val="26"/>
          <w:szCs w:val="26"/>
        </w:rPr>
        <w:t>ệ</w:t>
      </w:r>
      <w:r w:rsidRPr="005A4BC6">
        <w:rPr>
          <w:rFonts w:ascii="Times New Roman" w:hAnsi="Times New Roman" w:cs="Times New Roman"/>
          <w:sz w:val="26"/>
          <w:szCs w:val="26"/>
        </w:rPr>
        <w:t>u l</w:t>
      </w:r>
      <w:r w:rsidRPr="005A4BC6">
        <w:rPr>
          <w:rFonts w:ascii="Times New Roman" w:hAnsi="Times New Roman" w:cs="Times New Roman"/>
          <w:sz w:val="26"/>
          <w:szCs w:val="26"/>
        </w:rPr>
        <w:t>ự</w:t>
      </w:r>
      <w:r w:rsidRPr="005A4BC6">
        <w:rPr>
          <w:rFonts w:ascii="Times New Roman" w:hAnsi="Times New Roman" w:cs="Times New Roman"/>
          <w:sz w:val="26"/>
          <w:szCs w:val="26"/>
        </w:rPr>
        <w:t>c k</w:t>
      </w:r>
      <w:r w:rsidRPr="005A4BC6">
        <w:rPr>
          <w:rFonts w:ascii="Times New Roman" w:hAnsi="Times New Roman" w:cs="Times New Roman"/>
          <w:sz w:val="26"/>
          <w:szCs w:val="26"/>
        </w:rPr>
        <w:t>ể</w:t>
      </w:r>
      <w:r w:rsidRPr="005A4BC6">
        <w:rPr>
          <w:rFonts w:ascii="Times New Roman" w:hAnsi="Times New Roman" w:cs="Times New Roman"/>
          <w:sz w:val="26"/>
          <w:szCs w:val="26"/>
        </w:rPr>
        <w:t xml:space="preserve"> t</w:t>
      </w:r>
      <w:r w:rsidRPr="005A4BC6">
        <w:rPr>
          <w:rFonts w:ascii="Times New Roman" w:hAnsi="Times New Roman" w:cs="Times New Roman"/>
          <w:sz w:val="26"/>
          <w:szCs w:val="26"/>
        </w:rPr>
        <w:t>ừ</w:t>
      </w:r>
      <w:r w:rsidRPr="005A4BC6">
        <w:rPr>
          <w:rFonts w:ascii="Times New Roman" w:hAnsi="Times New Roman" w:cs="Times New Roman"/>
          <w:sz w:val="26"/>
          <w:szCs w:val="26"/>
        </w:rPr>
        <w:t xml:space="preserve"> ngày ký.</w:t>
      </w:r>
    </w:p>
    <w:p w:rsidR="00A81299" w:rsidRPr="005A4BC6" w:rsidRDefault="005A4BC6">
      <w:pPr>
        <w:rPr>
          <w:rFonts w:ascii="Times New Roman" w:hAnsi="Times New Roman" w:cs="Times New Roman"/>
          <w:b/>
          <w:sz w:val="26"/>
          <w:szCs w:val="26"/>
        </w:rPr>
      </w:pPr>
      <w:r w:rsidRPr="005A4BC6">
        <w:rPr>
          <w:rFonts w:ascii="Times New Roman" w:hAnsi="Times New Roman" w:cs="Times New Roman"/>
          <w:sz w:val="26"/>
          <w:szCs w:val="26"/>
        </w:rPr>
        <w:br/>
      </w:r>
      <w:r w:rsidRPr="005A4BC6">
        <w:rPr>
          <w:rFonts w:ascii="Times New Roman" w:hAnsi="Times New Roman" w:cs="Times New Roman"/>
          <w:b/>
          <w:sz w:val="26"/>
          <w:szCs w:val="26"/>
        </w:rPr>
        <w:t>Đ</w:t>
      </w:r>
      <w:r w:rsidRPr="005A4BC6">
        <w:rPr>
          <w:rFonts w:ascii="Times New Roman" w:hAnsi="Times New Roman" w:cs="Times New Roman"/>
          <w:b/>
          <w:sz w:val="26"/>
          <w:szCs w:val="26"/>
        </w:rPr>
        <w:t>Ạ</w:t>
      </w:r>
      <w:r w:rsidRPr="005A4BC6">
        <w:rPr>
          <w:rFonts w:ascii="Times New Roman" w:hAnsi="Times New Roman" w:cs="Times New Roman"/>
          <w:b/>
          <w:sz w:val="26"/>
          <w:szCs w:val="26"/>
        </w:rPr>
        <w:t>I DI</w:t>
      </w:r>
      <w:r w:rsidRPr="005A4BC6">
        <w:rPr>
          <w:rFonts w:ascii="Times New Roman" w:hAnsi="Times New Roman" w:cs="Times New Roman"/>
          <w:b/>
          <w:sz w:val="26"/>
          <w:szCs w:val="26"/>
        </w:rPr>
        <w:t>Ệ</w:t>
      </w:r>
      <w:r w:rsidRPr="005A4BC6">
        <w:rPr>
          <w:rFonts w:ascii="Times New Roman" w:hAnsi="Times New Roman" w:cs="Times New Roman"/>
          <w:b/>
          <w:sz w:val="26"/>
          <w:szCs w:val="26"/>
        </w:rPr>
        <w:t>N CÁC BÊN KÝ TÊN, ĐÓNG D</w:t>
      </w:r>
      <w:r w:rsidRPr="005A4BC6">
        <w:rPr>
          <w:rFonts w:ascii="Times New Roman" w:hAnsi="Times New Roman" w:cs="Times New Roman"/>
          <w:b/>
          <w:sz w:val="26"/>
          <w:szCs w:val="26"/>
        </w:rPr>
        <w:t>Ấ</w:t>
      </w:r>
      <w:r w:rsidRPr="005A4BC6">
        <w:rPr>
          <w:rFonts w:ascii="Times New Roman" w:hAnsi="Times New Roman" w:cs="Times New Roman"/>
          <w:b/>
          <w:sz w:val="26"/>
          <w:szCs w:val="26"/>
        </w:rPr>
        <w:t>U:</w:t>
      </w:r>
      <w:r w:rsidRPr="005A4BC6">
        <w:rPr>
          <w:rFonts w:ascii="Times New Roman" w:hAnsi="Times New Roman" w:cs="Times New Roman"/>
          <w:b/>
          <w:sz w:val="26"/>
          <w:szCs w:val="26"/>
        </w:rPr>
        <w:br/>
      </w:r>
    </w:p>
    <w:p w:rsidR="00A81299" w:rsidRPr="005A4BC6" w:rsidRDefault="005A4BC6">
      <w:pPr>
        <w:rPr>
          <w:rFonts w:ascii="Times New Roman" w:hAnsi="Times New Roman" w:cs="Times New Roman"/>
          <w:b/>
          <w:sz w:val="26"/>
          <w:szCs w:val="26"/>
        </w:rPr>
      </w:pPr>
      <w:r w:rsidRPr="005A4BC6">
        <w:rPr>
          <w:rFonts w:ascii="Times New Roman" w:hAnsi="Times New Roman" w:cs="Times New Roman"/>
          <w:b/>
          <w:sz w:val="26"/>
          <w:szCs w:val="26"/>
        </w:rPr>
        <w:t>BÊN A (Ch</w:t>
      </w:r>
      <w:r w:rsidRPr="005A4BC6">
        <w:rPr>
          <w:rFonts w:ascii="Times New Roman" w:hAnsi="Times New Roman" w:cs="Times New Roman"/>
          <w:b/>
          <w:sz w:val="26"/>
          <w:szCs w:val="26"/>
        </w:rPr>
        <w:t>ủ</w:t>
      </w:r>
      <w:r w:rsidRPr="005A4BC6">
        <w:rPr>
          <w:rFonts w:ascii="Times New Roman" w:hAnsi="Times New Roman" w:cs="Times New Roman"/>
          <w:b/>
          <w:sz w:val="26"/>
          <w:szCs w:val="26"/>
        </w:rPr>
        <w:t xml:space="preserve"> đ</w:t>
      </w:r>
      <w:r w:rsidRPr="005A4BC6">
        <w:rPr>
          <w:rFonts w:ascii="Times New Roman" w:hAnsi="Times New Roman" w:cs="Times New Roman"/>
          <w:b/>
          <w:sz w:val="26"/>
          <w:szCs w:val="26"/>
        </w:rPr>
        <w:t>ầ</w:t>
      </w:r>
      <w:r w:rsidRPr="005A4BC6">
        <w:rPr>
          <w:rFonts w:ascii="Times New Roman" w:hAnsi="Times New Roman" w:cs="Times New Roman"/>
          <w:b/>
          <w:sz w:val="26"/>
          <w:szCs w:val="26"/>
        </w:rPr>
        <w:t>u tư)</w:t>
      </w:r>
      <w:r w:rsidRPr="005A4BC6">
        <w:rPr>
          <w:rFonts w:ascii="Times New Roman" w:hAnsi="Times New Roman" w:cs="Times New Roman"/>
          <w:b/>
          <w:sz w:val="26"/>
          <w:szCs w:val="26"/>
        </w:rPr>
        <w:tab/>
      </w:r>
      <w:r w:rsidRPr="005A4BC6">
        <w:rPr>
          <w:rFonts w:ascii="Times New Roman" w:hAnsi="Times New Roman" w:cs="Times New Roman"/>
          <w:b/>
          <w:sz w:val="26"/>
          <w:szCs w:val="26"/>
        </w:rPr>
        <w:tab/>
      </w:r>
      <w:r w:rsidRPr="005A4BC6">
        <w:rPr>
          <w:rFonts w:ascii="Times New Roman" w:hAnsi="Times New Roman" w:cs="Times New Roman"/>
          <w:b/>
          <w:sz w:val="26"/>
          <w:szCs w:val="26"/>
        </w:rPr>
        <w:tab/>
        <w:t>BÊN B (Tư v</w:t>
      </w:r>
      <w:r w:rsidRPr="005A4BC6">
        <w:rPr>
          <w:rFonts w:ascii="Times New Roman" w:hAnsi="Times New Roman" w:cs="Times New Roman"/>
          <w:b/>
          <w:sz w:val="26"/>
          <w:szCs w:val="26"/>
        </w:rPr>
        <w:t>ấ</w:t>
      </w:r>
      <w:r w:rsidRPr="005A4BC6">
        <w:rPr>
          <w:rFonts w:ascii="Times New Roman" w:hAnsi="Times New Roman" w:cs="Times New Roman"/>
          <w:b/>
          <w:sz w:val="26"/>
          <w:szCs w:val="26"/>
        </w:rPr>
        <w:t>n kh</w:t>
      </w:r>
      <w:r w:rsidRPr="005A4BC6">
        <w:rPr>
          <w:rFonts w:ascii="Times New Roman" w:hAnsi="Times New Roman" w:cs="Times New Roman"/>
          <w:b/>
          <w:sz w:val="26"/>
          <w:szCs w:val="26"/>
        </w:rPr>
        <w:t>ả</w:t>
      </w:r>
      <w:r w:rsidRPr="005A4BC6">
        <w:rPr>
          <w:rFonts w:ascii="Times New Roman" w:hAnsi="Times New Roman" w:cs="Times New Roman"/>
          <w:b/>
          <w:sz w:val="26"/>
          <w:szCs w:val="26"/>
        </w:rPr>
        <w:t>o sát – thi</w:t>
      </w:r>
      <w:r w:rsidRPr="005A4BC6">
        <w:rPr>
          <w:rFonts w:ascii="Times New Roman" w:hAnsi="Times New Roman" w:cs="Times New Roman"/>
          <w:b/>
          <w:sz w:val="26"/>
          <w:szCs w:val="26"/>
        </w:rPr>
        <w:t>ế</w:t>
      </w:r>
      <w:r w:rsidRPr="005A4BC6">
        <w:rPr>
          <w:rFonts w:ascii="Times New Roman" w:hAnsi="Times New Roman" w:cs="Times New Roman"/>
          <w:b/>
          <w:sz w:val="26"/>
          <w:szCs w:val="26"/>
        </w:rPr>
        <w:t>t k</w:t>
      </w:r>
      <w:r w:rsidRPr="005A4BC6">
        <w:rPr>
          <w:rFonts w:ascii="Times New Roman" w:hAnsi="Times New Roman" w:cs="Times New Roman"/>
          <w:b/>
          <w:sz w:val="26"/>
          <w:szCs w:val="26"/>
        </w:rPr>
        <w:t>ế</w:t>
      </w:r>
      <w:r w:rsidRPr="005A4BC6">
        <w:rPr>
          <w:rFonts w:ascii="Times New Roman" w:hAnsi="Times New Roman" w:cs="Times New Roman"/>
          <w:b/>
          <w:sz w:val="26"/>
          <w:szCs w:val="26"/>
        </w:rPr>
        <w:t>)</w:t>
      </w:r>
      <w:r w:rsidRPr="005A4BC6">
        <w:rPr>
          <w:rFonts w:ascii="Times New Roman" w:hAnsi="Times New Roman" w:cs="Times New Roman"/>
          <w:b/>
          <w:sz w:val="26"/>
          <w:szCs w:val="26"/>
        </w:rPr>
        <w:br/>
        <w:t>Ký, ghi rõ h</w:t>
      </w:r>
      <w:r w:rsidRPr="005A4BC6">
        <w:rPr>
          <w:rFonts w:ascii="Times New Roman" w:hAnsi="Times New Roman" w:cs="Times New Roman"/>
          <w:b/>
          <w:sz w:val="26"/>
          <w:szCs w:val="26"/>
        </w:rPr>
        <w:t>ọ</w:t>
      </w:r>
      <w:r w:rsidRPr="005A4BC6">
        <w:rPr>
          <w:rFonts w:ascii="Times New Roman" w:hAnsi="Times New Roman" w:cs="Times New Roman"/>
          <w:b/>
          <w:sz w:val="26"/>
          <w:szCs w:val="26"/>
        </w:rPr>
        <w:t xml:space="preserve"> tên, đóng d</w:t>
      </w:r>
      <w:r w:rsidRPr="005A4BC6">
        <w:rPr>
          <w:rFonts w:ascii="Times New Roman" w:hAnsi="Times New Roman" w:cs="Times New Roman"/>
          <w:b/>
          <w:sz w:val="26"/>
          <w:szCs w:val="26"/>
        </w:rPr>
        <w:t>ấ</w:t>
      </w:r>
      <w:r w:rsidRPr="005A4BC6">
        <w:rPr>
          <w:rFonts w:ascii="Times New Roman" w:hAnsi="Times New Roman" w:cs="Times New Roman"/>
          <w:b/>
          <w:sz w:val="26"/>
          <w:szCs w:val="26"/>
        </w:rPr>
        <w:t>u</w:t>
      </w:r>
      <w:r w:rsidRPr="005A4BC6">
        <w:rPr>
          <w:rFonts w:ascii="Times New Roman" w:hAnsi="Times New Roman" w:cs="Times New Roman"/>
          <w:b/>
          <w:sz w:val="26"/>
          <w:szCs w:val="26"/>
        </w:rPr>
        <w:tab/>
      </w:r>
      <w:r w:rsidRPr="005A4BC6">
        <w:rPr>
          <w:rFonts w:ascii="Times New Roman" w:hAnsi="Times New Roman" w:cs="Times New Roman"/>
          <w:b/>
          <w:sz w:val="26"/>
          <w:szCs w:val="26"/>
        </w:rPr>
        <w:tab/>
        <w:t>Ký, ghi rõ h</w:t>
      </w:r>
      <w:r w:rsidRPr="005A4BC6">
        <w:rPr>
          <w:rFonts w:ascii="Times New Roman" w:hAnsi="Times New Roman" w:cs="Times New Roman"/>
          <w:b/>
          <w:sz w:val="26"/>
          <w:szCs w:val="26"/>
        </w:rPr>
        <w:t>ọ</w:t>
      </w:r>
      <w:r w:rsidRPr="005A4BC6">
        <w:rPr>
          <w:rFonts w:ascii="Times New Roman" w:hAnsi="Times New Roman" w:cs="Times New Roman"/>
          <w:b/>
          <w:sz w:val="26"/>
          <w:szCs w:val="26"/>
        </w:rPr>
        <w:t xml:space="preserve"> tên, đóng d</w:t>
      </w:r>
      <w:r w:rsidRPr="005A4BC6">
        <w:rPr>
          <w:rFonts w:ascii="Times New Roman" w:hAnsi="Times New Roman" w:cs="Times New Roman"/>
          <w:b/>
          <w:sz w:val="26"/>
          <w:szCs w:val="26"/>
        </w:rPr>
        <w:t>ấ</w:t>
      </w:r>
      <w:r w:rsidRPr="005A4BC6">
        <w:rPr>
          <w:rFonts w:ascii="Times New Roman" w:hAnsi="Times New Roman" w:cs="Times New Roman"/>
          <w:b/>
          <w:sz w:val="26"/>
          <w:szCs w:val="26"/>
        </w:rPr>
        <w:t>u</w:t>
      </w:r>
    </w:p>
    <w:sectPr w:rsidR="00A81299" w:rsidRPr="005A4BC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A4BC6"/>
    <w:rsid w:val="00A8129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E1E85465-A5A6-408F-B387-9D650A0F6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FE549C0-920B-4AD3-9FEC-9925BB48B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3129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2025-10-27T02:22:00Z</dcterms:created>
  <dcterms:modified xsi:type="dcterms:W3CDTF">2025-10-27T02:22:00Z</dcterms:modified>
  <cp:category/>
</cp:coreProperties>
</file>