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F13" w:rsidRPr="00EB5F13" w:rsidRDefault="00EB5F13" w:rsidP="00EB5F1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F13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EB5F13" w:rsidRDefault="00EB5F13" w:rsidP="00EB5F1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F13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:rsidR="00EB5F13" w:rsidRPr="00EB5F13" w:rsidRDefault="00EB5F13" w:rsidP="00EB5F1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156C" w:rsidRPr="00EB5F13" w:rsidRDefault="00EB5F13" w:rsidP="00EB5F13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B5F13">
        <w:rPr>
          <w:rFonts w:ascii="Times New Roman" w:hAnsi="Times New Roman" w:cs="Times New Roman"/>
          <w:color w:val="auto"/>
          <w:sz w:val="26"/>
          <w:szCs w:val="26"/>
        </w:rPr>
        <w:t>THÔNG BÁO M</w:t>
      </w:r>
      <w:r w:rsidRPr="00EB5F13">
        <w:rPr>
          <w:rFonts w:ascii="Times New Roman" w:hAnsi="Times New Roman" w:cs="Times New Roman"/>
          <w:color w:val="auto"/>
          <w:sz w:val="26"/>
          <w:szCs w:val="26"/>
        </w:rPr>
        <w:t>Ờ</w:t>
      </w:r>
      <w:r w:rsidRPr="00EB5F13">
        <w:rPr>
          <w:rFonts w:ascii="Times New Roman" w:hAnsi="Times New Roman" w:cs="Times New Roman"/>
          <w:color w:val="auto"/>
          <w:sz w:val="26"/>
          <w:szCs w:val="26"/>
        </w:rPr>
        <w:t>I TH</w:t>
      </w:r>
      <w:r w:rsidRPr="00EB5F13">
        <w:rPr>
          <w:rFonts w:ascii="Times New Roman" w:hAnsi="Times New Roman" w:cs="Times New Roman"/>
          <w:color w:val="auto"/>
          <w:sz w:val="26"/>
          <w:szCs w:val="26"/>
        </w:rPr>
        <w:t>Ầ</w:t>
      </w:r>
      <w:r w:rsidRPr="00EB5F13">
        <w:rPr>
          <w:rFonts w:ascii="Times New Roman" w:hAnsi="Times New Roman" w:cs="Times New Roman"/>
          <w:color w:val="auto"/>
          <w:sz w:val="26"/>
          <w:szCs w:val="26"/>
        </w:rPr>
        <w:t>U</w:t>
      </w:r>
    </w:p>
    <w:p w:rsidR="00D3156C" w:rsidRPr="00EB5F13" w:rsidRDefault="00EB5F13" w:rsidP="00EB5F13">
      <w:pPr>
        <w:jc w:val="center"/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(Gói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 mua s</w:t>
      </w:r>
      <w:r w:rsidRPr="00EB5F13">
        <w:rPr>
          <w:rFonts w:ascii="Times New Roman" w:hAnsi="Times New Roman" w:cs="Times New Roman"/>
          <w:sz w:val="26"/>
          <w:szCs w:val="26"/>
        </w:rPr>
        <w:t>ắ</w:t>
      </w:r>
      <w:r w:rsidRPr="00EB5F13">
        <w:rPr>
          <w:rFonts w:ascii="Times New Roman" w:hAnsi="Times New Roman" w:cs="Times New Roman"/>
          <w:sz w:val="26"/>
          <w:szCs w:val="26"/>
        </w:rPr>
        <w:t>m hàng hóa/d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ch v</w:t>
      </w:r>
      <w:r w:rsidRPr="00EB5F13">
        <w:rPr>
          <w:rFonts w:ascii="Times New Roman" w:hAnsi="Times New Roman" w:cs="Times New Roman"/>
          <w:sz w:val="26"/>
          <w:szCs w:val="26"/>
        </w:rPr>
        <w:t>ụ</w:t>
      </w:r>
      <w:r w:rsidRPr="00EB5F13">
        <w:rPr>
          <w:rFonts w:ascii="Times New Roman" w:hAnsi="Times New Roman" w:cs="Times New Roman"/>
          <w:sz w:val="26"/>
          <w:szCs w:val="26"/>
        </w:rPr>
        <w:t xml:space="preserve"> thông d</w:t>
      </w:r>
      <w:r w:rsidRPr="00EB5F13">
        <w:rPr>
          <w:rFonts w:ascii="Times New Roman" w:hAnsi="Times New Roman" w:cs="Times New Roman"/>
          <w:sz w:val="26"/>
          <w:szCs w:val="26"/>
        </w:rPr>
        <w:t>ụ</w:t>
      </w:r>
      <w:r w:rsidRPr="00EB5F13">
        <w:rPr>
          <w:rFonts w:ascii="Times New Roman" w:hAnsi="Times New Roman" w:cs="Times New Roman"/>
          <w:sz w:val="26"/>
          <w:szCs w:val="26"/>
        </w:rPr>
        <w:t>ng)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Bên m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Tên gói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Tên d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 xml:space="preserve"> án: </w:t>
      </w:r>
      <w:r w:rsidRPr="00EB5F13">
        <w:rPr>
          <w:rFonts w:ascii="Times New Roman" w:hAnsi="Times New Roman" w:cs="Times New Roman"/>
          <w:sz w:val="26"/>
          <w:szCs w:val="26"/>
        </w:rPr>
        <w:t>.............................................................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1. Hình th</w:t>
      </w:r>
      <w:r w:rsidRPr="00EB5F13">
        <w:rPr>
          <w:rFonts w:ascii="Times New Roman" w:hAnsi="Times New Roman" w:cs="Times New Roman"/>
          <w:sz w:val="26"/>
          <w:szCs w:val="26"/>
        </w:rPr>
        <w:t>ứ</w:t>
      </w:r>
      <w:r w:rsidRPr="00EB5F13">
        <w:rPr>
          <w:rFonts w:ascii="Times New Roman" w:hAnsi="Times New Roman" w:cs="Times New Roman"/>
          <w:sz w:val="26"/>
          <w:szCs w:val="26"/>
        </w:rPr>
        <w:t>c l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>a ch</w:t>
      </w:r>
      <w:r w:rsidRPr="00EB5F13">
        <w:rPr>
          <w:rFonts w:ascii="Times New Roman" w:hAnsi="Times New Roman" w:cs="Times New Roman"/>
          <w:sz w:val="26"/>
          <w:szCs w:val="26"/>
        </w:rPr>
        <w:t>ọ</w:t>
      </w:r>
      <w:r w:rsidRPr="00EB5F13">
        <w:rPr>
          <w:rFonts w:ascii="Times New Roman" w:hAnsi="Times New Roman" w:cs="Times New Roman"/>
          <w:sz w:val="26"/>
          <w:szCs w:val="26"/>
        </w:rPr>
        <w:t>n nhà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Đ</w:t>
      </w:r>
      <w:r w:rsidRPr="00EB5F13">
        <w:rPr>
          <w:rFonts w:ascii="Times New Roman" w:hAnsi="Times New Roman" w:cs="Times New Roman"/>
          <w:sz w:val="26"/>
          <w:szCs w:val="26"/>
        </w:rPr>
        <w:t>ấ</w:t>
      </w:r>
      <w:r w:rsidRPr="00EB5F13">
        <w:rPr>
          <w:rFonts w:ascii="Times New Roman" w:hAnsi="Times New Roman" w:cs="Times New Roman"/>
          <w:sz w:val="26"/>
          <w:szCs w:val="26"/>
        </w:rPr>
        <w:t>u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 r</w:t>
      </w:r>
      <w:r w:rsidRPr="00EB5F13">
        <w:rPr>
          <w:rFonts w:ascii="Times New Roman" w:hAnsi="Times New Roman" w:cs="Times New Roman"/>
          <w:sz w:val="26"/>
          <w:szCs w:val="26"/>
        </w:rPr>
        <w:t>ộ</w:t>
      </w:r>
      <w:r w:rsidRPr="00EB5F13">
        <w:rPr>
          <w:rFonts w:ascii="Times New Roman" w:hAnsi="Times New Roman" w:cs="Times New Roman"/>
          <w:sz w:val="26"/>
          <w:szCs w:val="26"/>
        </w:rPr>
        <w:t>ng rãi / Đ</w:t>
      </w:r>
      <w:r w:rsidRPr="00EB5F13">
        <w:rPr>
          <w:rFonts w:ascii="Times New Roman" w:hAnsi="Times New Roman" w:cs="Times New Roman"/>
          <w:sz w:val="26"/>
          <w:szCs w:val="26"/>
        </w:rPr>
        <w:t>ấ</w:t>
      </w:r>
      <w:r w:rsidRPr="00EB5F13">
        <w:rPr>
          <w:rFonts w:ascii="Times New Roman" w:hAnsi="Times New Roman" w:cs="Times New Roman"/>
          <w:sz w:val="26"/>
          <w:szCs w:val="26"/>
        </w:rPr>
        <w:t>u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 h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n ch</w:t>
      </w:r>
      <w:r w:rsidRPr="00EB5F13">
        <w:rPr>
          <w:rFonts w:ascii="Times New Roman" w:hAnsi="Times New Roman" w:cs="Times New Roman"/>
          <w:sz w:val="26"/>
          <w:szCs w:val="26"/>
        </w:rPr>
        <w:t>ế</w:t>
      </w:r>
      <w:r w:rsidRPr="00EB5F13">
        <w:rPr>
          <w:rFonts w:ascii="Times New Roman" w:hAnsi="Times New Roman" w:cs="Times New Roman"/>
          <w:sz w:val="26"/>
          <w:szCs w:val="26"/>
        </w:rPr>
        <w:t xml:space="preserve"> / Chào hàng c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nh tranh.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2. Phương th</w:t>
      </w:r>
      <w:r w:rsidRPr="00EB5F13">
        <w:rPr>
          <w:rFonts w:ascii="Times New Roman" w:hAnsi="Times New Roman" w:cs="Times New Roman"/>
          <w:sz w:val="26"/>
          <w:szCs w:val="26"/>
        </w:rPr>
        <w:t>ứ</w:t>
      </w:r>
      <w:r w:rsidRPr="00EB5F13">
        <w:rPr>
          <w:rFonts w:ascii="Times New Roman" w:hAnsi="Times New Roman" w:cs="Times New Roman"/>
          <w:sz w:val="26"/>
          <w:szCs w:val="26"/>
        </w:rPr>
        <w:t>c l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>a ch</w:t>
      </w:r>
      <w:r w:rsidRPr="00EB5F13">
        <w:rPr>
          <w:rFonts w:ascii="Times New Roman" w:hAnsi="Times New Roman" w:cs="Times New Roman"/>
          <w:sz w:val="26"/>
          <w:szCs w:val="26"/>
        </w:rPr>
        <w:t>ọ</w:t>
      </w:r>
      <w:r w:rsidRPr="00EB5F13">
        <w:rPr>
          <w:rFonts w:ascii="Times New Roman" w:hAnsi="Times New Roman" w:cs="Times New Roman"/>
          <w:sz w:val="26"/>
          <w:szCs w:val="26"/>
        </w:rPr>
        <w:t>n nhà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M</w:t>
      </w:r>
      <w:r w:rsidRPr="00EB5F13">
        <w:rPr>
          <w:rFonts w:ascii="Times New Roman" w:hAnsi="Times New Roman" w:cs="Times New Roman"/>
          <w:sz w:val="26"/>
          <w:szCs w:val="26"/>
        </w:rPr>
        <w:t>ộ</w:t>
      </w:r>
      <w:r w:rsidRPr="00EB5F13">
        <w:rPr>
          <w:rFonts w:ascii="Times New Roman" w:hAnsi="Times New Roman" w:cs="Times New Roman"/>
          <w:sz w:val="26"/>
          <w:szCs w:val="26"/>
        </w:rPr>
        <w:t>t giai đo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n m</w:t>
      </w:r>
      <w:r w:rsidRPr="00EB5F13">
        <w:rPr>
          <w:rFonts w:ascii="Times New Roman" w:hAnsi="Times New Roman" w:cs="Times New Roman"/>
          <w:sz w:val="26"/>
          <w:szCs w:val="26"/>
        </w:rPr>
        <w:t>ộ</w:t>
      </w:r>
      <w:r w:rsidRPr="00EB5F13">
        <w:rPr>
          <w:rFonts w:ascii="Times New Roman" w:hAnsi="Times New Roman" w:cs="Times New Roman"/>
          <w:sz w:val="26"/>
          <w:szCs w:val="26"/>
        </w:rPr>
        <w:t>t túi h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 xml:space="preserve"> sơ / M</w:t>
      </w:r>
      <w:r w:rsidRPr="00EB5F13">
        <w:rPr>
          <w:rFonts w:ascii="Times New Roman" w:hAnsi="Times New Roman" w:cs="Times New Roman"/>
          <w:sz w:val="26"/>
          <w:szCs w:val="26"/>
        </w:rPr>
        <w:t>ộ</w:t>
      </w:r>
      <w:r w:rsidRPr="00EB5F13">
        <w:rPr>
          <w:rFonts w:ascii="Times New Roman" w:hAnsi="Times New Roman" w:cs="Times New Roman"/>
          <w:sz w:val="26"/>
          <w:szCs w:val="26"/>
        </w:rPr>
        <w:t>t giai đo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n hai túi h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 xml:space="preserve"> sơ.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3. Lo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i</w:t>
      </w:r>
      <w:r w:rsidRPr="00EB5F13">
        <w:rPr>
          <w:rFonts w:ascii="Times New Roman" w:hAnsi="Times New Roman" w:cs="Times New Roman"/>
          <w:sz w:val="26"/>
          <w:szCs w:val="26"/>
        </w:rPr>
        <w:t xml:space="preserve"> h</w:t>
      </w:r>
      <w:r w:rsidRPr="00EB5F13">
        <w:rPr>
          <w:rFonts w:ascii="Times New Roman" w:hAnsi="Times New Roman" w:cs="Times New Roman"/>
          <w:sz w:val="26"/>
          <w:szCs w:val="26"/>
        </w:rPr>
        <w:t>ợ</w:t>
      </w:r>
      <w:r w:rsidRPr="00EB5F13">
        <w:rPr>
          <w:rFonts w:ascii="Times New Roman" w:hAnsi="Times New Roman" w:cs="Times New Roman"/>
          <w:sz w:val="26"/>
          <w:szCs w:val="26"/>
        </w:rPr>
        <w:t>p đ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>ng: Tr</w:t>
      </w:r>
      <w:r w:rsidRPr="00EB5F13">
        <w:rPr>
          <w:rFonts w:ascii="Times New Roman" w:hAnsi="Times New Roman" w:cs="Times New Roman"/>
          <w:sz w:val="26"/>
          <w:szCs w:val="26"/>
        </w:rPr>
        <w:t>ọ</w:t>
      </w:r>
      <w:r w:rsidRPr="00EB5F13">
        <w:rPr>
          <w:rFonts w:ascii="Times New Roman" w:hAnsi="Times New Roman" w:cs="Times New Roman"/>
          <w:sz w:val="26"/>
          <w:szCs w:val="26"/>
        </w:rPr>
        <w:t>n gói / Theo đơn giá c</w:t>
      </w:r>
      <w:r w:rsidRPr="00EB5F13">
        <w:rPr>
          <w:rFonts w:ascii="Times New Roman" w:hAnsi="Times New Roman" w:cs="Times New Roman"/>
          <w:sz w:val="26"/>
          <w:szCs w:val="26"/>
        </w:rPr>
        <w:t>ố</w:t>
      </w:r>
      <w:r w:rsidRPr="00EB5F13">
        <w:rPr>
          <w:rFonts w:ascii="Times New Roman" w:hAnsi="Times New Roman" w:cs="Times New Roman"/>
          <w:sz w:val="26"/>
          <w:szCs w:val="26"/>
        </w:rPr>
        <w:t xml:space="preserve"> đ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nh / Theo th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gian.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4. Th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gian th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>c hi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>n h</w:t>
      </w:r>
      <w:r w:rsidRPr="00EB5F13">
        <w:rPr>
          <w:rFonts w:ascii="Times New Roman" w:hAnsi="Times New Roman" w:cs="Times New Roman"/>
          <w:sz w:val="26"/>
          <w:szCs w:val="26"/>
        </w:rPr>
        <w:t>ợ</w:t>
      </w:r>
      <w:r w:rsidRPr="00EB5F13">
        <w:rPr>
          <w:rFonts w:ascii="Times New Roman" w:hAnsi="Times New Roman" w:cs="Times New Roman"/>
          <w:sz w:val="26"/>
          <w:szCs w:val="26"/>
        </w:rPr>
        <w:t>p đ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>ng: ............ ngày / tháng / năm.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pStyle w:val="Heading2"/>
        <w:rPr>
          <w:rFonts w:ascii="Times New Roman" w:hAnsi="Times New Roman" w:cs="Times New Roman"/>
          <w:color w:val="auto"/>
        </w:rPr>
      </w:pPr>
      <w:r w:rsidRPr="00EB5F13">
        <w:rPr>
          <w:rFonts w:ascii="Times New Roman" w:hAnsi="Times New Roman" w:cs="Times New Roman"/>
          <w:color w:val="auto"/>
        </w:rPr>
        <w:t>5. N</w:t>
      </w:r>
      <w:r w:rsidRPr="00EB5F13">
        <w:rPr>
          <w:rFonts w:ascii="Times New Roman" w:hAnsi="Times New Roman" w:cs="Times New Roman"/>
          <w:color w:val="auto"/>
        </w:rPr>
        <w:t>ộ</w:t>
      </w:r>
      <w:r w:rsidRPr="00EB5F13">
        <w:rPr>
          <w:rFonts w:ascii="Times New Roman" w:hAnsi="Times New Roman" w:cs="Times New Roman"/>
          <w:color w:val="auto"/>
        </w:rPr>
        <w:t>i dung tóm t</w:t>
      </w:r>
      <w:r w:rsidRPr="00EB5F13">
        <w:rPr>
          <w:rFonts w:ascii="Times New Roman" w:hAnsi="Times New Roman" w:cs="Times New Roman"/>
          <w:color w:val="auto"/>
        </w:rPr>
        <w:t>ắ</w:t>
      </w:r>
      <w:r w:rsidRPr="00EB5F13">
        <w:rPr>
          <w:rFonts w:ascii="Times New Roman" w:hAnsi="Times New Roman" w:cs="Times New Roman"/>
          <w:color w:val="auto"/>
        </w:rPr>
        <w:t>t gói th</w:t>
      </w:r>
      <w:r w:rsidRPr="00EB5F13">
        <w:rPr>
          <w:rFonts w:ascii="Times New Roman" w:hAnsi="Times New Roman" w:cs="Times New Roman"/>
          <w:color w:val="auto"/>
        </w:rPr>
        <w:t>ầ</w:t>
      </w:r>
      <w:r w:rsidRPr="00EB5F13">
        <w:rPr>
          <w:rFonts w:ascii="Times New Roman" w:hAnsi="Times New Roman" w:cs="Times New Roman"/>
          <w:color w:val="auto"/>
        </w:rPr>
        <w:t>u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Ph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m vi công vi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>c: ..............................................................................</w:t>
      </w:r>
      <w:r w:rsidRPr="00EB5F13">
        <w:rPr>
          <w:rFonts w:ascii="Times New Roman" w:hAnsi="Times New Roman" w:cs="Times New Roman"/>
          <w:sz w:val="26"/>
          <w:szCs w:val="26"/>
        </w:rPr>
        <w:t>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Hàng hóa / d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ch v</w:t>
      </w:r>
      <w:r w:rsidRPr="00EB5F13">
        <w:rPr>
          <w:rFonts w:ascii="Times New Roman" w:hAnsi="Times New Roman" w:cs="Times New Roman"/>
          <w:sz w:val="26"/>
          <w:szCs w:val="26"/>
        </w:rPr>
        <w:t>ụ</w:t>
      </w:r>
      <w:r w:rsidRPr="00EB5F13">
        <w:rPr>
          <w:rFonts w:ascii="Times New Roman" w:hAnsi="Times New Roman" w:cs="Times New Roman"/>
          <w:sz w:val="26"/>
          <w:szCs w:val="26"/>
        </w:rPr>
        <w:t xml:space="preserve"> c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n cung c</w:t>
      </w:r>
      <w:r w:rsidRPr="00EB5F13">
        <w:rPr>
          <w:rFonts w:ascii="Times New Roman" w:hAnsi="Times New Roman" w:cs="Times New Roman"/>
          <w:sz w:val="26"/>
          <w:szCs w:val="26"/>
        </w:rPr>
        <w:t>ấ</w:t>
      </w:r>
      <w:r w:rsidRPr="00EB5F13">
        <w:rPr>
          <w:rFonts w:ascii="Times New Roman" w:hAnsi="Times New Roman" w:cs="Times New Roman"/>
          <w:sz w:val="26"/>
          <w:szCs w:val="26"/>
        </w:rPr>
        <w:t>p: 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Ngu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>n v</w:t>
      </w:r>
      <w:r w:rsidRPr="00EB5F13">
        <w:rPr>
          <w:rFonts w:ascii="Times New Roman" w:hAnsi="Times New Roman" w:cs="Times New Roman"/>
          <w:sz w:val="26"/>
          <w:szCs w:val="26"/>
        </w:rPr>
        <w:t>ố</w:t>
      </w:r>
      <w:r w:rsidRPr="00EB5F13">
        <w:rPr>
          <w:rFonts w:ascii="Times New Roman" w:hAnsi="Times New Roman" w:cs="Times New Roman"/>
          <w:sz w:val="26"/>
          <w:szCs w:val="26"/>
        </w:rPr>
        <w:t>n: ..............................................................................................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Giá gói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...............................</w:t>
      </w:r>
      <w:r w:rsidRPr="00EB5F13">
        <w:rPr>
          <w:rFonts w:ascii="Times New Roman" w:hAnsi="Times New Roman" w:cs="Times New Roman"/>
          <w:sz w:val="26"/>
          <w:szCs w:val="26"/>
        </w:rPr>
        <w:t>................. đ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>ng (b</w:t>
      </w:r>
      <w:r w:rsidRPr="00EB5F13">
        <w:rPr>
          <w:rFonts w:ascii="Times New Roman" w:hAnsi="Times New Roman" w:cs="Times New Roman"/>
          <w:sz w:val="26"/>
          <w:szCs w:val="26"/>
        </w:rPr>
        <w:t>ằ</w:t>
      </w:r>
      <w:r w:rsidRPr="00EB5F13">
        <w:rPr>
          <w:rFonts w:ascii="Times New Roman" w:hAnsi="Times New Roman" w:cs="Times New Roman"/>
          <w:sz w:val="26"/>
          <w:szCs w:val="26"/>
        </w:rPr>
        <w:t>ng ch</w:t>
      </w:r>
      <w:r w:rsidRPr="00EB5F13">
        <w:rPr>
          <w:rFonts w:ascii="Times New Roman" w:hAnsi="Times New Roman" w:cs="Times New Roman"/>
          <w:sz w:val="26"/>
          <w:szCs w:val="26"/>
        </w:rPr>
        <w:t>ữ</w:t>
      </w:r>
      <w:r w:rsidRPr="00EB5F13">
        <w:rPr>
          <w:rFonts w:ascii="Times New Roman" w:hAnsi="Times New Roman" w:cs="Times New Roman"/>
          <w:sz w:val="26"/>
          <w:szCs w:val="26"/>
        </w:rPr>
        <w:t>: ......................).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pStyle w:val="Heading2"/>
        <w:rPr>
          <w:rFonts w:ascii="Times New Roman" w:hAnsi="Times New Roman" w:cs="Times New Roman"/>
          <w:color w:val="auto"/>
        </w:rPr>
      </w:pPr>
      <w:r w:rsidRPr="00EB5F13">
        <w:rPr>
          <w:rFonts w:ascii="Times New Roman" w:hAnsi="Times New Roman" w:cs="Times New Roman"/>
          <w:color w:val="auto"/>
        </w:rPr>
        <w:t>6. Th</w:t>
      </w:r>
      <w:r w:rsidRPr="00EB5F13">
        <w:rPr>
          <w:rFonts w:ascii="Times New Roman" w:hAnsi="Times New Roman" w:cs="Times New Roman"/>
          <w:color w:val="auto"/>
        </w:rPr>
        <w:t>ờ</w:t>
      </w:r>
      <w:r w:rsidRPr="00EB5F13">
        <w:rPr>
          <w:rFonts w:ascii="Times New Roman" w:hAnsi="Times New Roman" w:cs="Times New Roman"/>
          <w:color w:val="auto"/>
        </w:rPr>
        <w:t>i gian, đ</w:t>
      </w:r>
      <w:r w:rsidRPr="00EB5F13">
        <w:rPr>
          <w:rFonts w:ascii="Times New Roman" w:hAnsi="Times New Roman" w:cs="Times New Roman"/>
          <w:color w:val="auto"/>
        </w:rPr>
        <w:t>ị</w:t>
      </w:r>
      <w:r w:rsidRPr="00EB5F13">
        <w:rPr>
          <w:rFonts w:ascii="Times New Roman" w:hAnsi="Times New Roman" w:cs="Times New Roman"/>
          <w:color w:val="auto"/>
        </w:rPr>
        <w:t>a đi</w:t>
      </w:r>
      <w:r w:rsidRPr="00EB5F13">
        <w:rPr>
          <w:rFonts w:ascii="Times New Roman" w:hAnsi="Times New Roman" w:cs="Times New Roman"/>
          <w:color w:val="auto"/>
        </w:rPr>
        <w:t>ể</w:t>
      </w:r>
      <w:r w:rsidRPr="00EB5F13">
        <w:rPr>
          <w:rFonts w:ascii="Times New Roman" w:hAnsi="Times New Roman" w:cs="Times New Roman"/>
          <w:color w:val="auto"/>
        </w:rPr>
        <w:t>m phát hành h</w:t>
      </w:r>
      <w:r w:rsidRPr="00EB5F13">
        <w:rPr>
          <w:rFonts w:ascii="Times New Roman" w:hAnsi="Times New Roman" w:cs="Times New Roman"/>
          <w:color w:val="auto"/>
        </w:rPr>
        <w:t>ồ</w:t>
      </w:r>
      <w:r w:rsidRPr="00EB5F13">
        <w:rPr>
          <w:rFonts w:ascii="Times New Roman" w:hAnsi="Times New Roman" w:cs="Times New Roman"/>
          <w:color w:val="auto"/>
        </w:rPr>
        <w:t xml:space="preserve"> sơ m</w:t>
      </w:r>
      <w:r w:rsidRPr="00EB5F13">
        <w:rPr>
          <w:rFonts w:ascii="Times New Roman" w:hAnsi="Times New Roman" w:cs="Times New Roman"/>
          <w:color w:val="auto"/>
        </w:rPr>
        <w:t>ờ</w:t>
      </w:r>
      <w:r w:rsidRPr="00EB5F13">
        <w:rPr>
          <w:rFonts w:ascii="Times New Roman" w:hAnsi="Times New Roman" w:cs="Times New Roman"/>
          <w:color w:val="auto"/>
        </w:rPr>
        <w:t>i th</w:t>
      </w:r>
      <w:r w:rsidRPr="00EB5F13">
        <w:rPr>
          <w:rFonts w:ascii="Times New Roman" w:hAnsi="Times New Roman" w:cs="Times New Roman"/>
          <w:color w:val="auto"/>
        </w:rPr>
        <w:t>ầ</w:t>
      </w:r>
      <w:r w:rsidRPr="00EB5F13">
        <w:rPr>
          <w:rFonts w:ascii="Times New Roman" w:hAnsi="Times New Roman" w:cs="Times New Roman"/>
          <w:color w:val="auto"/>
        </w:rPr>
        <w:t>u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Th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gian phát hành: T</w:t>
      </w:r>
      <w:r w:rsidRPr="00EB5F13">
        <w:rPr>
          <w:rFonts w:ascii="Times New Roman" w:hAnsi="Times New Roman" w:cs="Times New Roman"/>
          <w:sz w:val="26"/>
          <w:szCs w:val="26"/>
        </w:rPr>
        <w:t>ừ</w:t>
      </w:r>
      <w:r w:rsidRPr="00EB5F13">
        <w:rPr>
          <w:rFonts w:ascii="Times New Roman" w:hAnsi="Times New Roman" w:cs="Times New Roman"/>
          <w:sz w:val="26"/>
          <w:szCs w:val="26"/>
        </w:rPr>
        <w:t xml:space="preserve"> .... gi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 xml:space="preserve"> .... ngày .... tháng .... năm .... đ</w:t>
      </w:r>
      <w:r w:rsidRPr="00EB5F13">
        <w:rPr>
          <w:rFonts w:ascii="Times New Roman" w:hAnsi="Times New Roman" w:cs="Times New Roman"/>
          <w:sz w:val="26"/>
          <w:szCs w:val="26"/>
        </w:rPr>
        <w:t>ế</w:t>
      </w:r>
      <w:r w:rsidRPr="00EB5F13">
        <w:rPr>
          <w:rFonts w:ascii="Times New Roman" w:hAnsi="Times New Roman" w:cs="Times New Roman"/>
          <w:sz w:val="26"/>
          <w:szCs w:val="26"/>
        </w:rPr>
        <w:t>n .... gi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 xml:space="preserve"> .... ngày .... tháng .... năm .... (gi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 xml:space="preserve"> đ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a phương).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Đ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a đi</w:t>
      </w:r>
      <w:r w:rsidRPr="00EB5F13">
        <w:rPr>
          <w:rFonts w:ascii="Times New Roman" w:hAnsi="Times New Roman" w:cs="Times New Roman"/>
          <w:sz w:val="26"/>
          <w:szCs w:val="26"/>
        </w:rPr>
        <w:t>ể</w:t>
      </w:r>
      <w:r w:rsidRPr="00EB5F13">
        <w:rPr>
          <w:rFonts w:ascii="Times New Roman" w:hAnsi="Times New Roman" w:cs="Times New Roman"/>
          <w:sz w:val="26"/>
          <w:szCs w:val="26"/>
        </w:rPr>
        <w:t>m p</w:t>
      </w:r>
      <w:r w:rsidRPr="00EB5F13">
        <w:rPr>
          <w:rFonts w:ascii="Times New Roman" w:hAnsi="Times New Roman" w:cs="Times New Roman"/>
          <w:sz w:val="26"/>
          <w:szCs w:val="26"/>
        </w:rPr>
        <w:t>hát hành: 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lastRenderedPageBreak/>
        <w:t>- Giá bán h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 xml:space="preserve"> sơ m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................ đ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>ng / b</w:t>
      </w:r>
      <w:r w:rsidRPr="00EB5F13">
        <w:rPr>
          <w:rFonts w:ascii="Times New Roman" w:hAnsi="Times New Roman" w:cs="Times New Roman"/>
          <w:sz w:val="26"/>
          <w:szCs w:val="26"/>
        </w:rPr>
        <w:t>ộ</w:t>
      </w:r>
      <w:r w:rsidRPr="00EB5F13">
        <w:rPr>
          <w:rFonts w:ascii="Times New Roman" w:hAnsi="Times New Roman" w:cs="Times New Roman"/>
          <w:sz w:val="26"/>
          <w:szCs w:val="26"/>
        </w:rPr>
        <w:t xml:space="preserve"> (n</w:t>
      </w:r>
      <w:r w:rsidRPr="00EB5F13">
        <w:rPr>
          <w:rFonts w:ascii="Times New Roman" w:hAnsi="Times New Roman" w:cs="Times New Roman"/>
          <w:sz w:val="26"/>
          <w:szCs w:val="26"/>
        </w:rPr>
        <w:t>ế</w:t>
      </w:r>
      <w:r w:rsidRPr="00EB5F13">
        <w:rPr>
          <w:rFonts w:ascii="Times New Roman" w:hAnsi="Times New Roman" w:cs="Times New Roman"/>
          <w:sz w:val="26"/>
          <w:szCs w:val="26"/>
        </w:rPr>
        <w:t>u có).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pStyle w:val="Heading2"/>
        <w:rPr>
          <w:rFonts w:ascii="Times New Roman" w:hAnsi="Times New Roman" w:cs="Times New Roman"/>
          <w:color w:val="auto"/>
        </w:rPr>
      </w:pPr>
      <w:r w:rsidRPr="00EB5F13">
        <w:rPr>
          <w:rFonts w:ascii="Times New Roman" w:hAnsi="Times New Roman" w:cs="Times New Roman"/>
          <w:color w:val="auto"/>
        </w:rPr>
        <w:t>7. Th</w:t>
      </w:r>
      <w:r w:rsidRPr="00EB5F13">
        <w:rPr>
          <w:rFonts w:ascii="Times New Roman" w:hAnsi="Times New Roman" w:cs="Times New Roman"/>
          <w:color w:val="auto"/>
        </w:rPr>
        <w:t>ờ</w:t>
      </w:r>
      <w:r w:rsidRPr="00EB5F13">
        <w:rPr>
          <w:rFonts w:ascii="Times New Roman" w:hAnsi="Times New Roman" w:cs="Times New Roman"/>
          <w:color w:val="auto"/>
        </w:rPr>
        <w:t>i đi</w:t>
      </w:r>
      <w:r w:rsidRPr="00EB5F13">
        <w:rPr>
          <w:rFonts w:ascii="Times New Roman" w:hAnsi="Times New Roman" w:cs="Times New Roman"/>
          <w:color w:val="auto"/>
        </w:rPr>
        <w:t>ể</w:t>
      </w:r>
      <w:r w:rsidRPr="00EB5F13">
        <w:rPr>
          <w:rFonts w:ascii="Times New Roman" w:hAnsi="Times New Roman" w:cs="Times New Roman"/>
          <w:color w:val="auto"/>
        </w:rPr>
        <w:t>m đóng th</w:t>
      </w:r>
      <w:r w:rsidRPr="00EB5F13">
        <w:rPr>
          <w:rFonts w:ascii="Times New Roman" w:hAnsi="Times New Roman" w:cs="Times New Roman"/>
          <w:color w:val="auto"/>
        </w:rPr>
        <w:t>ầ</w:t>
      </w:r>
      <w:r w:rsidRPr="00EB5F13">
        <w:rPr>
          <w:rFonts w:ascii="Times New Roman" w:hAnsi="Times New Roman" w:cs="Times New Roman"/>
          <w:color w:val="auto"/>
        </w:rPr>
        <w:t>u, m</w:t>
      </w:r>
      <w:r w:rsidRPr="00EB5F13">
        <w:rPr>
          <w:rFonts w:ascii="Times New Roman" w:hAnsi="Times New Roman" w:cs="Times New Roman"/>
          <w:color w:val="auto"/>
        </w:rPr>
        <w:t>ở</w:t>
      </w:r>
      <w:r w:rsidRPr="00EB5F13">
        <w:rPr>
          <w:rFonts w:ascii="Times New Roman" w:hAnsi="Times New Roman" w:cs="Times New Roman"/>
          <w:color w:val="auto"/>
        </w:rPr>
        <w:t xml:space="preserve"> th</w:t>
      </w:r>
      <w:r w:rsidRPr="00EB5F13">
        <w:rPr>
          <w:rFonts w:ascii="Times New Roman" w:hAnsi="Times New Roman" w:cs="Times New Roman"/>
          <w:color w:val="auto"/>
        </w:rPr>
        <w:t>ầ</w:t>
      </w:r>
      <w:r w:rsidRPr="00EB5F13">
        <w:rPr>
          <w:rFonts w:ascii="Times New Roman" w:hAnsi="Times New Roman" w:cs="Times New Roman"/>
          <w:color w:val="auto"/>
        </w:rPr>
        <w:t>u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Th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đi</w:t>
      </w:r>
      <w:r w:rsidRPr="00EB5F13">
        <w:rPr>
          <w:rFonts w:ascii="Times New Roman" w:hAnsi="Times New Roman" w:cs="Times New Roman"/>
          <w:sz w:val="26"/>
          <w:szCs w:val="26"/>
        </w:rPr>
        <w:t>ể</w:t>
      </w:r>
      <w:r w:rsidRPr="00EB5F13">
        <w:rPr>
          <w:rFonts w:ascii="Times New Roman" w:hAnsi="Times New Roman" w:cs="Times New Roman"/>
          <w:sz w:val="26"/>
          <w:szCs w:val="26"/>
        </w:rPr>
        <w:t>m đóng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.... gi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 xml:space="preserve"> .... ngày .... tháng .... năm 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Th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đi</w:t>
      </w:r>
      <w:r w:rsidRPr="00EB5F13">
        <w:rPr>
          <w:rFonts w:ascii="Times New Roman" w:hAnsi="Times New Roman" w:cs="Times New Roman"/>
          <w:sz w:val="26"/>
          <w:szCs w:val="26"/>
        </w:rPr>
        <w:t>ể</w:t>
      </w:r>
      <w:r w:rsidRPr="00EB5F13">
        <w:rPr>
          <w:rFonts w:ascii="Times New Roman" w:hAnsi="Times New Roman" w:cs="Times New Roman"/>
          <w:sz w:val="26"/>
          <w:szCs w:val="26"/>
        </w:rPr>
        <w:t>m m</w:t>
      </w:r>
      <w:r w:rsidRPr="00EB5F13">
        <w:rPr>
          <w:rFonts w:ascii="Times New Roman" w:hAnsi="Times New Roman" w:cs="Times New Roman"/>
          <w:sz w:val="26"/>
          <w:szCs w:val="26"/>
        </w:rPr>
        <w:t>ở</w:t>
      </w:r>
      <w:r w:rsidRPr="00EB5F13">
        <w:rPr>
          <w:rFonts w:ascii="Times New Roman" w:hAnsi="Times New Roman" w:cs="Times New Roman"/>
          <w:sz w:val="26"/>
          <w:szCs w:val="26"/>
        </w:rPr>
        <w:t xml:space="preserve">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</w:t>
      </w:r>
      <w:r w:rsidRPr="00EB5F13">
        <w:rPr>
          <w:rFonts w:ascii="Times New Roman" w:hAnsi="Times New Roman" w:cs="Times New Roman"/>
          <w:sz w:val="26"/>
          <w:szCs w:val="26"/>
        </w:rPr>
        <w:t>... gi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 xml:space="preserve"> .... ngày .... tháng .... năm .... t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i: ....................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pStyle w:val="Heading2"/>
        <w:rPr>
          <w:rFonts w:ascii="Times New Roman" w:hAnsi="Times New Roman" w:cs="Times New Roman"/>
          <w:color w:val="auto"/>
        </w:rPr>
      </w:pPr>
      <w:r w:rsidRPr="00EB5F13">
        <w:rPr>
          <w:rFonts w:ascii="Times New Roman" w:hAnsi="Times New Roman" w:cs="Times New Roman"/>
          <w:color w:val="auto"/>
        </w:rPr>
        <w:t>8. B</w:t>
      </w:r>
      <w:r w:rsidRPr="00EB5F13">
        <w:rPr>
          <w:rFonts w:ascii="Times New Roman" w:hAnsi="Times New Roman" w:cs="Times New Roman"/>
          <w:color w:val="auto"/>
        </w:rPr>
        <w:t>ả</w:t>
      </w:r>
      <w:r w:rsidRPr="00EB5F13">
        <w:rPr>
          <w:rFonts w:ascii="Times New Roman" w:hAnsi="Times New Roman" w:cs="Times New Roman"/>
          <w:color w:val="auto"/>
        </w:rPr>
        <w:t>o đ</w:t>
      </w:r>
      <w:r w:rsidRPr="00EB5F13">
        <w:rPr>
          <w:rFonts w:ascii="Times New Roman" w:hAnsi="Times New Roman" w:cs="Times New Roman"/>
          <w:color w:val="auto"/>
        </w:rPr>
        <w:t>ả</w:t>
      </w:r>
      <w:r w:rsidRPr="00EB5F13">
        <w:rPr>
          <w:rFonts w:ascii="Times New Roman" w:hAnsi="Times New Roman" w:cs="Times New Roman"/>
          <w:color w:val="auto"/>
        </w:rPr>
        <w:t>m d</w:t>
      </w:r>
      <w:r w:rsidRPr="00EB5F13">
        <w:rPr>
          <w:rFonts w:ascii="Times New Roman" w:hAnsi="Times New Roman" w:cs="Times New Roman"/>
          <w:color w:val="auto"/>
        </w:rPr>
        <w:t>ự</w:t>
      </w:r>
      <w:r w:rsidRPr="00EB5F13">
        <w:rPr>
          <w:rFonts w:ascii="Times New Roman" w:hAnsi="Times New Roman" w:cs="Times New Roman"/>
          <w:color w:val="auto"/>
        </w:rPr>
        <w:t xml:space="preserve"> th</w:t>
      </w:r>
      <w:r w:rsidRPr="00EB5F13">
        <w:rPr>
          <w:rFonts w:ascii="Times New Roman" w:hAnsi="Times New Roman" w:cs="Times New Roman"/>
          <w:color w:val="auto"/>
        </w:rPr>
        <w:t>ầ</w:t>
      </w:r>
      <w:r w:rsidRPr="00EB5F13">
        <w:rPr>
          <w:rFonts w:ascii="Times New Roman" w:hAnsi="Times New Roman" w:cs="Times New Roman"/>
          <w:color w:val="auto"/>
        </w:rPr>
        <w:t>u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Giá tr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 xml:space="preserve"> b</w:t>
      </w:r>
      <w:r w:rsidRPr="00EB5F13">
        <w:rPr>
          <w:rFonts w:ascii="Times New Roman" w:hAnsi="Times New Roman" w:cs="Times New Roman"/>
          <w:sz w:val="26"/>
          <w:szCs w:val="26"/>
        </w:rPr>
        <w:t>ả</w:t>
      </w:r>
      <w:r w:rsidRPr="00EB5F13">
        <w:rPr>
          <w:rFonts w:ascii="Times New Roman" w:hAnsi="Times New Roman" w:cs="Times New Roman"/>
          <w:sz w:val="26"/>
          <w:szCs w:val="26"/>
        </w:rPr>
        <w:t>o đ</w:t>
      </w:r>
      <w:r w:rsidRPr="00EB5F13">
        <w:rPr>
          <w:rFonts w:ascii="Times New Roman" w:hAnsi="Times New Roman" w:cs="Times New Roman"/>
          <w:sz w:val="26"/>
          <w:szCs w:val="26"/>
        </w:rPr>
        <w:t>ả</w:t>
      </w:r>
      <w:r w:rsidRPr="00EB5F13">
        <w:rPr>
          <w:rFonts w:ascii="Times New Roman" w:hAnsi="Times New Roman" w:cs="Times New Roman"/>
          <w:sz w:val="26"/>
          <w:szCs w:val="26"/>
        </w:rPr>
        <w:t>m d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 xml:space="preserve">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u: ................ đ</w:t>
      </w:r>
      <w:r w:rsidRPr="00EB5F13">
        <w:rPr>
          <w:rFonts w:ascii="Times New Roman" w:hAnsi="Times New Roman" w:cs="Times New Roman"/>
          <w:sz w:val="26"/>
          <w:szCs w:val="26"/>
        </w:rPr>
        <w:t>ồ</w:t>
      </w:r>
      <w:r w:rsidRPr="00EB5F13">
        <w:rPr>
          <w:rFonts w:ascii="Times New Roman" w:hAnsi="Times New Roman" w:cs="Times New Roman"/>
          <w:sz w:val="26"/>
          <w:szCs w:val="26"/>
        </w:rPr>
        <w:t>ng.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Hình th</w:t>
      </w:r>
      <w:r w:rsidRPr="00EB5F13">
        <w:rPr>
          <w:rFonts w:ascii="Times New Roman" w:hAnsi="Times New Roman" w:cs="Times New Roman"/>
          <w:sz w:val="26"/>
          <w:szCs w:val="26"/>
        </w:rPr>
        <w:t>ứ</w:t>
      </w:r>
      <w:r w:rsidRPr="00EB5F13">
        <w:rPr>
          <w:rFonts w:ascii="Times New Roman" w:hAnsi="Times New Roman" w:cs="Times New Roman"/>
          <w:sz w:val="26"/>
          <w:szCs w:val="26"/>
        </w:rPr>
        <w:t>c b</w:t>
      </w:r>
      <w:r w:rsidRPr="00EB5F13">
        <w:rPr>
          <w:rFonts w:ascii="Times New Roman" w:hAnsi="Times New Roman" w:cs="Times New Roman"/>
          <w:sz w:val="26"/>
          <w:szCs w:val="26"/>
        </w:rPr>
        <w:t>ả</w:t>
      </w:r>
      <w:r w:rsidRPr="00EB5F13">
        <w:rPr>
          <w:rFonts w:ascii="Times New Roman" w:hAnsi="Times New Roman" w:cs="Times New Roman"/>
          <w:sz w:val="26"/>
          <w:szCs w:val="26"/>
        </w:rPr>
        <w:t>o đ</w:t>
      </w:r>
      <w:r w:rsidRPr="00EB5F13">
        <w:rPr>
          <w:rFonts w:ascii="Times New Roman" w:hAnsi="Times New Roman" w:cs="Times New Roman"/>
          <w:sz w:val="26"/>
          <w:szCs w:val="26"/>
        </w:rPr>
        <w:t>ả</w:t>
      </w:r>
      <w:r w:rsidRPr="00EB5F13">
        <w:rPr>
          <w:rFonts w:ascii="Times New Roman" w:hAnsi="Times New Roman" w:cs="Times New Roman"/>
          <w:sz w:val="26"/>
          <w:szCs w:val="26"/>
        </w:rPr>
        <w:t>m: Thư b</w:t>
      </w:r>
      <w:r w:rsidRPr="00EB5F13">
        <w:rPr>
          <w:rFonts w:ascii="Times New Roman" w:hAnsi="Times New Roman" w:cs="Times New Roman"/>
          <w:sz w:val="26"/>
          <w:szCs w:val="26"/>
        </w:rPr>
        <w:t>ả</w:t>
      </w:r>
      <w:r w:rsidRPr="00EB5F13">
        <w:rPr>
          <w:rFonts w:ascii="Times New Roman" w:hAnsi="Times New Roman" w:cs="Times New Roman"/>
          <w:sz w:val="26"/>
          <w:szCs w:val="26"/>
        </w:rPr>
        <w:t>o lãnh ngân hàng / Ký qu</w:t>
      </w:r>
      <w:r w:rsidRPr="00EB5F13">
        <w:rPr>
          <w:rFonts w:ascii="Times New Roman" w:hAnsi="Times New Roman" w:cs="Times New Roman"/>
          <w:sz w:val="26"/>
          <w:szCs w:val="26"/>
        </w:rPr>
        <w:t>ỹ</w:t>
      </w:r>
      <w:r w:rsidRPr="00EB5F13">
        <w:rPr>
          <w:rFonts w:ascii="Times New Roman" w:hAnsi="Times New Roman" w:cs="Times New Roman"/>
          <w:sz w:val="26"/>
          <w:szCs w:val="26"/>
        </w:rPr>
        <w:t xml:space="preserve"> / N</w:t>
      </w:r>
      <w:r w:rsidRPr="00EB5F13">
        <w:rPr>
          <w:rFonts w:ascii="Times New Roman" w:hAnsi="Times New Roman" w:cs="Times New Roman"/>
          <w:sz w:val="26"/>
          <w:szCs w:val="26"/>
        </w:rPr>
        <w:t>ộ</w:t>
      </w:r>
      <w:r w:rsidRPr="00EB5F13">
        <w:rPr>
          <w:rFonts w:ascii="Times New Roman" w:hAnsi="Times New Roman" w:cs="Times New Roman"/>
          <w:sz w:val="26"/>
          <w:szCs w:val="26"/>
        </w:rPr>
        <w:t>p ti</w:t>
      </w:r>
      <w:r w:rsidRPr="00EB5F13">
        <w:rPr>
          <w:rFonts w:ascii="Times New Roman" w:hAnsi="Times New Roman" w:cs="Times New Roman"/>
          <w:sz w:val="26"/>
          <w:szCs w:val="26"/>
        </w:rPr>
        <w:t>ề</w:t>
      </w:r>
      <w:r w:rsidRPr="00EB5F13">
        <w:rPr>
          <w:rFonts w:ascii="Times New Roman" w:hAnsi="Times New Roman" w:cs="Times New Roman"/>
          <w:sz w:val="26"/>
          <w:szCs w:val="26"/>
        </w:rPr>
        <w:t>n m</w:t>
      </w:r>
      <w:r w:rsidRPr="00EB5F13">
        <w:rPr>
          <w:rFonts w:ascii="Times New Roman" w:hAnsi="Times New Roman" w:cs="Times New Roman"/>
          <w:sz w:val="26"/>
          <w:szCs w:val="26"/>
        </w:rPr>
        <w:t>ặ</w:t>
      </w:r>
      <w:r w:rsidRPr="00EB5F13">
        <w:rPr>
          <w:rFonts w:ascii="Times New Roman" w:hAnsi="Times New Roman" w:cs="Times New Roman"/>
          <w:sz w:val="26"/>
          <w:szCs w:val="26"/>
        </w:rPr>
        <w:t>t.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pStyle w:val="Heading2"/>
        <w:rPr>
          <w:rFonts w:ascii="Times New Roman" w:hAnsi="Times New Roman" w:cs="Times New Roman"/>
          <w:color w:val="auto"/>
        </w:rPr>
      </w:pPr>
      <w:r w:rsidRPr="00EB5F13">
        <w:rPr>
          <w:rFonts w:ascii="Times New Roman" w:hAnsi="Times New Roman" w:cs="Times New Roman"/>
          <w:color w:val="auto"/>
        </w:rPr>
        <w:t>9. Đi</w:t>
      </w:r>
      <w:r w:rsidRPr="00EB5F13">
        <w:rPr>
          <w:rFonts w:ascii="Times New Roman" w:hAnsi="Times New Roman" w:cs="Times New Roman"/>
          <w:color w:val="auto"/>
        </w:rPr>
        <w:t>ề</w:t>
      </w:r>
      <w:r w:rsidRPr="00EB5F13">
        <w:rPr>
          <w:rFonts w:ascii="Times New Roman" w:hAnsi="Times New Roman" w:cs="Times New Roman"/>
          <w:color w:val="auto"/>
        </w:rPr>
        <w:t>u ki</w:t>
      </w:r>
      <w:r w:rsidRPr="00EB5F13">
        <w:rPr>
          <w:rFonts w:ascii="Times New Roman" w:hAnsi="Times New Roman" w:cs="Times New Roman"/>
          <w:color w:val="auto"/>
        </w:rPr>
        <w:t>ệ</w:t>
      </w:r>
      <w:r w:rsidRPr="00EB5F13">
        <w:rPr>
          <w:rFonts w:ascii="Times New Roman" w:hAnsi="Times New Roman" w:cs="Times New Roman"/>
          <w:color w:val="auto"/>
        </w:rPr>
        <w:t>n tham d</w:t>
      </w:r>
      <w:r w:rsidRPr="00EB5F13">
        <w:rPr>
          <w:rFonts w:ascii="Times New Roman" w:hAnsi="Times New Roman" w:cs="Times New Roman"/>
          <w:color w:val="auto"/>
        </w:rPr>
        <w:t>ự</w:t>
      </w:r>
      <w:r w:rsidRPr="00EB5F13">
        <w:rPr>
          <w:rFonts w:ascii="Times New Roman" w:hAnsi="Times New Roman" w:cs="Times New Roman"/>
          <w:color w:val="auto"/>
        </w:rPr>
        <w:t xml:space="preserve"> th</w:t>
      </w:r>
      <w:r w:rsidRPr="00EB5F13">
        <w:rPr>
          <w:rFonts w:ascii="Times New Roman" w:hAnsi="Times New Roman" w:cs="Times New Roman"/>
          <w:color w:val="auto"/>
        </w:rPr>
        <w:t>ầ</w:t>
      </w:r>
      <w:r w:rsidRPr="00EB5F13">
        <w:rPr>
          <w:rFonts w:ascii="Times New Roman" w:hAnsi="Times New Roman" w:cs="Times New Roman"/>
          <w:color w:val="auto"/>
        </w:rPr>
        <w:t>u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Nhà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 tham d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 xml:space="preserve"> ph</w:t>
      </w:r>
      <w:r w:rsidRPr="00EB5F13">
        <w:rPr>
          <w:rFonts w:ascii="Times New Roman" w:hAnsi="Times New Roman" w:cs="Times New Roman"/>
          <w:sz w:val="26"/>
          <w:szCs w:val="26"/>
        </w:rPr>
        <w:t>ả</w:t>
      </w:r>
      <w:r w:rsidRPr="00EB5F13">
        <w:rPr>
          <w:rFonts w:ascii="Times New Roman" w:hAnsi="Times New Roman" w:cs="Times New Roman"/>
          <w:sz w:val="26"/>
          <w:szCs w:val="26"/>
        </w:rPr>
        <w:t>i</w:t>
      </w:r>
      <w:r w:rsidRPr="00EB5F13">
        <w:rPr>
          <w:rFonts w:ascii="Times New Roman" w:hAnsi="Times New Roman" w:cs="Times New Roman"/>
          <w:sz w:val="26"/>
          <w:szCs w:val="26"/>
        </w:rPr>
        <w:t xml:space="preserve"> đáp </w:t>
      </w:r>
      <w:r w:rsidRPr="00EB5F13">
        <w:rPr>
          <w:rFonts w:ascii="Times New Roman" w:hAnsi="Times New Roman" w:cs="Times New Roman"/>
          <w:sz w:val="26"/>
          <w:szCs w:val="26"/>
        </w:rPr>
        <w:t>ứ</w:t>
      </w:r>
      <w:r w:rsidRPr="00EB5F13">
        <w:rPr>
          <w:rFonts w:ascii="Times New Roman" w:hAnsi="Times New Roman" w:cs="Times New Roman"/>
          <w:sz w:val="26"/>
          <w:szCs w:val="26"/>
        </w:rPr>
        <w:t>ng đ</w:t>
      </w:r>
      <w:r w:rsidRPr="00EB5F13">
        <w:rPr>
          <w:rFonts w:ascii="Times New Roman" w:hAnsi="Times New Roman" w:cs="Times New Roman"/>
          <w:sz w:val="26"/>
          <w:szCs w:val="26"/>
        </w:rPr>
        <w:t>ủ</w:t>
      </w:r>
      <w:r w:rsidRPr="00EB5F13">
        <w:rPr>
          <w:rFonts w:ascii="Times New Roman" w:hAnsi="Times New Roman" w:cs="Times New Roman"/>
          <w:sz w:val="26"/>
          <w:szCs w:val="26"/>
        </w:rPr>
        <w:t xml:space="preserve"> các đi</w:t>
      </w:r>
      <w:r w:rsidRPr="00EB5F13">
        <w:rPr>
          <w:rFonts w:ascii="Times New Roman" w:hAnsi="Times New Roman" w:cs="Times New Roman"/>
          <w:sz w:val="26"/>
          <w:szCs w:val="26"/>
        </w:rPr>
        <w:t>ề</w:t>
      </w:r>
      <w:r w:rsidRPr="00EB5F13">
        <w:rPr>
          <w:rFonts w:ascii="Times New Roman" w:hAnsi="Times New Roman" w:cs="Times New Roman"/>
          <w:sz w:val="26"/>
          <w:szCs w:val="26"/>
        </w:rPr>
        <w:t>u ki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>n năng l</w:t>
      </w:r>
      <w:r w:rsidRPr="00EB5F13">
        <w:rPr>
          <w:rFonts w:ascii="Times New Roman" w:hAnsi="Times New Roman" w:cs="Times New Roman"/>
          <w:sz w:val="26"/>
          <w:szCs w:val="26"/>
        </w:rPr>
        <w:t>ự</w:t>
      </w:r>
      <w:r w:rsidRPr="00EB5F13">
        <w:rPr>
          <w:rFonts w:ascii="Times New Roman" w:hAnsi="Times New Roman" w:cs="Times New Roman"/>
          <w:sz w:val="26"/>
          <w:szCs w:val="26"/>
        </w:rPr>
        <w:t>c, kinh nghi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>m và tư cách h</w:t>
      </w:r>
      <w:r w:rsidRPr="00EB5F13">
        <w:rPr>
          <w:rFonts w:ascii="Times New Roman" w:hAnsi="Times New Roman" w:cs="Times New Roman"/>
          <w:sz w:val="26"/>
          <w:szCs w:val="26"/>
        </w:rPr>
        <w:t>ợ</w:t>
      </w:r>
      <w:r w:rsidRPr="00EB5F13">
        <w:rPr>
          <w:rFonts w:ascii="Times New Roman" w:hAnsi="Times New Roman" w:cs="Times New Roman"/>
          <w:sz w:val="26"/>
          <w:szCs w:val="26"/>
        </w:rPr>
        <w:t>p l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 xml:space="preserve"> theo quy đ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nh t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i Đi</w:t>
      </w:r>
      <w:r w:rsidRPr="00EB5F13">
        <w:rPr>
          <w:rFonts w:ascii="Times New Roman" w:hAnsi="Times New Roman" w:cs="Times New Roman"/>
          <w:sz w:val="26"/>
          <w:szCs w:val="26"/>
        </w:rPr>
        <w:t>ề</w:t>
      </w:r>
      <w:r w:rsidRPr="00EB5F13">
        <w:rPr>
          <w:rFonts w:ascii="Times New Roman" w:hAnsi="Times New Roman" w:cs="Times New Roman"/>
          <w:sz w:val="26"/>
          <w:szCs w:val="26"/>
        </w:rPr>
        <w:t>u 5 Lu</w:t>
      </w:r>
      <w:r w:rsidRPr="00EB5F13">
        <w:rPr>
          <w:rFonts w:ascii="Times New Roman" w:hAnsi="Times New Roman" w:cs="Times New Roman"/>
          <w:sz w:val="26"/>
          <w:szCs w:val="26"/>
        </w:rPr>
        <w:t>ậ</w:t>
      </w:r>
      <w:r w:rsidRPr="00EB5F13">
        <w:rPr>
          <w:rFonts w:ascii="Times New Roman" w:hAnsi="Times New Roman" w:cs="Times New Roman"/>
          <w:sz w:val="26"/>
          <w:szCs w:val="26"/>
        </w:rPr>
        <w:t>t Đ</w:t>
      </w:r>
      <w:r w:rsidRPr="00EB5F13">
        <w:rPr>
          <w:rFonts w:ascii="Times New Roman" w:hAnsi="Times New Roman" w:cs="Times New Roman"/>
          <w:sz w:val="26"/>
          <w:szCs w:val="26"/>
        </w:rPr>
        <w:t>ấ</w:t>
      </w:r>
      <w:r w:rsidRPr="00EB5F13">
        <w:rPr>
          <w:rFonts w:ascii="Times New Roman" w:hAnsi="Times New Roman" w:cs="Times New Roman"/>
          <w:sz w:val="26"/>
          <w:szCs w:val="26"/>
        </w:rPr>
        <w:t>u th</w:t>
      </w:r>
      <w:r w:rsidRPr="00EB5F13">
        <w:rPr>
          <w:rFonts w:ascii="Times New Roman" w:hAnsi="Times New Roman" w:cs="Times New Roman"/>
          <w:sz w:val="26"/>
          <w:szCs w:val="26"/>
        </w:rPr>
        <w:t>ầ</w:t>
      </w:r>
      <w:r w:rsidRPr="00EB5F13">
        <w:rPr>
          <w:rFonts w:ascii="Times New Roman" w:hAnsi="Times New Roman" w:cs="Times New Roman"/>
          <w:sz w:val="26"/>
          <w:szCs w:val="26"/>
        </w:rPr>
        <w:t>u 2013.</w:t>
      </w:r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>
      <w:pPr>
        <w:pStyle w:val="Heading2"/>
        <w:rPr>
          <w:rFonts w:ascii="Times New Roman" w:hAnsi="Times New Roman" w:cs="Times New Roman"/>
          <w:color w:val="auto"/>
        </w:rPr>
      </w:pPr>
      <w:r w:rsidRPr="00EB5F13">
        <w:rPr>
          <w:rFonts w:ascii="Times New Roman" w:hAnsi="Times New Roman" w:cs="Times New Roman"/>
          <w:color w:val="auto"/>
        </w:rPr>
        <w:t>10. Thông tin liên h</w:t>
      </w:r>
      <w:r w:rsidRPr="00EB5F13">
        <w:rPr>
          <w:rFonts w:ascii="Times New Roman" w:hAnsi="Times New Roman" w:cs="Times New Roman"/>
          <w:color w:val="auto"/>
        </w:rPr>
        <w:t>ệ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Tên đơn v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: .................................................................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Đ</w:t>
      </w:r>
      <w:r w:rsidRPr="00EB5F13">
        <w:rPr>
          <w:rFonts w:ascii="Times New Roman" w:hAnsi="Times New Roman" w:cs="Times New Roman"/>
          <w:sz w:val="26"/>
          <w:szCs w:val="26"/>
        </w:rPr>
        <w:t>ị</w:t>
      </w:r>
      <w:r w:rsidRPr="00EB5F13">
        <w:rPr>
          <w:rFonts w:ascii="Times New Roman" w:hAnsi="Times New Roman" w:cs="Times New Roman"/>
          <w:sz w:val="26"/>
          <w:szCs w:val="26"/>
        </w:rPr>
        <w:t>a ch</w:t>
      </w:r>
      <w:r w:rsidRPr="00EB5F13">
        <w:rPr>
          <w:rFonts w:ascii="Times New Roman" w:hAnsi="Times New Roman" w:cs="Times New Roman"/>
          <w:sz w:val="26"/>
          <w:szCs w:val="26"/>
        </w:rPr>
        <w:t>ỉ</w:t>
      </w:r>
      <w:r w:rsidRPr="00EB5F13">
        <w:rPr>
          <w:rFonts w:ascii="Times New Roman" w:hAnsi="Times New Roman" w:cs="Times New Roman"/>
          <w:sz w:val="26"/>
          <w:szCs w:val="26"/>
        </w:rPr>
        <w:t>: ...............................</w:t>
      </w:r>
      <w:r w:rsidRPr="00EB5F13">
        <w:rPr>
          <w:rFonts w:ascii="Times New Roman" w:hAnsi="Times New Roman" w:cs="Times New Roman"/>
          <w:sz w:val="26"/>
          <w:szCs w:val="26"/>
        </w:rPr>
        <w:t>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Đi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>n tho</w:t>
      </w:r>
      <w:r w:rsidRPr="00EB5F13">
        <w:rPr>
          <w:rFonts w:ascii="Times New Roman" w:hAnsi="Times New Roman" w:cs="Times New Roman"/>
          <w:sz w:val="26"/>
          <w:szCs w:val="26"/>
        </w:rPr>
        <w:t>ạ</w:t>
      </w:r>
      <w:r w:rsidRPr="00EB5F13">
        <w:rPr>
          <w:rFonts w:ascii="Times New Roman" w:hAnsi="Times New Roman" w:cs="Times New Roman"/>
          <w:sz w:val="26"/>
          <w:szCs w:val="26"/>
        </w:rPr>
        <w:t>i: .................................................................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Email: ...........................................................................</w:t>
      </w:r>
    </w:p>
    <w:p w:rsidR="00D3156C" w:rsidRPr="00EB5F13" w:rsidRDefault="00EB5F13">
      <w:pPr>
        <w:rPr>
          <w:rFonts w:ascii="Times New Roman" w:hAnsi="Times New Roman" w:cs="Times New Roman"/>
          <w:sz w:val="26"/>
          <w:szCs w:val="26"/>
        </w:rPr>
      </w:pPr>
      <w:r w:rsidRPr="00EB5F13">
        <w:rPr>
          <w:rFonts w:ascii="Times New Roman" w:hAnsi="Times New Roman" w:cs="Times New Roman"/>
          <w:sz w:val="26"/>
          <w:szCs w:val="26"/>
        </w:rPr>
        <w:t>- Ngư</w:t>
      </w:r>
      <w:r w:rsidRPr="00EB5F13">
        <w:rPr>
          <w:rFonts w:ascii="Times New Roman" w:hAnsi="Times New Roman" w:cs="Times New Roman"/>
          <w:sz w:val="26"/>
          <w:szCs w:val="26"/>
        </w:rPr>
        <w:t>ờ</w:t>
      </w:r>
      <w:r w:rsidRPr="00EB5F13">
        <w:rPr>
          <w:rFonts w:ascii="Times New Roman" w:hAnsi="Times New Roman" w:cs="Times New Roman"/>
          <w:sz w:val="26"/>
          <w:szCs w:val="26"/>
        </w:rPr>
        <w:t>i liên h</w:t>
      </w:r>
      <w:r w:rsidRPr="00EB5F13">
        <w:rPr>
          <w:rFonts w:ascii="Times New Roman" w:hAnsi="Times New Roman" w:cs="Times New Roman"/>
          <w:sz w:val="26"/>
          <w:szCs w:val="26"/>
        </w:rPr>
        <w:t>ệ</w:t>
      </w:r>
      <w:r w:rsidRPr="00EB5F13">
        <w:rPr>
          <w:rFonts w:ascii="Times New Roman" w:hAnsi="Times New Roman" w:cs="Times New Roman"/>
          <w:sz w:val="26"/>
          <w:szCs w:val="26"/>
        </w:rPr>
        <w:t xml:space="preserve">: </w:t>
      </w:r>
      <w:r w:rsidRPr="00EB5F13">
        <w:rPr>
          <w:rFonts w:ascii="Times New Roman" w:hAnsi="Times New Roman" w:cs="Times New Roman"/>
          <w:sz w:val="26"/>
          <w:szCs w:val="26"/>
        </w:rPr>
        <w:t>.............................................................</w:t>
      </w:r>
      <w:bookmarkStart w:id="0" w:name="_GoBack"/>
      <w:bookmarkEnd w:id="0"/>
      <w:r w:rsidRPr="00EB5F13">
        <w:rPr>
          <w:rFonts w:ascii="Times New Roman" w:hAnsi="Times New Roman" w:cs="Times New Roman"/>
          <w:sz w:val="26"/>
          <w:szCs w:val="26"/>
        </w:rPr>
        <w:br/>
      </w:r>
    </w:p>
    <w:p w:rsidR="00D3156C" w:rsidRPr="00EB5F13" w:rsidRDefault="00EB5F13" w:rsidP="00EB5F13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EB5F13">
        <w:rPr>
          <w:rFonts w:ascii="Times New Roman" w:hAnsi="Times New Roman" w:cs="Times New Roman"/>
          <w:b/>
          <w:sz w:val="26"/>
          <w:szCs w:val="26"/>
        </w:rPr>
        <w:t>Đ</w:t>
      </w:r>
      <w:r w:rsidRPr="00EB5F13">
        <w:rPr>
          <w:rFonts w:ascii="Times New Roman" w:hAnsi="Times New Roman" w:cs="Times New Roman"/>
          <w:b/>
          <w:sz w:val="26"/>
          <w:szCs w:val="26"/>
        </w:rPr>
        <w:t>Ạ</w:t>
      </w:r>
      <w:r w:rsidRPr="00EB5F13">
        <w:rPr>
          <w:rFonts w:ascii="Times New Roman" w:hAnsi="Times New Roman" w:cs="Times New Roman"/>
          <w:b/>
          <w:sz w:val="26"/>
          <w:szCs w:val="26"/>
        </w:rPr>
        <w:t>I DI</w:t>
      </w:r>
      <w:r w:rsidRPr="00EB5F13">
        <w:rPr>
          <w:rFonts w:ascii="Times New Roman" w:hAnsi="Times New Roman" w:cs="Times New Roman"/>
          <w:b/>
          <w:sz w:val="26"/>
          <w:szCs w:val="26"/>
        </w:rPr>
        <w:t>Ệ</w:t>
      </w:r>
      <w:r w:rsidRPr="00EB5F13">
        <w:rPr>
          <w:rFonts w:ascii="Times New Roman" w:hAnsi="Times New Roman" w:cs="Times New Roman"/>
          <w:b/>
          <w:sz w:val="26"/>
          <w:szCs w:val="26"/>
        </w:rPr>
        <w:t>N BÊN M</w:t>
      </w:r>
      <w:r w:rsidRPr="00EB5F13">
        <w:rPr>
          <w:rFonts w:ascii="Times New Roman" w:hAnsi="Times New Roman" w:cs="Times New Roman"/>
          <w:b/>
          <w:sz w:val="26"/>
          <w:szCs w:val="26"/>
        </w:rPr>
        <w:t>Ờ</w:t>
      </w:r>
      <w:r w:rsidRPr="00EB5F13">
        <w:rPr>
          <w:rFonts w:ascii="Times New Roman" w:hAnsi="Times New Roman" w:cs="Times New Roman"/>
          <w:b/>
          <w:sz w:val="26"/>
          <w:szCs w:val="26"/>
        </w:rPr>
        <w:t>I TH</w:t>
      </w:r>
      <w:r w:rsidRPr="00EB5F13">
        <w:rPr>
          <w:rFonts w:ascii="Times New Roman" w:hAnsi="Times New Roman" w:cs="Times New Roman"/>
          <w:b/>
          <w:sz w:val="26"/>
          <w:szCs w:val="26"/>
        </w:rPr>
        <w:t>Ầ</w:t>
      </w:r>
      <w:r w:rsidRPr="00EB5F13">
        <w:rPr>
          <w:rFonts w:ascii="Times New Roman" w:hAnsi="Times New Roman" w:cs="Times New Roman"/>
          <w:b/>
          <w:sz w:val="26"/>
          <w:szCs w:val="26"/>
        </w:rPr>
        <w:t>U</w:t>
      </w:r>
    </w:p>
    <w:p w:rsidR="00D3156C" w:rsidRPr="00EB5F13" w:rsidRDefault="00EB5F13" w:rsidP="00EB5F13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EB5F13">
        <w:rPr>
          <w:rFonts w:ascii="Times New Roman" w:hAnsi="Times New Roman" w:cs="Times New Roman"/>
          <w:b/>
          <w:sz w:val="26"/>
          <w:szCs w:val="26"/>
        </w:rPr>
        <w:t>(Ký, ghi rõ h</w:t>
      </w:r>
      <w:r w:rsidRPr="00EB5F13">
        <w:rPr>
          <w:rFonts w:ascii="Times New Roman" w:hAnsi="Times New Roman" w:cs="Times New Roman"/>
          <w:b/>
          <w:sz w:val="26"/>
          <w:szCs w:val="26"/>
        </w:rPr>
        <w:t>ọ</w:t>
      </w:r>
      <w:r w:rsidRPr="00EB5F13">
        <w:rPr>
          <w:rFonts w:ascii="Times New Roman" w:hAnsi="Times New Roman" w:cs="Times New Roman"/>
          <w:b/>
          <w:sz w:val="26"/>
          <w:szCs w:val="26"/>
        </w:rPr>
        <w:t xml:space="preserve"> tên, ch</w:t>
      </w:r>
      <w:r w:rsidRPr="00EB5F13">
        <w:rPr>
          <w:rFonts w:ascii="Times New Roman" w:hAnsi="Times New Roman" w:cs="Times New Roman"/>
          <w:b/>
          <w:sz w:val="26"/>
          <w:szCs w:val="26"/>
        </w:rPr>
        <w:t>ứ</w:t>
      </w:r>
      <w:r w:rsidRPr="00EB5F13">
        <w:rPr>
          <w:rFonts w:ascii="Times New Roman" w:hAnsi="Times New Roman" w:cs="Times New Roman"/>
          <w:b/>
          <w:sz w:val="26"/>
          <w:szCs w:val="26"/>
        </w:rPr>
        <w:t>c v</w:t>
      </w:r>
      <w:r w:rsidRPr="00EB5F13">
        <w:rPr>
          <w:rFonts w:ascii="Times New Roman" w:hAnsi="Times New Roman" w:cs="Times New Roman"/>
          <w:b/>
          <w:sz w:val="26"/>
          <w:szCs w:val="26"/>
        </w:rPr>
        <w:t>ụ</w:t>
      </w:r>
      <w:r w:rsidRPr="00EB5F13">
        <w:rPr>
          <w:rFonts w:ascii="Times New Roman" w:hAnsi="Times New Roman" w:cs="Times New Roman"/>
          <w:b/>
          <w:sz w:val="26"/>
          <w:szCs w:val="26"/>
        </w:rPr>
        <w:t>, đóng d</w:t>
      </w:r>
      <w:r w:rsidRPr="00EB5F13">
        <w:rPr>
          <w:rFonts w:ascii="Times New Roman" w:hAnsi="Times New Roman" w:cs="Times New Roman"/>
          <w:b/>
          <w:sz w:val="26"/>
          <w:szCs w:val="26"/>
        </w:rPr>
        <w:t>ấ</w:t>
      </w:r>
      <w:r w:rsidRPr="00EB5F13">
        <w:rPr>
          <w:rFonts w:ascii="Times New Roman" w:hAnsi="Times New Roman" w:cs="Times New Roman"/>
          <w:b/>
          <w:sz w:val="26"/>
          <w:szCs w:val="26"/>
        </w:rPr>
        <w:t>u)</w:t>
      </w:r>
    </w:p>
    <w:sectPr w:rsidR="00D3156C" w:rsidRPr="00EB5F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3156C"/>
    <w:rsid w:val="00EB5F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F12C811-C068-4FD5-9303-1A64755D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FE9746-5E42-47AA-8548-FB807185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2025-10-27T03:57:00Z</dcterms:created>
  <dcterms:modified xsi:type="dcterms:W3CDTF">2025-10-27T03:57:00Z</dcterms:modified>
  <cp:category/>
</cp:coreProperties>
</file>