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449" w:rsidRPr="00EA2449" w:rsidRDefault="00EA2449" w:rsidP="00EA2449">
      <w:pPr>
        <w:pStyle w:val="Heading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CÔNG TY ……….</w:t>
      </w:r>
    </w:p>
    <w:p w:rsidR="00BC03E1" w:rsidRPr="00EA2449" w:rsidRDefault="00EA2449" w:rsidP="00EA2449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THÔNG BÁO</w:t>
      </w:r>
    </w:p>
    <w:p w:rsidR="00BC03E1" w:rsidRPr="00EA2449" w:rsidRDefault="00EA2449" w:rsidP="00EA2449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V/v: T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ổ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ch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ứ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ễ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h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Halloween năm 2025 t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công ty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Kính g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i: Toàn 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cán b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, nhân viên công ty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ằ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m t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o không khí vui tươi, g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 k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 và nâng cao tinh 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 đoàn k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 gi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a các phòng ban, Ban Giám 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 công ty thông báo t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 chương trình L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ễ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 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Halloween năm 2025 v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i n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i dung c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như sau: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1. **Th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i gian t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c:** 17h00 – 21h00, ngày 31 tháng 10 năm 2025 (Th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Sáu).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2. **Đ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a đi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m:** S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nh t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ng tr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 – Tr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ty ........................................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3. **Thành ph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 tham d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:** Toàn 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cán 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b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, nhân viên công ty.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4. **N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i dung chương trình:**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- Trang trí Halloween và ch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p 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nh lưu ni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m;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- Cu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 thi hóa trang theo ch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‘Đêm 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i Ma Quái’;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- Trò chơi tương tác và b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 thăm trúng thư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ng;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- Ti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 buffet Halloween thân m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t.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các phòng ban ch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p x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p công vi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 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tham gia 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y 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 đúng gi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. Các cá nhân, t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p 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tham gia cu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 thi hóa trang vui lòng đăng ký v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i phòng Hành chính – Nhân s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trư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c ngày 28/10/2025.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R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 mong toàn 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nhân viên nhi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 tình tham gia đ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o nên m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 đêm Halloween th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vui v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ẻ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 ý nghĩa!</w:t>
      </w:r>
    </w:p>
    <w:p w:rsidR="00BC03E1" w:rsidRPr="00EA2449" w:rsidRDefault="00EA2449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Trân tr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EA2449">
        <w:rPr>
          <w:rFonts w:ascii="Times New Roman" w:hAnsi="Times New Roman" w:cs="Times New Roman"/>
          <w:color w:val="000000" w:themeColor="text1"/>
          <w:sz w:val="26"/>
          <w:szCs w:val="26"/>
        </w:rPr>
        <w:t>ng thông báo!</w:t>
      </w:r>
    </w:p>
    <w:p w:rsidR="00BC03E1" w:rsidRPr="00EA2449" w:rsidRDefault="00BC03E1">
      <w:pPr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</w:p>
    <w:p w:rsidR="00BC03E1" w:rsidRPr="00EA2449" w:rsidRDefault="00EA2449" w:rsidP="00EA2449">
      <w:pPr>
        <w:jc w:val="right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TP. ............, ngày ...... tháng ...... năm 2025</w:t>
      </w:r>
    </w:p>
    <w:p w:rsidR="00BC03E1" w:rsidRPr="00EA2449" w:rsidRDefault="00EA2449" w:rsidP="00EA2449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TM. BAN GIÁM Đ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Ố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</w:p>
    <w:p w:rsidR="00BC03E1" w:rsidRPr="00EA2449" w:rsidRDefault="00EA2449" w:rsidP="00EA2449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GIÁM Đ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Ố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</w:p>
    <w:p w:rsidR="00BC03E1" w:rsidRPr="00EA2449" w:rsidRDefault="00EA2449" w:rsidP="00EA2449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bookmarkEnd w:id="0"/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(Ký, ghi rõ h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 và đóng d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EA24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u)</w:t>
      </w:r>
    </w:p>
    <w:sectPr w:rsidR="00BC03E1" w:rsidRPr="00EA24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C03E1"/>
    <w:rsid w:val="00CB0664"/>
    <w:rsid w:val="00EA24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6BAFB62-F418-4A80-99B2-994B4077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D07E0C-AAF7-48B7-B361-EEA57055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2025-10-25T00:48:00Z</dcterms:created>
  <dcterms:modified xsi:type="dcterms:W3CDTF">2025-10-25T00:48:00Z</dcterms:modified>
  <cp:category/>
</cp:coreProperties>
</file>