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5FC" w:rsidRPr="00BF75FC" w:rsidRDefault="00BF75FC" w:rsidP="00BF75FC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 w:rsidRPr="00BF75FC">
        <w:rPr>
          <w:rFonts w:ascii="Times New Roman" w:hAnsi="Times New Roman" w:cs="Times New Roman"/>
          <w:color w:val="auto"/>
        </w:rPr>
        <w:t>CỘNG HÒA XÃ HỘI CHỦ NGHĨA VIỆT NAM</w:t>
      </w:r>
    </w:p>
    <w:p w:rsidR="00BF75FC" w:rsidRPr="00BF75FC" w:rsidRDefault="00BF75FC" w:rsidP="00BF75FC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 w:rsidRPr="00BF75FC">
        <w:rPr>
          <w:rFonts w:ascii="Times New Roman" w:hAnsi="Times New Roman" w:cs="Times New Roman"/>
          <w:color w:val="auto"/>
        </w:rPr>
        <w:t>Độc lập-Tự do-Hạnh phúc</w:t>
      </w:r>
    </w:p>
    <w:p w:rsidR="00CE3C7A" w:rsidRPr="00BF75FC" w:rsidRDefault="00BF75FC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BF75FC">
        <w:rPr>
          <w:rFonts w:ascii="Times New Roman" w:hAnsi="Times New Roman" w:cs="Times New Roman"/>
          <w:color w:val="auto"/>
        </w:rPr>
        <w:t>THÔNG BÁO</w:t>
      </w:r>
    </w:p>
    <w:p w:rsidR="00CE3C7A" w:rsidRPr="00BF75FC" w:rsidRDefault="00BF75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5FC">
        <w:rPr>
          <w:rFonts w:ascii="Times New Roman" w:hAnsi="Times New Roman" w:cs="Times New Roman"/>
          <w:b/>
          <w:sz w:val="28"/>
          <w:szCs w:val="28"/>
        </w:rPr>
        <w:t>V/v: Ngh</w:t>
      </w:r>
      <w:r w:rsidRPr="00BF75FC">
        <w:rPr>
          <w:rFonts w:ascii="Times New Roman" w:hAnsi="Times New Roman" w:cs="Times New Roman"/>
          <w:b/>
          <w:sz w:val="28"/>
          <w:szCs w:val="28"/>
        </w:rPr>
        <w:t>ỉ</w:t>
      </w:r>
      <w:r w:rsidRPr="00BF75FC">
        <w:rPr>
          <w:rFonts w:ascii="Times New Roman" w:hAnsi="Times New Roman" w:cs="Times New Roman"/>
          <w:b/>
          <w:sz w:val="28"/>
          <w:szCs w:val="28"/>
        </w:rPr>
        <w:t xml:space="preserve"> phép do có tri</w:t>
      </w:r>
      <w:r w:rsidRPr="00BF75FC">
        <w:rPr>
          <w:rFonts w:ascii="Times New Roman" w:hAnsi="Times New Roman" w:cs="Times New Roman"/>
          <w:b/>
          <w:sz w:val="28"/>
          <w:szCs w:val="28"/>
        </w:rPr>
        <w:t>ệ</w:t>
      </w:r>
      <w:r w:rsidRPr="00BF75FC">
        <w:rPr>
          <w:rFonts w:ascii="Times New Roman" w:hAnsi="Times New Roman" w:cs="Times New Roman"/>
          <w:b/>
          <w:sz w:val="28"/>
          <w:szCs w:val="28"/>
        </w:rPr>
        <w:t>u ch</w:t>
      </w:r>
      <w:r w:rsidRPr="00BF75FC">
        <w:rPr>
          <w:rFonts w:ascii="Times New Roman" w:hAnsi="Times New Roman" w:cs="Times New Roman"/>
          <w:b/>
          <w:sz w:val="28"/>
          <w:szCs w:val="28"/>
        </w:rPr>
        <w:t>ứ</w:t>
      </w:r>
      <w:r w:rsidRPr="00BF75FC">
        <w:rPr>
          <w:rFonts w:ascii="Times New Roman" w:hAnsi="Times New Roman" w:cs="Times New Roman"/>
          <w:b/>
          <w:sz w:val="28"/>
          <w:szCs w:val="28"/>
        </w:rPr>
        <w:t>ng ho</w:t>
      </w:r>
      <w:r w:rsidRPr="00BF75FC">
        <w:rPr>
          <w:rFonts w:ascii="Times New Roman" w:hAnsi="Times New Roman" w:cs="Times New Roman"/>
          <w:b/>
          <w:sz w:val="28"/>
          <w:szCs w:val="28"/>
        </w:rPr>
        <w:t>ặ</w:t>
      </w:r>
      <w:r w:rsidRPr="00BF75FC">
        <w:rPr>
          <w:rFonts w:ascii="Times New Roman" w:hAnsi="Times New Roman" w:cs="Times New Roman"/>
          <w:b/>
          <w:sz w:val="28"/>
          <w:szCs w:val="28"/>
        </w:rPr>
        <w:t>c đã m</w:t>
      </w:r>
      <w:r w:rsidRPr="00BF75FC">
        <w:rPr>
          <w:rFonts w:ascii="Times New Roman" w:hAnsi="Times New Roman" w:cs="Times New Roman"/>
          <w:b/>
          <w:sz w:val="28"/>
          <w:szCs w:val="28"/>
        </w:rPr>
        <w:t>ắ</w:t>
      </w:r>
      <w:r w:rsidRPr="00BF75FC">
        <w:rPr>
          <w:rFonts w:ascii="Times New Roman" w:hAnsi="Times New Roman" w:cs="Times New Roman"/>
          <w:b/>
          <w:sz w:val="28"/>
          <w:szCs w:val="28"/>
        </w:rPr>
        <w:t>c COVID-19</w:t>
      </w:r>
    </w:p>
    <w:p w:rsidR="00CE3C7A" w:rsidRPr="00BF75FC" w:rsidRDefault="00BF75FC" w:rsidP="00BF75F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F75FC">
        <w:rPr>
          <w:rFonts w:ascii="Times New Roman" w:hAnsi="Times New Roman" w:cs="Times New Roman"/>
          <w:sz w:val="28"/>
          <w:szCs w:val="28"/>
        </w:rPr>
        <w:br/>
        <w:t>Kính g</w:t>
      </w:r>
      <w:r w:rsidRPr="00BF75FC">
        <w:rPr>
          <w:rFonts w:ascii="Times New Roman" w:hAnsi="Times New Roman" w:cs="Times New Roman"/>
          <w:sz w:val="28"/>
          <w:szCs w:val="28"/>
        </w:rPr>
        <w:t>ử</w:t>
      </w:r>
      <w:r w:rsidRPr="00BF75FC">
        <w:rPr>
          <w:rFonts w:ascii="Times New Roman" w:hAnsi="Times New Roman" w:cs="Times New Roman"/>
          <w:sz w:val="28"/>
          <w:szCs w:val="28"/>
        </w:rPr>
        <w:t>i: Ban Giám đ</w:t>
      </w:r>
      <w:r w:rsidRPr="00BF75FC">
        <w:rPr>
          <w:rFonts w:ascii="Times New Roman" w:hAnsi="Times New Roman" w:cs="Times New Roman"/>
          <w:sz w:val="28"/>
          <w:szCs w:val="28"/>
        </w:rPr>
        <w:t>ố</w:t>
      </w:r>
      <w:r w:rsidRPr="00BF75FC">
        <w:rPr>
          <w:rFonts w:ascii="Times New Roman" w:hAnsi="Times New Roman" w:cs="Times New Roman"/>
          <w:sz w:val="28"/>
          <w:szCs w:val="28"/>
        </w:rPr>
        <w:t>c Công ty …………………</w:t>
      </w:r>
    </w:p>
    <w:p w:rsidR="00CE3C7A" w:rsidRPr="00BF75FC" w:rsidRDefault="00BF75FC" w:rsidP="00BF75F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F75FC">
        <w:rPr>
          <w:rFonts w:ascii="Times New Roman" w:hAnsi="Times New Roman" w:cs="Times New Roman"/>
          <w:sz w:val="28"/>
          <w:szCs w:val="28"/>
        </w:rPr>
        <w:t>Phòng/B</w:t>
      </w:r>
      <w:r w:rsidRPr="00BF75FC">
        <w:rPr>
          <w:rFonts w:ascii="Times New Roman" w:hAnsi="Times New Roman" w:cs="Times New Roman"/>
          <w:sz w:val="28"/>
          <w:szCs w:val="28"/>
        </w:rPr>
        <w:t>ộ</w:t>
      </w:r>
      <w:r w:rsidRPr="00BF75FC">
        <w:rPr>
          <w:rFonts w:ascii="Times New Roman" w:hAnsi="Times New Roman" w:cs="Times New Roman"/>
          <w:sz w:val="28"/>
          <w:szCs w:val="28"/>
        </w:rPr>
        <w:t xml:space="preserve"> ph</w:t>
      </w:r>
      <w:r w:rsidRPr="00BF75FC">
        <w:rPr>
          <w:rFonts w:ascii="Times New Roman" w:hAnsi="Times New Roman" w:cs="Times New Roman"/>
          <w:sz w:val="28"/>
          <w:szCs w:val="28"/>
        </w:rPr>
        <w:t>ậ</w:t>
      </w:r>
      <w:r w:rsidRPr="00BF75FC">
        <w:rPr>
          <w:rFonts w:ascii="Times New Roman" w:hAnsi="Times New Roman" w:cs="Times New Roman"/>
          <w:sz w:val="28"/>
          <w:szCs w:val="28"/>
        </w:rPr>
        <w:t>n: …………………………………</w:t>
      </w:r>
      <w:bookmarkStart w:id="0" w:name="_GoBack"/>
      <w:bookmarkEnd w:id="0"/>
      <w:r w:rsidRPr="00BF75FC">
        <w:rPr>
          <w:rFonts w:ascii="Times New Roman" w:hAnsi="Times New Roman" w:cs="Times New Roman"/>
          <w:sz w:val="28"/>
          <w:szCs w:val="28"/>
        </w:rPr>
        <w:br/>
        <w:t>Tôi tên là: …………………………………………………………………………</w:t>
      </w:r>
      <w:r w:rsidRPr="00BF75FC">
        <w:rPr>
          <w:rFonts w:ascii="Times New Roman" w:hAnsi="Times New Roman" w:cs="Times New Roman"/>
          <w:sz w:val="28"/>
          <w:szCs w:val="28"/>
        </w:rPr>
        <w:br/>
        <w:t>Ch</w:t>
      </w:r>
      <w:r w:rsidRPr="00BF75FC">
        <w:rPr>
          <w:rFonts w:ascii="Times New Roman" w:hAnsi="Times New Roman" w:cs="Times New Roman"/>
          <w:sz w:val="28"/>
          <w:szCs w:val="28"/>
        </w:rPr>
        <w:t>ứ</w:t>
      </w:r>
      <w:r w:rsidRPr="00BF75FC">
        <w:rPr>
          <w:rFonts w:ascii="Times New Roman" w:hAnsi="Times New Roman" w:cs="Times New Roman"/>
          <w:sz w:val="28"/>
          <w:szCs w:val="28"/>
        </w:rPr>
        <w:t>c v</w:t>
      </w:r>
      <w:r w:rsidRPr="00BF75FC">
        <w:rPr>
          <w:rFonts w:ascii="Times New Roman" w:hAnsi="Times New Roman" w:cs="Times New Roman"/>
          <w:sz w:val="28"/>
          <w:szCs w:val="28"/>
        </w:rPr>
        <w:t>ụ</w:t>
      </w:r>
      <w:r w:rsidRPr="00BF75FC">
        <w:rPr>
          <w:rFonts w:ascii="Times New Roman" w:hAnsi="Times New Roman" w:cs="Times New Roman"/>
          <w:sz w:val="28"/>
          <w:szCs w:val="28"/>
        </w:rPr>
        <w:t>: …………………………………………………………………………</w:t>
      </w:r>
      <w:r w:rsidRPr="00BF75FC">
        <w:rPr>
          <w:rFonts w:ascii="Times New Roman" w:hAnsi="Times New Roman" w:cs="Times New Roman"/>
          <w:sz w:val="28"/>
          <w:szCs w:val="28"/>
        </w:rPr>
        <w:br/>
        <w:t>Hi</w:t>
      </w:r>
      <w:r w:rsidRPr="00BF75FC">
        <w:rPr>
          <w:rFonts w:ascii="Times New Roman" w:hAnsi="Times New Roman" w:cs="Times New Roman"/>
          <w:sz w:val="28"/>
          <w:szCs w:val="28"/>
        </w:rPr>
        <w:t>ệ</w:t>
      </w:r>
      <w:r w:rsidRPr="00BF75FC">
        <w:rPr>
          <w:rFonts w:ascii="Times New Roman" w:hAnsi="Times New Roman" w:cs="Times New Roman"/>
          <w:sz w:val="28"/>
          <w:szCs w:val="28"/>
        </w:rPr>
        <w:t>n đang công tác t</w:t>
      </w:r>
      <w:r w:rsidRPr="00BF75FC">
        <w:rPr>
          <w:rFonts w:ascii="Times New Roman" w:hAnsi="Times New Roman" w:cs="Times New Roman"/>
          <w:sz w:val="28"/>
          <w:szCs w:val="28"/>
        </w:rPr>
        <w:t>ạ</w:t>
      </w:r>
      <w:r w:rsidRPr="00BF75FC">
        <w:rPr>
          <w:rFonts w:ascii="Times New Roman" w:hAnsi="Times New Roman" w:cs="Times New Roman"/>
          <w:sz w:val="28"/>
          <w:szCs w:val="28"/>
        </w:rPr>
        <w:t xml:space="preserve">i: </w:t>
      </w:r>
      <w:r w:rsidRPr="00BF75FC">
        <w:rPr>
          <w:rFonts w:ascii="Times New Roman" w:hAnsi="Times New Roman" w:cs="Times New Roman"/>
          <w:sz w:val="28"/>
          <w:szCs w:val="28"/>
        </w:rPr>
        <w:t>…………………………………………………………</w:t>
      </w:r>
      <w:r w:rsidRPr="00BF75FC">
        <w:rPr>
          <w:rFonts w:ascii="Times New Roman" w:hAnsi="Times New Roman" w:cs="Times New Roman"/>
          <w:sz w:val="28"/>
          <w:szCs w:val="28"/>
        </w:rPr>
        <w:br/>
        <w:t>Nay tôi làm đơn này xin đư</w:t>
      </w:r>
      <w:r w:rsidRPr="00BF75FC">
        <w:rPr>
          <w:rFonts w:ascii="Times New Roman" w:hAnsi="Times New Roman" w:cs="Times New Roman"/>
          <w:sz w:val="28"/>
          <w:szCs w:val="28"/>
        </w:rPr>
        <w:t>ợ</w:t>
      </w:r>
      <w:r w:rsidRPr="00BF75FC">
        <w:rPr>
          <w:rFonts w:ascii="Times New Roman" w:hAnsi="Times New Roman" w:cs="Times New Roman"/>
          <w:sz w:val="28"/>
          <w:szCs w:val="28"/>
        </w:rPr>
        <w:t>c ngh</w:t>
      </w:r>
      <w:r w:rsidRPr="00BF75FC">
        <w:rPr>
          <w:rFonts w:ascii="Times New Roman" w:hAnsi="Times New Roman" w:cs="Times New Roman"/>
          <w:sz w:val="28"/>
          <w:szCs w:val="28"/>
        </w:rPr>
        <w:t>ỉ</w:t>
      </w:r>
      <w:r w:rsidRPr="00BF75FC">
        <w:rPr>
          <w:rFonts w:ascii="Times New Roman" w:hAnsi="Times New Roman" w:cs="Times New Roman"/>
          <w:sz w:val="28"/>
          <w:szCs w:val="28"/>
        </w:rPr>
        <w:t xml:space="preserve"> phép k</w:t>
      </w:r>
      <w:r w:rsidRPr="00BF75FC">
        <w:rPr>
          <w:rFonts w:ascii="Times New Roman" w:hAnsi="Times New Roman" w:cs="Times New Roman"/>
          <w:sz w:val="28"/>
          <w:szCs w:val="28"/>
        </w:rPr>
        <w:t>ể</w:t>
      </w:r>
      <w:r w:rsidRPr="00BF75FC">
        <w:rPr>
          <w:rFonts w:ascii="Times New Roman" w:hAnsi="Times New Roman" w:cs="Times New Roman"/>
          <w:sz w:val="28"/>
          <w:szCs w:val="28"/>
        </w:rPr>
        <w:t xml:space="preserve"> t</w:t>
      </w:r>
      <w:r w:rsidRPr="00BF75FC">
        <w:rPr>
          <w:rFonts w:ascii="Times New Roman" w:hAnsi="Times New Roman" w:cs="Times New Roman"/>
          <w:sz w:val="28"/>
          <w:szCs w:val="28"/>
        </w:rPr>
        <w:t>ừ</w:t>
      </w:r>
      <w:r w:rsidRPr="00BF75FC">
        <w:rPr>
          <w:rFonts w:ascii="Times New Roman" w:hAnsi="Times New Roman" w:cs="Times New Roman"/>
          <w:sz w:val="28"/>
          <w:szCs w:val="28"/>
        </w:rPr>
        <w:t xml:space="preserve"> ngày ……/……/…… đ</w:t>
      </w:r>
      <w:r w:rsidRPr="00BF75FC">
        <w:rPr>
          <w:rFonts w:ascii="Times New Roman" w:hAnsi="Times New Roman" w:cs="Times New Roman"/>
          <w:sz w:val="28"/>
          <w:szCs w:val="28"/>
        </w:rPr>
        <w:t>ế</w:t>
      </w:r>
      <w:r w:rsidRPr="00BF75FC">
        <w:rPr>
          <w:rFonts w:ascii="Times New Roman" w:hAnsi="Times New Roman" w:cs="Times New Roman"/>
          <w:sz w:val="28"/>
          <w:szCs w:val="28"/>
        </w:rPr>
        <w:t>n ngày ……/……/…… vì lý do s</w:t>
      </w:r>
      <w:r w:rsidRPr="00BF75FC">
        <w:rPr>
          <w:rFonts w:ascii="Times New Roman" w:hAnsi="Times New Roman" w:cs="Times New Roman"/>
          <w:sz w:val="28"/>
          <w:szCs w:val="28"/>
        </w:rPr>
        <w:t>ứ</w:t>
      </w:r>
      <w:r w:rsidRPr="00BF75FC">
        <w:rPr>
          <w:rFonts w:ascii="Times New Roman" w:hAnsi="Times New Roman" w:cs="Times New Roman"/>
          <w:sz w:val="28"/>
          <w:szCs w:val="28"/>
        </w:rPr>
        <w:t>c kh</w:t>
      </w:r>
      <w:r w:rsidRPr="00BF75FC">
        <w:rPr>
          <w:rFonts w:ascii="Times New Roman" w:hAnsi="Times New Roman" w:cs="Times New Roman"/>
          <w:sz w:val="28"/>
          <w:szCs w:val="28"/>
        </w:rPr>
        <w:t>ỏ</w:t>
      </w:r>
      <w:r w:rsidRPr="00BF75FC">
        <w:rPr>
          <w:rFonts w:ascii="Times New Roman" w:hAnsi="Times New Roman" w:cs="Times New Roman"/>
          <w:sz w:val="28"/>
          <w:szCs w:val="28"/>
        </w:rPr>
        <w:t>e liên quan đ</w:t>
      </w:r>
      <w:r w:rsidRPr="00BF75FC">
        <w:rPr>
          <w:rFonts w:ascii="Times New Roman" w:hAnsi="Times New Roman" w:cs="Times New Roman"/>
          <w:sz w:val="28"/>
          <w:szCs w:val="28"/>
        </w:rPr>
        <w:t>ế</w:t>
      </w:r>
      <w:r w:rsidRPr="00BF75FC">
        <w:rPr>
          <w:rFonts w:ascii="Times New Roman" w:hAnsi="Times New Roman" w:cs="Times New Roman"/>
          <w:sz w:val="28"/>
          <w:szCs w:val="28"/>
        </w:rPr>
        <w:t>n d</w:t>
      </w:r>
      <w:r w:rsidRPr="00BF75FC">
        <w:rPr>
          <w:rFonts w:ascii="Times New Roman" w:hAnsi="Times New Roman" w:cs="Times New Roman"/>
          <w:sz w:val="28"/>
          <w:szCs w:val="28"/>
        </w:rPr>
        <w:t>ị</w:t>
      </w:r>
      <w:r w:rsidRPr="00BF75FC">
        <w:rPr>
          <w:rFonts w:ascii="Times New Roman" w:hAnsi="Times New Roman" w:cs="Times New Roman"/>
          <w:sz w:val="28"/>
          <w:szCs w:val="28"/>
        </w:rPr>
        <w:t>ch b</w:t>
      </w:r>
      <w:r w:rsidRPr="00BF75FC">
        <w:rPr>
          <w:rFonts w:ascii="Times New Roman" w:hAnsi="Times New Roman" w:cs="Times New Roman"/>
          <w:sz w:val="28"/>
          <w:szCs w:val="28"/>
        </w:rPr>
        <w:t>ệ</w:t>
      </w:r>
      <w:r w:rsidRPr="00BF75FC">
        <w:rPr>
          <w:rFonts w:ascii="Times New Roman" w:hAnsi="Times New Roman" w:cs="Times New Roman"/>
          <w:sz w:val="28"/>
          <w:szCs w:val="28"/>
        </w:rPr>
        <w:t>nh COVID-19, c</w:t>
      </w:r>
      <w:r w:rsidRPr="00BF75FC">
        <w:rPr>
          <w:rFonts w:ascii="Times New Roman" w:hAnsi="Times New Roman" w:cs="Times New Roman"/>
          <w:sz w:val="28"/>
          <w:szCs w:val="28"/>
        </w:rPr>
        <w:t>ụ</w:t>
      </w:r>
      <w:r w:rsidRPr="00BF75FC">
        <w:rPr>
          <w:rFonts w:ascii="Times New Roman" w:hAnsi="Times New Roman" w:cs="Times New Roman"/>
          <w:sz w:val="28"/>
          <w:szCs w:val="28"/>
        </w:rPr>
        <w:t xml:space="preserve"> th</w:t>
      </w:r>
      <w:r w:rsidRPr="00BF75FC">
        <w:rPr>
          <w:rFonts w:ascii="Times New Roman" w:hAnsi="Times New Roman" w:cs="Times New Roman"/>
          <w:sz w:val="28"/>
          <w:szCs w:val="28"/>
        </w:rPr>
        <w:t>ể</w:t>
      </w:r>
      <w:r w:rsidRPr="00BF75FC">
        <w:rPr>
          <w:rFonts w:ascii="Times New Roman" w:hAnsi="Times New Roman" w:cs="Times New Roman"/>
          <w:sz w:val="28"/>
          <w:szCs w:val="28"/>
        </w:rPr>
        <w:t>:</w:t>
      </w:r>
      <w:r w:rsidRPr="00BF75FC">
        <w:rPr>
          <w:rFonts w:ascii="Times New Roman" w:hAnsi="Times New Roman" w:cs="Times New Roman"/>
          <w:sz w:val="28"/>
          <w:szCs w:val="28"/>
        </w:rPr>
        <w:br/>
        <w:t>- Tôi có các tri</w:t>
      </w:r>
      <w:r w:rsidRPr="00BF75FC">
        <w:rPr>
          <w:rFonts w:ascii="Times New Roman" w:hAnsi="Times New Roman" w:cs="Times New Roman"/>
          <w:sz w:val="28"/>
          <w:szCs w:val="28"/>
        </w:rPr>
        <w:t>ệ</w:t>
      </w:r>
      <w:r w:rsidRPr="00BF75FC">
        <w:rPr>
          <w:rFonts w:ascii="Times New Roman" w:hAnsi="Times New Roman" w:cs="Times New Roman"/>
          <w:sz w:val="28"/>
          <w:szCs w:val="28"/>
        </w:rPr>
        <w:t>u ch</w:t>
      </w:r>
      <w:r w:rsidRPr="00BF75FC">
        <w:rPr>
          <w:rFonts w:ascii="Times New Roman" w:hAnsi="Times New Roman" w:cs="Times New Roman"/>
          <w:sz w:val="28"/>
          <w:szCs w:val="28"/>
        </w:rPr>
        <w:t>ứ</w:t>
      </w:r>
      <w:r w:rsidRPr="00BF75FC">
        <w:rPr>
          <w:rFonts w:ascii="Times New Roman" w:hAnsi="Times New Roman" w:cs="Times New Roman"/>
          <w:sz w:val="28"/>
          <w:szCs w:val="28"/>
        </w:rPr>
        <w:t>ng nghi nhi</w:t>
      </w:r>
      <w:r w:rsidRPr="00BF75FC">
        <w:rPr>
          <w:rFonts w:ascii="Times New Roman" w:hAnsi="Times New Roman" w:cs="Times New Roman"/>
          <w:sz w:val="28"/>
          <w:szCs w:val="28"/>
        </w:rPr>
        <w:t>ễ</w:t>
      </w:r>
      <w:r w:rsidRPr="00BF75FC">
        <w:rPr>
          <w:rFonts w:ascii="Times New Roman" w:hAnsi="Times New Roman" w:cs="Times New Roman"/>
          <w:sz w:val="28"/>
          <w:szCs w:val="28"/>
        </w:rPr>
        <w:t>m (s</w:t>
      </w:r>
      <w:r w:rsidRPr="00BF75FC">
        <w:rPr>
          <w:rFonts w:ascii="Times New Roman" w:hAnsi="Times New Roman" w:cs="Times New Roman"/>
          <w:sz w:val="28"/>
          <w:szCs w:val="28"/>
        </w:rPr>
        <w:t>ố</w:t>
      </w:r>
      <w:r w:rsidRPr="00BF75FC">
        <w:rPr>
          <w:rFonts w:ascii="Times New Roman" w:hAnsi="Times New Roman" w:cs="Times New Roman"/>
          <w:sz w:val="28"/>
          <w:szCs w:val="28"/>
        </w:rPr>
        <w:t>t, ho, m</w:t>
      </w:r>
      <w:r w:rsidRPr="00BF75FC">
        <w:rPr>
          <w:rFonts w:ascii="Times New Roman" w:hAnsi="Times New Roman" w:cs="Times New Roman"/>
          <w:sz w:val="28"/>
          <w:szCs w:val="28"/>
        </w:rPr>
        <w:t>ệ</w:t>
      </w:r>
      <w:r w:rsidRPr="00BF75FC">
        <w:rPr>
          <w:rFonts w:ascii="Times New Roman" w:hAnsi="Times New Roman" w:cs="Times New Roman"/>
          <w:sz w:val="28"/>
          <w:szCs w:val="28"/>
        </w:rPr>
        <w:t>t m</w:t>
      </w:r>
      <w:r w:rsidRPr="00BF75FC">
        <w:rPr>
          <w:rFonts w:ascii="Times New Roman" w:hAnsi="Times New Roman" w:cs="Times New Roman"/>
          <w:sz w:val="28"/>
          <w:szCs w:val="28"/>
        </w:rPr>
        <w:t>ỏ</w:t>
      </w:r>
      <w:r w:rsidRPr="00BF75FC">
        <w:rPr>
          <w:rFonts w:ascii="Times New Roman" w:hAnsi="Times New Roman" w:cs="Times New Roman"/>
          <w:sz w:val="28"/>
          <w:szCs w:val="28"/>
        </w:rPr>
        <w:t>i, đau h</w:t>
      </w:r>
      <w:r w:rsidRPr="00BF75FC">
        <w:rPr>
          <w:rFonts w:ascii="Times New Roman" w:hAnsi="Times New Roman" w:cs="Times New Roman"/>
          <w:sz w:val="28"/>
          <w:szCs w:val="28"/>
        </w:rPr>
        <w:t>ọ</w:t>
      </w:r>
      <w:r w:rsidRPr="00BF75FC">
        <w:rPr>
          <w:rFonts w:ascii="Times New Roman" w:hAnsi="Times New Roman" w:cs="Times New Roman"/>
          <w:sz w:val="28"/>
          <w:szCs w:val="28"/>
        </w:rPr>
        <w:t>ng, v.v.);</w:t>
      </w:r>
      <w:r w:rsidRPr="00BF75FC">
        <w:rPr>
          <w:rFonts w:ascii="Times New Roman" w:hAnsi="Times New Roman" w:cs="Times New Roman"/>
          <w:sz w:val="28"/>
          <w:szCs w:val="28"/>
        </w:rPr>
        <w:br/>
        <w:t>ho</w:t>
      </w:r>
      <w:r w:rsidRPr="00BF75FC">
        <w:rPr>
          <w:rFonts w:ascii="Times New Roman" w:hAnsi="Times New Roman" w:cs="Times New Roman"/>
          <w:sz w:val="28"/>
          <w:szCs w:val="28"/>
        </w:rPr>
        <w:t>ặ</w:t>
      </w:r>
      <w:r w:rsidRPr="00BF75FC">
        <w:rPr>
          <w:rFonts w:ascii="Times New Roman" w:hAnsi="Times New Roman" w:cs="Times New Roman"/>
          <w:sz w:val="28"/>
          <w:szCs w:val="28"/>
        </w:rPr>
        <w:t>c:</w:t>
      </w:r>
      <w:r w:rsidRPr="00BF75FC">
        <w:rPr>
          <w:rFonts w:ascii="Times New Roman" w:hAnsi="Times New Roman" w:cs="Times New Roman"/>
          <w:sz w:val="28"/>
          <w:szCs w:val="28"/>
        </w:rPr>
        <w:br/>
        <w:t>- Tôi đã có k</w:t>
      </w:r>
      <w:r w:rsidRPr="00BF75FC">
        <w:rPr>
          <w:rFonts w:ascii="Times New Roman" w:hAnsi="Times New Roman" w:cs="Times New Roman"/>
          <w:sz w:val="28"/>
          <w:szCs w:val="28"/>
        </w:rPr>
        <w:t>ế</w:t>
      </w:r>
      <w:r w:rsidRPr="00BF75FC">
        <w:rPr>
          <w:rFonts w:ascii="Times New Roman" w:hAnsi="Times New Roman" w:cs="Times New Roman"/>
          <w:sz w:val="28"/>
          <w:szCs w:val="28"/>
        </w:rPr>
        <w:t>t q</w:t>
      </w:r>
      <w:r w:rsidRPr="00BF75FC">
        <w:rPr>
          <w:rFonts w:ascii="Times New Roman" w:hAnsi="Times New Roman" w:cs="Times New Roman"/>
          <w:sz w:val="28"/>
          <w:szCs w:val="28"/>
        </w:rPr>
        <w:t>u</w:t>
      </w:r>
      <w:r w:rsidRPr="00BF75FC">
        <w:rPr>
          <w:rFonts w:ascii="Times New Roman" w:hAnsi="Times New Roman" w:cs="Times New Roman"/>
          <w:sz w:val="28"/>
          <w:szCs w:val="28"/>
        </w:rPr>
        <w:t>ả</w:t>
      </w:r>
      <w:r w:rsidRPr="00BF75FC">
        <w:rPr>
          <w:rFonts w:ascii="Times New Roman" w:hAnsi="Times New Roman" w:cs="Times New Roman"/>
          <w:sz w:val="28"/>
          <w:szCs w:val="28"/>
        </w:rPr>
        <w:t xml:space="preserve"> xét nghi</w:t>
      </w:r>
      <w:r w:rsidRPr="00BF75FC">
        <w:rPr>
          <w:rFonts w:ascii="Times New Roman" w:hAnsi="Times New Roman" w:cs="Times New Roman"/>
          <w:sz w:val="28"/>
          <w:szCs w:val="28"/>
        </w:rPr>
        <w:t>ệ</w:t>
      </w:r>
      <w:r w:rsidRPr="00BF75FC">
        <w:rPr>
          <w:rFonts w:ascii="Times New Roman" w:hAnsi="Times New Roman" w:cs="Times New Roman"/>
          <w:sz w:val="28"/>
          <w:szCs w:val="28"/>
        </w:rPr>
        <w:t>m dương tính v</w:t>
      </w:r>
      <w:r w:rsidRPr="00BF75FC">
        <w:rPr>
          <w:rFonts w:ascii="Times New Roman" w:hAnsi="Times New Roman" w:cs="Times New Roman"/>
          <w:sz w:val="28"/>
          <w:szCs w:val="28"/>
        </w:rPr>
        <w:t>ớ</w:t>
      </w:r>
      <w:r w:rsidRPr="00BF75FC">
        <w:rPr>
          <w:rFonts w:ascii="Times New Roman" w:hAnsi="Times New Roman" w:cs="Times New Roman"/>
          <w:sz w:val="28"/>
          <w:szCs w:val="28"/>
        </w:rPr>
        <w:t>i COVID-19 ngày ……/……/…… (đính kèm k</w:t>
      </w:r>
      <w:r w:rsidRPr="00BF75FC">
        <w:rPr>
          <w:rFonts w:ascii="Times New Roman" w:hAnsi="Times New Roman" w:cs="Times New Roman"/>
          <w:sz w:val="28"/>
          <w:szCs w:val="28"/>
        </w:rPr>
        <w:t>ế</w:t>
      </w:r>
      <w:r w:rsidRPr="00BF75FC">
        <w:rPr>
          <w:rFonts w:ascii="Times New Roman" w:hAnsi="Times New Roman" w:cs="Times New Roman"/>
          <w:sz w:val="28"/>
          <w:szCs w:val="28"/>
        </w:rPr>
        <w:t>t qu</w:t>
      </w:r>
      <w:r w:rsidRPr="00BF75FC">
        <w:rPr>
          <w:rFonts w:ascii="Times New Roman" w:hAnsi="Times New Roman" w:cs="Times New Roman"/>
          <w:sz w:val="28"/>
          <w:szCs w:val="28"/>
        </w:rPr>
        <w:t>ả</w:t>
      </w:r>
      <w:r w:rsidRPr="00BF75FC">
        <w:rPr>
          <w:rFonts w:ascii="Times New Roman" w:hAnsi="Times New Roman" w:cs="Times New Roman"/>
          <w:sz w:val="28"/>
          <w:szCs w:val="28"/>
        </w:rPr>
        <w:t xml:space="preserve"> xét nghi</w:t>
      </w:r>
      <w:r w:rsidRPr="00BF75FC">
        <w:rPr>
          <w:rFonts w:ascii="Times New Roman" w:hAnsi="Times New Roman" w:cs="Times New Roman"/>
          <w:sz w:val="28"/>
          <w:szCs w:val="28"/>
        </w:rPr>
        <w:t>ệ</w:t>
      </w:r>
      <w:r w:rsidRPr="00BF75FC">
        <w:rPr>
          <w:rFonts w:ascii="Times New Roman" w:hAnsi="Times New Roman" w:cs="Times New Roman"/>
          <w:sz w:val="28"/>
          <w:szCs w:val="28"/>
        </w:rPr>
        <w:t>m n</w:t>
      </w:r>
      <w:r w:rsidRPr="00BF75FC">
        <w:rPr>
          <w:rFonts w:ascii="Times New Roman" w:hAnsi="Times New Roman" w:cs="Times New Roman"/>
          <w:sz w:val="28"/>
          <w:szCs w:val="28"/>
        </w:rPr>
        <w:t>ế</w:t>
      </w:r>
      <w:r w:rsidRPr="00BF75FC">
        <w:rPr>
          <w:rFonts w:ascii="Times New Roman" w:hAnsi="Times New Roman" w:cs="Times New Roman"/>
          <w:sz w:val="28"/>
          <w:szCs w:val="28"/>
        </w:rPr>
        <w:t>u có).</w:t>
      </w:r>
      <w:r w:rsidRPr="00BF75FC">
        <w:rPr>
          <w:rFonts w:ascii="Times New Roman" w:hAnsi="Times New Roman" w:cs="Times New Roman"/>
          <w:sz w:val="28"/>
          <w:szCs w:val="28"/>
        </w:rPr>
        <w:br/>
        <w:t>Trong th</w:t>
      </w:r>
      <w:r w:rsidRPr="00BF75FC">
        <w:rPr>
          <w:rFonts w:ascii="Times New Roman" w:hAnsi="Times New Roman" w:cs="Times New Roman"/>
          <w:sz w:val="28"/>
          <w:szCs w:val="28"/>
        </w:rPr>
        <w:t>ờ</w:t>
      </w:r>
      <w:r w:rsidRPr="00BF75FC">
        <w:rPr>
          <w:rFonts w:ascii="Times New Roman" w:hAnsi="Times New Roman" w:cs="Times New Roman"/>
          <w:sz w:val="28"/>
          <w:szCs w:val="28"/>
        </w:rPr>
        <w:t>i gian ngh</w:t>
      </w:r>
      <w:r w:rsidRPr="00BF75FC">
        <w:rPr>
          <w:rFonts w:ascii="Times New Roman" w:hAnsi="Times New Roman" w:cs="Times New Roman"/>
          <w:sz w:val="28"/>
          <w:szCs w:val="28"/>
        </w:rPr>
        <w:t>ỉ</w:t>
      </w:r>
      <w:r w:rsidRPr="00BF75FC">
        <w:rPr>
          <w:rFonts w:ascii="Times New Roman" w:hAnsi="Times New Roman" w:cs="Times New Roman"/>
          <w:sz w:val="28"/>
          <w:szCs w:val="28"/>
        </w:rPr>
        <w:t>, tôi cam k</w:t>
      </w:r>
      <w:r w:rsidRPr="00BF75FC">
        <w:rPr>
          <w:rFonts w:ascii="Times New Roman" w:hAnsi="Times New Roman" w:cs="Times New Roman"/>
          <w:sz w:val="28"/>
          <w:szCs w:val="28"/>
        </w:rPr>
        <w:t>ế</w:t>
      </w:r>
      <w:r w:rsidRPr="00BF75FC">
        <w:rPr>
          <w:rFonts w:ascii="Times New Roman" w:hAnsi="Times New Roman" w:cs="Times New Roman"/>
          <w:sz w:val="28"/>
          <w:szCs w:val="28"/>
        </w:rPr>
        <w:t>t th</w:t>
      </w:r>
      <w:r w:rsidRPr="00BF75FC">
        <w:rPr>
          <w:rFonts w:ascii="Times New Roman" w:hAnsi="Times New Roman" w:cs="Times New Roman"/>
          <w:sz w:val="28"/>
          <w:szCs w:val="28"/>
        </w:rPr>
        <w:t>ự</w:t>
      </w:r>
      <w:r w:rsidRPr="00BF75FC">
        <w:rPr>
          <w:rFonts w:ascii="Times New Roman" w:hAnsi="Times New Roman" w:cs="Times New Roman"/>
          <w:sz w:val="28"/>
          <w:szCs w:val="28"/>
        </w:rPr>
        <w:t>c hi</w:t>
      </w:r>
      <w:r w:rsidRPr="00BF75FC">
        <w:rPr>
          <w:rFonts w:ascii="Times New Roman" w:hAnsi="Times New Roman" w:cs="Times New Roman"/>
          <w:sz w:val="28"/>
          <w:szCs w:val="28"/>
        </w:rPr>
        <w:t>ệ</w:t>
      </w:r>
      <w:r w:rsidRPr="00BF75FC">
        <w:rPr>
          <w:rFonts w:ascii="Times New Roman" w:hAnsi="Times New Roman" w:cs="Times New Roman"/>
          <w:sz w:val="28"/>
          <w:szCs w:val="28"/>
        </w:rPr>
        <w:t>n đ</w:t>
      </w:r>
      <w:r w:rsidRPr="00BF75FC">
        <w:rPr>
          <w:rFonts w:ascii="Times New Roman" w:hAnsi="Times New Roman" w:cs="Times New Roman"/>
          <w:sz w:val="28"/>
          <w:szCs w:val="28"/>
        </w:rPr>
        <w:t>ầ</w:t>
      </w:r>
      <w:r w:rsidRPr="00BF75FC">
        <w:rPr>
          <w:rFonts w:ascii="Times New Roman" w:hAnsi="Times New Roman" w:cs="Times New Roman"/>
          <w:sz w:val="28"/>
          <w:szCs w:val="28"/>
        </w:rPr>
        <w:t>y đ</w:t>
      </w:r>
      <w:r w:rsidRPr="00BF75FC">
        <w:rPr>
          <w:rFonts w:ascii="Times New Roman" w:hAnsi="Times New Roman" w:cs="Times New Roman"/>
          <w:sz w:val="28"/>
          <w:szCs w:val="28"/>
        </w:rPr>
        <w:t>ủ</w:t>
      </w:r>
      <w:r w:rsidRPr="00BF75FC">
        <w:rPr>
          <w:rFonts w:ascii="Times New Roman" w:hAnsi="Times New Roman" w:cs="Times New Roman"/>
          <w:sz w:val="28"/>
          <w:szCs w:val="28"/>
        </w:rPr>
        <w:t xml:space="preserve"> các hư</w:t>
      </w:r>
      <w:r w:rsidRPr="00BF75FC">
        <w:rPr>
          <w:rFonts w:ascii="Times New Roman" w:hAnsi="Times New Roman" w:cs="Times New Roman"/>
          <w:sz w:val="28"/>
          <w:szCs w:val="28"/>
        </w:rPr>
        <w:t>ớ</w:t>
      </w:r>
      <w:r w:rsidRPr="00BF75FC">
        <w:rPr>
          <w:rFonts w:ascii="Times New Roman" w:hAnsi="Times New Roman" w:cs="Times New Roman"/>
          <w:sz w:val="28"/>
          <w:szCs w:val="28"/>
        </w:rPr>
        <w:t>ng d</w:t>
      </w:r>
      <w:r w:rsidRPr="00BF75FC">
        <w:rPr>
          <w:rFonts w:ascii="Times New Roman" w:hAnsi="Times New Roman" w:cs="Times New Roman"/>
          <w:sz w:val="28"/>
          <w:szCs w:val="28"/>
        </w:rPr>
        <w:t>ẫ</w:t>
      </w:r>
      <w:r w:rsidRPr="00BF75FC">
        <w:rPr>
          <w:rFonts w:ascii="Times New Roman" w:hAnsi="Times New Roman" w:cs="Times New Roman"/>
          <w:sz w:val="28"/>
          <w:szCs w:val="28"/>
        </w:rPr>
        <w:t>n y t</w:t>
      </w:r>
      <w:r w:rsidRPr="00BF75FC">
        <w:rPr>
          <w:rFonts w:ascii="Times New Roman" w:hAnsi="Times New Roman" w:cs="Times New Roman"/>
          <w:sz w:val="28"/>
          <w:szCs w:val="28"/>
        </w:rPr>
        <w:t>ế</w:t>
      </w:r>
      <w:r w:rsidRPr="00BF75FC">
        <w:rPr>
          <w:rFonts w:ascii="Times New Roman" w:hAnsi="Times New Roman" w:cs="Times New Roman"/>
          <w:sz w:val="28"/>
          <w:szCs w:val="28"/>
        </w:rPr>
        <w:t>, cách ly theo quy đ</w:t>
      </w:r>
      <w:r w:rsidRPr="00BF75FC">
        <w:rPr>
          <w:rFonts w:ascii="Times New Roman" w:hAnsi="Times New Roman" w:cs="Times New Roman"/>
          <w:sz w:val="28"/>
          <w:szCs w:val="28"/>
        </w:rPr>
        <w:t>ị</w:t>
      </w:r>
      <w:r w:rsidRPr="00BF75FC">
        <w:rPr>
          <w:rFonts w:ascii="Times New Roman" w:hAnsi="Times New Roman" w:cs="Times New Roman"/>
          <w:sz w:val="28"/>
          <w:szCs w:val="28"/>
        </w:rPr>
        <w:t>nh và s</w:t>
      </w:r>
      <w:r w:rsidRPr="00BF75FC">
        <w:rPr>
          <w:rFonts w:ascii="Times New Roman" w:hAnsi="Times New Roman" w:cs="Times New Roman"/>
          <w:sz w:val="28"/>
          <w:szCs w:val="28"/>
        </w:rPr>
        <w:t>ẽ</w:t>
      </w:r>
      <w:r w:rsidRPr="00BF75FC">
        <w:rPr>
          <w:rFonts w:ascii="Times New Roman" w:hAnsi="Times New Roman" w:cs="Times New Roman"/>
          <w:sz w:val="28"/>
          <w:szCs w:val="28"/>
        </w:rPr>
        <w:t xml:space="preserve"> ch</w:t>
      </w:r>
      <w:r w:rsidRPr="00BF75FC">
        <w:rPr>
          <w:rFonts w:ascii="Times New Roman" w:hAnsi="Times New Roman" w:cs="Times New Roman"/>
          <w:sz w:val="28"/>
          <w:szCs w:val="28"/>
        </w:rPr>
        <w:t>ủ</w:t>
      </w:r>
      <w:r w:rsidRPr="00BF75FC">
        <w:rPr>
          <w:rFonts w:ascii="Times New Roman" w:hAnsi="Times New Roman" w:cs="Times New Roman"/>
          <w:sz w:val="28"/>
          <w:szCs w:val="28"/>
        </w:rPr>
        <w:t xml:space="preserve"> đ</w:t>
      </w:r>
      <w:r w:rsidRPr="00BF75FC">
        <w:rPr>
          <w:rFonts w:ascii="Times New Roman" w:hAnsi="Times New Roman" w:cs="Times New Roman"/>
          <w:sz w:val="28"/>
          <w:szCs w:val="28"/>
        </w:rPr>
        <w:t>ộ</w:t>
      </w:r>
      <w:r w:rsidRPr="00BF75FC">
        <w:rPr>
          <w:rFonts w:ascii="Times New Roman" w:hAnsi="Times New Roman" w:cs="Times New Roman"/>
          <w:sz w:val="28"/>
          <w:szCs w:val="28"/>
        </w:rPr>
        <w:t>ng c</w:t>
      </w:r>
      <w:r w:rsidRPr="00BF75FC">
        <w:rPr>
          <w:rFonts w:ascii="Times New Roman" w:hAnsi="Times New Roman" w:cs="Times New Roman"/>
          <w:sz w:val="28"/>
          <w:szCs w:val="28"/>
        </w:rPr>
        <w:t>ậ</w:t>
      </w:r>
      <w:r w:rsidRPr="00BF75FC">
        <w:rPr>
          <w:rFonts w:ascii="Times New Roman" w:hAnsi="Times New Roman" w:cs="Times New Roman"/>
          <w:sz w:val="28"/>
          <w:szCs w:val="28"/>
        </w:rPr>
        <w:t>p nh</w:t>
      </w:r>
      <w:r w:rsidRPr="00BF75FC">
        <w:rPr>
          <w:rFonts w:ascii="Times New Roman" w:hAnsi="Times New Roman" w:cs="Times New Roman"/>
          <w:sz w:val="28"/>
          <w:szCs w:val="28"/>
        </w:rPr>
        <w:t>ậ</w:t>
      </w:r>
      <w:r w:rsidRPr="00BF75FC">
        <w:rPr>
          <w:rFonts w:ascii="Times New Roman" w:hAnsi="Times New Roman" w:cs="Times New Roman"/>
          <w:sz w:val="28"/>
          <w:szCs w:val="28"/>
        </w:rPr>
        <w:t>t tình hình s</w:t>
      </w:r>
      <w:r w:rsidRPr="00BF75FC">
        <w:rPr>
          <w:rFonts w:ascii="Times New Roman" w:hAnsi="Times New Roman" w:cs="Times New Roman"/>
          <w:sz w:val="28"/>
          <w:szCs w:val="28"/>
        </w:rPr>
        <w:t>ứ</w:t>
      </w:r>
      <w:r w:rsidRPr="00BF75FC">
        <w:rPr>
          <w:rFonts w:ascii="Times New Roman" w:hAnsi="Times New Roman" w:cs="Times New Roman"/>
          <w:sz w:val="28"/>
          <w:szCs w:val="28"/>
        </w:rPr>
        <w:t>c kh</w:t>
      </w:r>
      <w:r w:rsidRPr="00BF75FC">
        <w:rPr>
          <w:rFonts w:ascii="Times New Roman" w:hAnsi="Times New Roman" w:cs="Times New Roman"/>
          <w:sz w:val="28"/>
          <w:szCs w:val="28"/>
        </w:rPr>
        <w:t>ỏ</w:t>
      </w:r>
      <w:r w:rsidRPr="00BF75FC">
        <w:rPr>
          <w:rFonts w:ascii="Times New Roman" w:hAnsi="Times New Roman" w:cs="Times New Roman"/>
          <w:sz w:val="28"/>
          <w:szCs w:val="28"/>
        </w:rPr>
        <w:t>e đ</w:t>
      </w:r>
      <w:r w:rsidRPr="00BF75FC">
        <w:rPr>
          <w:rFonts w:ascii="Times New Roman" w:hAnsi="Times New Roman" w:cs="Times New Roman"/>
          <w:sz w:val="28"/>
          <w:szCs w:val="28"/>
        </w:rPr>
        <w:t>ế</w:t>
      </w:r>
      <w:r w:rsidRPr="00BF75FC">
        <w:rPr>
          <w:rFonts w:ascii="Times New Roman" w:hAnsi="Times New Roman" w:cs="Times New Roman"/>
          <w:sz w:val="28"/>
          <w:szCs w:val="28"/>
        </w:rPr>
        <w:t>n b</w:t>
      </w:r>
      <w:r w:rsidRPr="00BF75FC">
        <w:rPr>
          <w:rFonts w:ascii="Times New Roman" w:hAnsi="Times New Roman" w:cs="Times New Roman"/>
          <w:sz w:val="28"/>
          <w:szCs w:val="28"/>
        </w:rPr>
        <w:t>ộ</w:t>
      </w:r>
      <w:r w:rsidRPr="00BF75FC">
        <w:rPr>
          <w:rFonts w:ascii="Times New Roman" w:hAnsi="Times New Roman" w:cs="Times New Roman"/>
          <w:sz w:val="28"/>
          <w:szCs w:val="28"/>
        </w:rPr>
        <w:t xml:space="preserve"> ph</w:t>
      </w:r>
      <w:r w:rsidRPr="00BF75FC">
        <w:rPr>
          <w:rFonts w:ascii="Times New Roman" w:hAnsi="Times New Roman" w:cs="Times New Roman"/>
          <w:sz w:val="28"/>
          <w:szCs w:val="28"/>
        </w:rPr>
        <w:t>ậ</w:t>
      </w:r>
      <w:r w:rsidRPr="00BF75FC">
        <w:rPr>
          <w:rFonts w:ascii="Times New Roman" w:hAnsi="Times New Roman" w:cs="Times New Roman"/>
          <w:sz w:val="28"/>
          <w:szCs w:val="28"/>
        </w:rPr>
        <w:t>n qu</w:t>
      </w:r>
      <w:r w:rsidRPr="00BF75FC">
        <w:rPr>
          <w:rFonts w:ascii="Times New Roman" w:hAnsi="Times New Roman" w:cs="Times New Roman"/>
          <w:sz w:val="28"/>
          <w:szCs w:val="28"/>
        </w:rPr>
        <w:t>ả</w:t>
      </w:r>
      <w:r w:rsidRPr="00BF75FC">
        <w:rPr>
          <w:rFonts w:ascii="Times New Roman" w:hAnsi="Times New Roman" w:cs="Times New Roman"/>
          <w:sz w:val="28"/>
          <w:szCs w:val="28"/>
        </w:rPr>
        <w:t>n lý tr</w:t>
      </w:r>
      <w:r w:rsidRPr="00BF75FC">
        <w:rPr>
          <w:rFonts w:ascii="Times New Roman" w:hAnsi="Times New Roman" w:cs="Times New Roman"/>
          <w:sz w:val="28"/>
          <w:szCs w:val="28"/>
        </w:rPr>
        <w:t>ự</w:t>
      </w:r>
      <w:r w:rsidRPr="00BF75FC">
        <w:rPr>
          <w:rFonts w:ascii="Times New Roman" w:hAnsi="Times New Roman" w:cs="Times New Roman"/>
          <w:sz w:val="28"/>
          <w:szCs w:val="28"/>
        </w:rPr>
        <w:t>c ti</w:t>
      </w:r>
      <w:r w:rsidRPr="00BF75FC">
        <w:rPr>
          <w:rFonts w:ascii="Times New Roman" w:hAnsi="Times New Roman" w:cs="Times New Roman"/>
          <w:sz w:val="28"/>
          <w:szCs w:val="28"/>
        </w:rPr>
        <w:t>ế</w:t>
      </w:r>
      <w:r w:rsidRPr="00BF75FC">
        <w:rPr>
          <w:rFonts w:ascii="Times New Roman" w:hAnsi="Times New Roman" w:cs="Times New Roman"/>
          <w:sz w:val="28"/>
          <w:szCs w:val="28"/>
        </w:rPr>
        <w:t>p</w:t>
      </w:r>
      <w:r w:rsidRPr="00BF75FC">
        <w:rPr>
          <w:rFonts w:ascii="Times New Roman" w:hAnsi="Times New Roman" w:cs="Times New Roman"/>
          <w:sz w:val="28"/>
          <w:szCs w:val="28"/>
        </w:rPr>
        <w:t>.</w:t>
      </w:r>
    </w:p>
    <w:p w:rsidR="00CE3C7A" w:rsidRPr="00BF75FC" w:rsidRDefault="00BF75FC" w:rsidP="00BF75F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F75FC">
        <w:rPr>
          <w:rFonts w:ascii="Times New Roman" w:hAnsi="Times New Roman" w:cs="Times New Roman"/>
          <w:sz w:val="28"/>
          <w:szCs w:val="28"/>
        </w:rPr>
        <w:t>Kính mong Ban Giám đ</w:t>
      </w:r>
      <w:r w:rsidRPr="00BF75FC">
        <w:rPr>
          <w:rFonts w:ascii="Times New Roman" w:hAnsi="Times New Roman" w:cs="Times New Roman"/>
          <w:sz w:val="28"/>
          <w:szCs w:val="28"/>
        </w:rPr>
        <w:t>ố</w:t>
      </w:r>
      <w:r w:rsidRPr="00BF75FC">
        <w:rPr>
          <w:rFonts w:ascii="Times New Roman" w:hAnsi="Times New Roman" w:cs="Times New Roman"/>
          <w:sz w:val="28"/>
          <w:szCs w:val="28"/>
        </w:rPr>
        <w:t>c xem xét và ch</w:t>
      </w:r>
      <w:r w:rsidRPr="00BF75FC">
        <w:rPr>
          <w:rFonts w:ascii="Times New Roman" w:hAnsi="Times New Roman" w:cs="Times New Roman"/>
          <w:sz w:val="28"/>
          <w:szCs w:val="28"/>
        </w:rPr>
        <w:t>ấ</w:t>
      </w:r>
      <w:r w:rsidRPr="00BF75FC">
        <w:rPr>
          <w:rFonts w:ascii="Times New Roman" w:hAnsi="Times New Roman" w:cs="Times New Roman"/>
          <w:sz w:val="28"/>
          <w:szCs w:val="28"/>
        </w:rPr>
        <w:t>p thu</w:t>
      </w:r>
      <w:r w:rsidRPr="00BF75FC">
        <w:rPr>
          <w:rFonts w:ascii="Times New Roman" w:hAnsi="Times New Roman" w:cs="Times New Roman"/>
          <w:sz w:val="28"/>
          <w:szCs w:val="28"/>
        </w:rPr>
        <w:t>ậ</w:t>
      </w:r>
      <w:r w:rsidRPr="00BF75FC">
        <w:rPr>
          <w:rFonts w:ascii="Times New Roman" w:hAnsi="Times New Roman" w:cs="Times New Roman"/>
          <w:sz w:val="28"/>
          <w:szCs w:val="28"/>
        </w:rPr>
        <w:t>n.</w:t>
      </w:r>
    </w:p>
    <w:p w:rsidR="00CE3C7A" w:rsidRPr="00BF75FC" w:rsidRDefault="00BF75FC" w:rsidP="00BF75F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F75FC">
        <w:rPr>
          <w:rFonts w:ascii="Times New Roman" w:hAnsi="Times New Roman" w:cs="Times New Roman"/>
          <w:sz w:val="28"/>
          <w:szCs w:val="28"/>
        </w:rPr>
        <w:br/>
        <w:t>Trân tr</w:t>
      </w:r>
      <w:r w:rsidRPr="00BF75FC">
        <w:rPr>
          <w:rFonts w:ascii="Times New Roman" w:hAnsi="Times New Roman" w:cs="Times New Roman"/>
          <w:sz w:val="28"/>
          <w:szCs w:val="28"/>
        </w:rPr>
        <w:t>ọ</w:t>
      </w:r>
      <w:r w:rsidRPr="00BF75FC">
        <w:rPr>
          <w:rFonts w:ascii="Times New Roman" w:hAnsi="Times New Roman" w:cs="Times New Roman"/>
          <w:sz w:val="28"/>
          <w:szCs w:val="28"/>
        </w:rPr>
        <w:t>ng c</w:t>
      </w:r>
      <w:r w:rsidRPr="00BF75FC">
        <w:rPr>
          <w:rFonts w:ascii="Times New Roman" w:hAnsi="Times New Roman" w:cs="Times New Roman"/>
          <w:sz w:val="28"/>
          <w:szCs w:val="28"/>
        </w:rPr>
        <w:t>ả</w:t>
      </w:r>
      <w:r w:rsidRPr="00BF75FC">
        <w:rPr>
          <w:rFonts w:ascii="Times New Roman" w:hAnsi="Times New Roman" w:cs="Times New Roman"/>
          <w:sz w:val="28"/>
          <w:szCs w:val="28"/>
        </w:rPr>
        <w:t>m ơn.</w:t>
      </w:r>
    </w:p>
    <w:p w:rsidR="00CE3C7A" w:rsidRPr="00BF75FC" w:rsidRDefault="00BF75FC" w:rsidP="00BF75FC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BF75FC">
        <w:rPr>
          <w:rFonts w:ascii="Times New Roman" w:hAnsi="Times New Roman" w:cs="Times New Roman"/>
          <w:i/>
          <w:sz w:val="28"/>
          <w:szCs w:val="28"/>
        </w:rPr>
        <w:lastRenderedPageBreak/>
        <w:br/>
        <w:t>……………, ngày …… tháng …… năm ……</w:t>
      </w:r>
    </w:p>
    <w:p w:rsidR="00CE3C7A" w:rsidRPr="00BF75FC" w:rsidRDefault="00BF75FC" w:rsidP="00BF75F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F75FC">
        <w:rPr>
          <w:rFonts w:ascii="Times New Roman" w:hAnsi="Times New Roman" w:cs="Times New Roman"/>
          <w:sz w:val="28"/>
          <w:szCs w:val="28"/>
        </w:rPr>
        <w:br/>
      </w:r>
      <w:r w:rsidRPr="00BF75FC">
        <w:rPr>
          <w:rFonts w:ascii="Times New Roman" w:hAnsi="Times New Roman" w:cs="Times New Roman"/>
          <w:b/>
          <w:sz w:val="28"/>
          <w:szCs w:val="28"/>
        </w:rPr>
        <w:t>Ngư</w:t>
      </w:r>
      <w:r w:rsidRPr="00BF75FC">
        <w:rPr>
          <w:rFonts w:ascii="Times New Roman" w:hAnsi="Times New Roman" w:cs="Times New Roman"/>
          <w:b/>
          <w:sz w:val="28"/>
          <w:szCs w:val="28"/>
        </w:rPr>
        <w:t>ờ</w:t>
      </w:r>
      <w:r w:rsidRPr="00BF75FC">
        <w:rPr>
          <w:rFonts w:ascii="Times New Roman" w:hAnsi="Times New Roman" w:cs="Times New Roman"/>
          <w:b/>
          <w:sz w:val="28"/>
          <w:szCs w:val="28"/>
        </w:rPr>
        <w:t>i làm đơn</w:t>
      </w:r>
    </w:p>
    <w:p w:rsidR="00CE3C7A" w:rsidRPr="00BF75FC" w:rsidRDefault="00BF75FC" w:rsidP="00BF75F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F75FC">
        <w:rPr>
          <w:rFonts w:ascii="Times New Roman" w:hAnsi="Times New Roman" w:cs="Times New Roman"/>
          <w:b/>
          <w:sz w:val="28"/>
          <w:szCs w:val="28"/>
        </w:rPr>
        <w:t>(Ký và ghi rõ h</w:t>
      </w:r>
      <w:r w:rsidRPr="00BF75FC">
        <w:rPr>
          <w:rFonts w:ascii="Times New Roman" w:hAnsi="Times New Roman" w:cs="Times New Roman"/>
          <w:b/>
          <w:sz w:val="28"/>
          <w:szCs w:val="28"/>
        </w:rPr>
        <w:t>ọ</w:t>
      </w:r>
      <w:r w:rsidRPr="00BF75FC">
        <w:rPr>
          <w:rFonts w:ascii="Times New Roman" w:hAnsi="Times New Roman" w:cs="Times New Roman"/>
          <w:b/>
          <w:sz w:val="28"/>
          <w:szCs w:val="28"/>
        </w:rPr>
        <w:t xml:space="preserve"> tên)</w:t>
      </w:r>
    </w:p>
    <w:sectPr w:rsidR="00CE3C7A" w:rsidRPr="00BF75F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F75FC"/>
    <w:rsid w:val="00CB0664"/>
    <w:rsid w:val="00CE3C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0AF7E577-0DF0-4B33-A6B0-EBDDDD61D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16C14B-7612-4553-A789-BCEFDBBF0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CỘNG HÒA XÃ HỘI CHỦ NGHĨA VIỆT NAM</vt:lpstr>
      <vt:lpstr>Độc lập-Tự do-Hạnh phúc</vt:lpstr>
      <vt:lpstr>THÔNG BÁO</vt:lpstr>
    </vt:vector>
  </TitlesOfParts>
  <Manager/>
  <Company/>
  <LinksUpToDate>false</LinksUpToDate>
  <CharactersWithSpaces>941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2025-05-23T02:25:00Z</dcterms:created>
  <dcterms:modified xsi:type="dcterms:W3CDTF">2025-05-23T02:25:00Z</dcterms:modified>
  <cp:category/>
</cp:coreProperties>
</file>