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06C" w:rsidRPr="0081406C" w:rsidRDefault="0081406C" w:rsidP="0081406C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81406C">
        <w:rPr>
          <w:rFonts w:ascii="Times New Roman" w:hAnsi="Times New Roman" w:cs="Times New Roman"/>
          <w:color w:val="auto"/>
        </w:rPr>
        <w:t>CỘNG HÒA XÃ HỘI CHỦ NGHĨA VIỆT NAM</w:t>
      </w:r>
    </w:p>
    <w:p w:rsidR="0081406C" w:rsidRPr="0081406C" w:rsidRDefault="0081406C" w:rsidP="0081406C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81406C">
        <w:rPr>
          <w:rFonts w:ascii="Times New Roman" w:hAnsi="Times New Roman" w:cs="Times New Roman"/>
          <w:color w:val="auto"/>
        </w:rPr>
        <w:t>Độc lập-Tự do-Hạnh phúc</w:t>
      </w:r>
    </w:p>
    <w:p w:rsidR="00DA0E65" w:rsidRPr="0081406C" w:rsidRDefault="0081406C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81406C">
        <w:rPr>
          <w:rFonts w:ascii="Times New Roman" w:hAnsi="Times New Roman" w:cs="Times New Roman"/>
          <w:color w:val="auto"/>
        </w:rPr>
        <w:t>THÔNG BÁO</w:t>
      </w:r>
    </w:p>
    <w:p w:rsidR="00DA0E65" w:rsidRPr="0081406C" w:rsidRDefault="008140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06C">
        <w:rPr>
          <w:rFonts w:ascii="Times New Roman" w:hAnsi="Times New Roman" w:cs="Times New Roman"/>
          <w:b/>
          <w:sz w:val="28"/>
          <w:szCs w:val="28"/>
        </w:rPr>
        <w:t>V/v: Tăng cư</w:t>
      </w:r>
      <w:r w:rsidRPr="0081406C">
        <w:rPr>
          <w:rFonts w:ascii="Times New Roman" w:hAnsi="Times New Roman" w:cs="Times New Roman"/>
          <w:b/>
          <w:sz w:val="28"/>
          <w:szCs w:val="28"/>
        </w:rPr>
        <w:t>ờ</w:t>
      </w:r>
      <w:r w:rsidRPr="0081406C">
        <w:rPr>
          <w:rFonts w:ascii="Times New Roman" w:hAnsi="Times New Roman" w:cs="Times New Roman"/>
          <w:b/>
          <w:sz w:val="28"/>
          <w:szCs w:val="28"/>
        </w:rPr>
        <w:t>ng bi</w:t>
      </w:r>
      <w:r w:rsidRPr="0081406C">
        <w:rPr>
          <w:rFonts w:ascii="Times New Roman" w:hAnsi="Times New Roman" w:cs="Times New Roman"/>
          <w:b/>
          <w:sz w:val="28"/>
          <w:szCs w:val="28"/>
        </w:rPr>
        <w:t>ệ</w:t>
      </w:r>
      <w:r w:rsidRPr="0081406C">
        <w:rPr>
          <w:rFonts w:ascii="Times New Roman" w:hAnsi="Times New Roman" w:cs="Times New Roman"/>
          <w:b/>
          <w:sz w:val="28"/>
          <w:szCs w:val="28"/>
        </w:rPr>
        <w:t>n pháp phòng, ch</w:t>
      </w:r>
      <w:r w:rsidRPr="0081406C">
        <w:rPr>
          <w:rFonts w:ascii="Times New Roman" w:hAnsi="Times New Roman" w:cs="Times New Roman"/>
          <w:b/>
          <w:sz w:val="28"/>
          <w:szCs w:val="28"/>
        </w:rPr>
        <w:t>ố</w:t>
      </w:r>
      <w:r w:rsidRPr="0081406C">
        <w:rPr>
          <w:rFonts w:ascii="Times New Roman" w:hAnsi="Times New Roman" w:cs="Times New Roman"/>
          <w:b/>
          <w:sz w:val="28"/>
          <w:szCs w:val="28"/>
        </w:rPr>
        <w:t>ng d</w:t>
      </w:r>
      <w:r w:rsidRPr="0081406C">
        <w:rPr>
          <w:rFonts w:ascii="Times New Roman" w:hAnsi="Times New Roman" w:cs="Times New Roman"/>
          <w:b/>
          <w:sz w:val="28"/>
          <w:szCs w:val="28"/>
        </w:rPr>
        <w:t>ị</w:t>
      </w:r>
      <w:r w:rsidRPr="0081406C">
        <w:rPr>
          <w:rFonts w:ascii="Times New Roman" w:hAnsi="Times New Roman" w:cs="Times New Roman"/>
          <w:b/>
          <w:sz w:val="28"/>
          <w:szCs w:val="28"/>
        </w:rPr>
        <w:t>ch COVID-19 t</w:t>
      </w:r>
      <w:r w:rsidRPr="0081406C">
        <w:rPr>
          <w:rFonts w:ascii="Times New Roman" w:hAnsi="Times New Roman" w:cs="Times New Roman"/>
          <w:b/>
          <w:sz w:val="28"/>
          <w:szCs w:val="28"/>
        </w:rPr>
        <w:t>ạ</w:t>
      </w:r>
      <w:r w:rsidRPr="0081406C">
        <w:rPr>
          <w:rFonts w:ascii="Times New Roman" w:hAnsi="Times New Roman" w:cs="Times New Roman"/>
          <w:b/>
          <w:sz w:val="28"/>
          <w:szCs w:val="28"/>
        </w:rPr>
        <w:t>i nơi làm vi</w:t>
      </w:r>
      <w:r w:rsidRPr="0081406C">
        <w:rPr>
          <w:rFonts w:ascii="Times New Roman" w:hAnsi="Times New Roman" w:cs="Times New Roman"/>
          <w:b/>
          <w:sz w:val="28"/>
          <w:szCs w:val="28"/>
        </w:rPr>
        <w:t>ệ</w:t>
      </w:r>
      <w:r w:rsidRPr="0081406C">
        <w:rPr>
          <w:rFonts w:ascii="Times New Roman" w:hAnsi="Times New Roman" w:cs="Times New Roman"/>
          <w:b/>
          <w:sz w:val="28"/>
          <w:szCs w:val="28"/>
        </w:rPr>
        <w:t>c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br/>
        <w:t>Kính g</w:t>
      </w:r>
      <w:r w:rsidRPr="0081406C">
        <w:rPr>
          <w:rFonts w:ascii="Times New Roman" w:hAnsi="Times New Roman" w:cs="Times New Roman"/>
          <w:sz w:val="28"/>
          <w:szCs w:val="28"/>
        </w:rPr>
        <w:t>ử</w:t>
      </w:r>
      <w:r w:rsidRPr="0081406C">
        <w:rPr>
          <w:rFonts w:ascii="Times New Roman" w:hAnsi="Times New Roman" w:cs="Times New Roman"/>
          <w:sz w:val="28"/>
          <w:szCs w:val="28"/>
        </w:rPr>
        <w:t>i: Toàn th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ngư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lao đ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ng trong công ty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Trư</w:t>
      </w:r>
      <w:r w:rsidRPr="0081406C">
        <w:rPr>
          <w:rFonts w:ascii="Times New Roman" w:hAnsi="Times New Roman" w:cs="Times New Roman"/>
          <w:sz w:val="28"/>
          <w:szCs w:val="28"/>
        </w:rPr>
        <w:t>ớ</w:t>
      </w:r>
      <w:r w:rsidRPr="0081406C">
        <w:rPr>
          <w:rFonts w:ascii="Times New Roman" w:hAnsi="Times New Roman" w:cs="Times New Roman"/>
          <w:sz w:val="28"/>
          <w:szCs w:val="28"/>
        </w:rPr>
        <w:t>c di</w:t>
      </w:r>
      <w:r w:rsidRPr="0081406C">
        <w:rPr>
          <w:rFonts w:ascii="Times New Roman" w:hAnsi="Times New Roman" w:cs="Times New Roman"/>
          <w:sz w:val="28"/>
          <w:szCs w:val="28"/>
        </w:rPr>
        <w:t>ễ</w:t>
      </w:r>
      <w:r w:rsidRPr="0081406C">
        <w:rPr>
          <w:rFonts w:ascii="Times New Roman" w:hAnsi="Times New Roman" w:cs="Times New Roman"/>
          <w:sz w:val="28"/>
          <w:szCs w:val="28"/>
        </w:rPr>
        <w:t>n bi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n ph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c t</w:t>
      </w:r>
      <w:r w:rsidRPr="0081406C">
        <w:rPr>
          <w:rFonts w:ascii="Times New Roman" w:hAnsi="Times New Roman" w:cs="Times New Roman"/>
          <w:sz w:val="28"/>
          <w:szCs w:val="28"/>
        </w:rPr>
        <w:t>ạ</w:t>
      </w:r>
      <w:r w:rsidRPr="0081406C">
        <w:rPr>
          <w:rFonts w:ascii="Times New Roman" w:hAnsi="Times New Roman" w:cs="Times New Roman"/>
          <w:sz w:val="28"/>
          <w:szCs w:val="28"/>
        </w:rPr>
        <w:t>p c</w:t>
      </w:r>
      <w:r w:rsidRPr="0081406C">
        <w:rPr>
          <w:rFonts w:ascii="Times New Roman" w:hAnsi="Times New Roman" w:cs="Times New Roman"/>
          <w:sz w:val="28"/>
          <w:szCs w:val="28"/>
        </w:rPr>
        <w:t>ủ</w:t>
      </w:r>
      <w:r w:rsidRPr="0081406C">
        <w:rPr>
          <w:rFonts w:ascii="Times New Roman" w:hAnsi="Times New Roman" w:cs="Times New Roman"/>
          <w:sz w:val="28"/>
          <w:szCs w:val="28"/>
        </w:rPr>
        <w:t>a d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>ch COVID-19 và nh</w:t>
      </w:r>
      <w:r w:rsidRPr="0081406C">
        <w:rPr>
          <w:rFonts w:ascii="Times New Roman" w:hAnsi="Times New Roman" w:cs="Times New Roman"/>
          <w:sz w:val="28"/>
          <w:szCs w:val="28"/>
        </w:rPr>
        <w:t>ằ</w:t>
      </w:r>
      <w:r w:rsidRPr="0081406C">
        <w:rPr>
          <w:rFonts w:ascii="Times New Roman" w:hAnsi="Times New Roman" w:cs="Times New Roman"/>
          <w:sz w:val="28"/>
          <w:szCs w:val="28"/>
        </w:rPr>
        <w:t>m đ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m b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o an toàn s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c kh</w:t>
      </w:r>
      <w:r w:rsidRPr="0081406C">
        <w:rPr>
          <w:rFonts w:ascii="Times New Roman" w:hAnsi="Times New Roman" w:cs="Times New Roman"/>
          <w:sz w:val="28"/>
          <w:szCs w:val="28"/>
        </w:rPr>
        <w:t>ỏ</w:t>
      </w:r>
      <w:r w:rsidRPr="0081406C">
        <w:rPr>
          <w:rFonts w:ascii="Times New Roman" w:hAnsi="Times New Roman" w:cs="Times New Roman"/>
          <w:sz w:val="28"/>
          <w:szCs w:val="28"/>
        </w:rPr>
        <w:t>e cho toàn th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ngư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lao đ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ng cũng như duy trì ho</w:t>
      </w:r>
      <w:r w:rsidRPr="0081406C">
        <w:rPr>
          <w:rFonts w:ascii="Times New Roman" w:hAnsi="Times New Roman" w:cs="Times New Roman"/>
          <w:sz w:val="28"/>
          <w:szCs w:val="28"/>
        </w:rPr>
        <w:t>ạ</w:t>
      </w:r>
      <w:r w:rsidRPr="0081406C">
        <w:rPr>
          <w:rFonts w:ascii="Times New Roman" w:hAnsi="Times New Roman" w:cs="Times New Roman"/>
          <w:sz w:val="28"/>
          <w:szCs w:val="28"/>
        </w:rPr>
        <w:t xml:space="preserve">t </w:t>
      </w:r>
      <w:r w:rsidRPr="0081406C">
        <w:rPr>
          <w:rFonts w:ascii="Times New Roman" w:hAnsi="Times New Roman" w:cs="Times New Roman"/>
          <w:sz w:val="28"/>
          <w:szCs w:val="28"/>
        </w:rPr>
        <w:t>đ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ng s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n xu</w:t>
      </w:r>
      <w:r w:rsidRPr="0081406C">
        <w:rPr>
          <w:rFonts w:ascii="Times New Roman" w:hAnsi="Times New Roman" w:cs="Times New Roman"/>
          <w:sz w:val="28"/>
          <w:szCs w:val="28"/>
        </w:rPr>
        <w:t>ấ</w:t>
      </w:r>
      <w:r w:rsidRPr="0081406C">
        <w:rPr>
          <w:rFonts w:ascii="Times New Roman" w:hAnsi="Times New Roman" w:cs="Times New Roman"/>
          <w:sz w:val="28"/>
          <w:szCs w:val="28"/>
        </w:rPr>
        <w:t xml:space="preserve">t kinh doanh </w:t>
      </w:r>
      <w:r w:rsidRPr="0081406C">
        <w:rPr>
          <w:rFonts w:ascii="Times New Roman" w:hAnsi="Times New Roman" w:cs="Times New Roman"/>
          <w:sz w:val="28"/>
          <w:szCs w:val="28"/>
        </w:rPr>
        <w:t>ổ</w:t>
      </w:r>
      <w:r w:rsidRPr="0081406C">
        <w:rPr>
          <w:rFonts w:ascii="Times New Roman" w:hAnsi="Times New Roman" w:cs="Times New Roman"/>
          <w:sz w:val="28"/>
          <w:szCs w:val="28"/>
        </w:rPr>
        <w:t>n đ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>nh, Ban Giám đ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>c Công ty yêu c</w:t>
      </w:r>
      <w:r w:rsidRPr="0081406C">
        <w:rPr>
          <w:rFonts w:ascii="Times New Roman" w:hAnsi="Times New Roman" w:cs="Times New Roman"/>
          <w:sz w:val="28"/>
          <w:szCs w:val="28"/>
        </w:rPr>
        <w:t>ầ</w:t>
      </w:r>
      <w:r w:rsidRPr="0081406C">
        <w:rPr>
          <w:rFonts w:ascii="Times New Roman" w:hAnsi="Times New Roman" w:cs="Times New Roman"/>
          <w:sz w:val="28"/>
          <w:szCs w:val="28"/>
        </w:rPr>
        <w:t>u toàn th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cán b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, công nhân viên nghiêm túc th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n các bi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n pháp phòng, ch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>ng d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>ch như sau: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1. Th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n nghiêm vi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c đeo kh</w:t>
      </w:r>
      <w:r w:rsidRPr="0081406C">
        <w:rPr>
          <w:rFonts w:ascii="Times New Roman" w:hAnsi="Times New Roman" w:cs="Times New Roman"/>
          <w:sz w:val="28"/>
          <w:szCs w:val="28"/>
        </w:rPr>
        <w:t>ẩ</w:t>
      </w:r>
      <w:r w:rsidRPr="0081406C">
        <w:rPr>
          <w:rFonts w:ascii="Times New Roman" w:hAnsi="Times New Roman" w:cs="Times New Roman"/>
          <w:sz w:val="28"/>
          <w:szCs w:val="28"/>
        </w:rPr>
        <w:t>u trang trong su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>t th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gian làm vi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c và khi di chuy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n trong khuôn </w:t>
      </w:r>
      <w:r w:rsidRPr="0081406C">
        <w:rPr>
          <w:rFonts w:ascii="Times New Roman" w:hAnsi="Times New Roman" w:cs="Times New Roman"/>
          <w:sz w:val="28"/>
          <w:szCs w:val="28"/>
        </w:rPr>
        <w:t>viên công ty.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2. R</w:t>
      </w:r>
      <w:r w:rsidRPr="0081406C">
        <w:rPr>
          <w:rFonts w:ascii="Times New Roman" w:hAnsi="Times New Roman" w:cs="Times New Roman"/>
          <w:sz w:val="28"/>
          <w:szCs w:val="28"/>
        </w:rPr>
        <w:t>ử</w:t>
      </w:r>
      <w:r w:rsidRPr="0081406C">
        <w:rPr>
          <w:rFonts w:ascii="Times New Roman" w:hAnsi="Times New Roman" w:cs="Times New Roman"/>
          <w:sz w:val="28"/>
          <w:szCs w:val="28"/>
        </w:rPr>
        <w:t>a tay sát khu</w:t>
      </w:r>
      <w:r w:rsidRPr="0081406C">
        <w:rPr>
          <w:rFonts w:ascii="Times New Roman" w:hAnsi="Times New Roman" w:cs="Times New Roman"/>
          <w:sz w:val="28"/>
          <w:szCs w:val="28"/>
        </w:rPr>
        <w:t>ẩ</w:t>
      </w:r>
      <w:r w:rsidRPr="0081406C">
        <w:rPr>
          <w:rFonts w:ascii="Times New Roman" w:hAnsi="Times New Roman" w:cs="Times New Roman"/>
          <w:sz w:val="28"/>
          <w:szCs w:val="28"/>
        </w:rPr>
        <w:t>n thư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ng xuyên, đ</w:t>
      </w:r>
      <w:r w:rsidRPr="0081406C">
        <w:rPr>
          <w:rFonts w:ascii="Times New Roman" w:hAnsi="Times New Roman" w:cs="Times New Roman"/>
          <w:sz w:val="28"/>
          <w:szCs w:val="28"/>
        </w:rPr>
        <w:t>ặ</w:t>
      </w:r>
      <w:r w:rsidRPr="0081406C">
        <w:rPr>
          <w:rFonts w:ascii="Times New Roman" w:hAnsi="Times New Roman" w:cs="Times New Roman"/>
          <w:sz w:val="28"/>
          <w:szCs w:val="28"/>
        </w:rPr>
        <w:t>c bi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t t</w:t>
      </w:r>
      <w:r w:rsidRPr="0081406C">
        <w:rPr>
          <w:rFonts w:ascii="Times New Roman" w:hAnsi="Times New Roman" w:cs="Times New Roman"/>
          <w:sz w:val="28"/>
          <w:szCs w:val="28"/>
        </w:rPr>
        <w:t>ạ</w:t>
      </w:r>
      <w:r w:rsidRPr="0081406C">
        <w:rPr>
          <w:rFonts w:ascii="Times New Roman" w:hAnsi="Times New Roman" w:cs="Times New Roman"/>
          <w:sz w:val="28"/>
          <w:szCs w:val="28"/>
        </w:rPr>
        <w:t>i các v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 xml:space="preserve"> trí b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 xml:space="preserve"> trí nư</w:t>
      </w:r>
      <w:r w:rsidRPr="0081406C">
        <w:rPr>
          <w:rFonts w:ascii="Times New Roman" w:hAnsi="Times New Roman" w:cs="Times New Roman"/>
          <w:sz w:val="28"/>
          <w:szCs w:val="28"/>
        </w:rPr>
        <w:t>ớ</w:t>
      </w:r>
      <w:r w:rsidRPr="0081406C">
        <w:rPr>
          <w:rFonts w:ascii="Times New Roman" w:hAnsi="Times New Roman" w:cs="Times New Roman"/>
          <w:sz w:val="28"/>
          <w:szCs w:val="28"/>
        </w:rPr>
        <w:t>c r</w:t>
      </w:r>
      <w:r w:rsidRPr="0081406C">
        <w:rPr>
          <w:rFonts w:ascii="Times New Roman" w:hAnsi="Times New Roman" w:cs="Times New Roman"/>
          <w:sz w:val="28"/>
          <w:szCs w:val="28"/>
        </w:rPr>
        <w:t>ử</w:t>
      </w:r>
      <w:r w:rsidRPr="0081406C">
        <w:rPr>
          <w:rFonts w:ascii="Times New Roman" w:hAnsi="Times New Roman" w:cs="Times New Roman"/>
          <w:sz w:val="28"/>
          <w:szCs w:val="28"/>
        </w:rPr>
        <w:t>a tay ho</w:t>
      </w:r>
      <w:r w:rsidRPr="0081406C">
        <w:rPr>
          <w:rFonts w:ascii="Times New Roman" w:hAnsi="Times New Roman" w:cs="Times New Roman"/>
          <w:sz w:val="28"/>
          <w:szCs w:val="28"/>
        </w:rPr>
        <w:t>ặ</w:t>
      </w:r>
      <w:r w:rsidRPr="0081406C">
        <w:rPr>
          <w:rFonts w:ascii="Times New Roman" w:hAnsi="Times New Roman" w:cs="Times New Roman"/>
          <w:sz w:val="28"/>
          <w:szCs w:val="28"/>
        </w:rPr>
        <w:t>c máy sát khu</w:t>
      </w:r>
      <w:r w:rsidRPr="0081406C">
        <w:rPr>
          <w:rFonts w:ascii="Times New Roman" w:hAnsi="Times New Roman" w:cs="Times New Roman"/>
          <w:sz w:val="28"/>
          <w:szCs w:val="28"/>
        </w:rPr>
        <w:t>ẩ</w:t>
      </w:r>
      <w:r w:rsidRPr="0081406C">
        <w:rPr>
          <w:rFonts w:ascii="Times New Roman" w:hAnsi="Times New Roman" w:cs="Times New Roman"/>
          <w:sz w:val="28"/>
          <w:szCs w:val="28"/>
        </w:rPr>
        <w:t>n.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3. Đo thân nhi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t m</w:t>
      </w:r>
      <w:r w:rsidRPr="0081406C">
        <w:rPr>
          <w:rFonts w:ascii="Times New Roman" w:hAnsi="Times New Roman" w:cs="Times New Roman"/>
          <w:sz w:val="28"/>
          <w:szCs w:val="28"/>
        </w:rPr>
        <w:t>ỗ</w:t>
      </w:r>
      <w:r w:rsidRPr="0081406C">
        <w:rPr>
          <w:rFonts w:ascii="Times New Roman" w:hAnsi="Times New Roman" w:cs="Times New Roman"/>
          <w:sz w:val="28"/>
          <w:szCs w:val="28"/>
        </w:rPr>
        <w:t>i ngày trư</w:t>
      </w:r>
      <w:r w:rsidRPr="0081406C">
        <w:rPr>
          <w:rFonts w:ascii="Times New Roman" w:hAnsi="Times New Roman" w:cs="Times New Roman"/>
          <w:sz w:val="28"/>
          <w:szCs w:val="28"/>
        </w:rPr>
        <w:t>ớ</w:t>
      </w:r>
      <w:r w:rsidRPr="0081406C">
        <w:rPr>
          <w:rFonts w:ascii="Times New Roman" w:hAnsi="Times New Roman" w:cs="Times New Roman"/>
          <w:sz w:val="28"/>
          <w:szCs w:val="28"/>
        </w:rPr>
        <w:t>c khi vào công ty. Trư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ng h</w:t>
      </w:r>
      <w:r w:rsidRPr="0081406C">
        <w:rPr>
          <w:rFonts w:ascii="Times New Roman" w:hAnsi="Times New Roman" w:cs="Times New Roman"/>
          <w:sz w:val="28"/>
          <w:szCs w:val="28"/>
        </w:rPr>
        <w:t>ợ</w:t>
      </w:r>
      <w:r w:rsidRPr="0081406C">
        <w:rPr>
          <w:rFonts w:ascii="Times New Roman" w:hAnsi="Times New Roman" w:cs="Times New Roman"/>
          <w:sz w:val="28"/>
          <w:szCs w:val="28"/>
        </w:rPr>
        <w:t>p s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>t ho</w:t>
      </w:r>
      <w:r w:rsidRPr="0081406C">
        <w:rPr>
          <w:rFonts w:ascii="Times New Roman" w:hAnsi="Times New Roman" w:cs="Times New Roman"/>
          <w:sz w:val="28"/>
          <w:szCs w:val="28"/>
        </w:rPr>
        <w:t>ặ</w:t>
      </w:r>
      <w:r w:rsidRPr="0081406C">
        <w:rPr>
          <w:rFonts w:ascii="Times New Roman" w:hAnsi="Times New Roman" w:cs="Times New Roman"/>
          <w:sz w:val="28"/>
          <w:szCs w:val="28"/>
        </w:rPr>
        <w:t>c có tri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u ch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ng ho, khó th</w:t>
      </w:r>
      <w:r w:rsidRPr="0081406C">
        <w:rPr>
          <w:rFonts w:ascii="Times New Roman" w:hAnsi="Times New Roman" w:cs="Times New Roman"/>
          <w:sz w:val="28"/>
          <w:szCs w:val="28"/>
        </w:rPr>
        <w:t>ở</w:t>
      </w:r>
      <w:r w:rsidRPr="0081406C">
        <w:rPr>
          <w:rFonts w:ascii="Times New Roman" w:hAnsi="Times New Roman" w:cs="Times New Roman"/>
          <w:sz w:val="28"/>
          <w:szCs w:val="28"/>
        </w:rPr>
        <w:t xml:space="preserve"> ph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i báo ngay cho qu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n lý tr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ti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p và ngh</w:t>
      </w:r>
      <w:r w:rsidRPr="0081406C">
        <w:rPr>
          <w:rFonts w:ascii="Times New Roman" w:hAnsi="Times New Roman" w:cs="Times New Roman"/>
          <w:sz w:val="28"/>
          <w:szCs w:val="28"/>
        </w:rPr>
        <w:t>ỉ</w:t>
      </w:r>
      <w:r w:rsidRPr="0081406C">
        <w:rPr>
          <w:rFonts w:ascii="Times New Roman" w:hAnsi="Times New Roman" w:cs="Times New Roman"/>
          <w:sz w:val="28"/>
          <w:szCs w:val="28"/>
        </w:rPr>
        <w:t xml:space="preserve"> làm</w:t>
      </w:r>
      <w:r w:rsidRPr="0081406C">
        <w:rPr>
          <w:rFonts w:ascii="Times New Roman" w:hAnsi="Times New Roman" w:cs="Times New Roman"/>
          <w:sz w:val="28"/>
          <w:szCs w:val="28"/>
        </w:rPr>
        <w:t xml:space="preserve"> đ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theo dõi s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c kh</w:t>
      </w:r>
      <w:r w:rsidRPr="0081406C">
        <w:rPr>
          <w:rFonts w:ascii="Times New Roman" w:hAnsi="Times New Roman" w:cs="Times New Roman"/>
          <w:sz w:val="28"/>
          <w:szCs w:val="28"/>
        </w:rPr>
        <w:t>ỏ</w:t>
      </w:r>
      <w:r w:rsidRPr="0081406C">
        <w:rPr>
          <w:rFonts w:ascii="Times New Roman" w:hAnsi="Times New Roman" w:cs="Times New Roman"/>
          <w:sz w:val="28"/>
          <w:szCs w:val="28"/>
        </w:rPr>
        <w:t>e.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4. H</w:t>
      </w:r>
      <w:r w:rsidRPr="0081406C">
        <w:rPr>
          <w:rFonts w:ascii="Times New Roman" w:hAnsi="Times New Roman" w:cs="Times New Roman"/>
          <w:sz w:val="28"/>
          <w:szCs w:val="28"/>
        </w:rPr>
        <w:t>ạ</w:t>
      </w:r>
      <w:r w:rsidRPr="0081406C">
        <w:rPr>
          <w:rFonts w:ascii="Times New Roman" w:hAnsi="Times New Roman" w:cs="Times New Roman"/>
          <w:sz w:val="28"/>
          <w:szCs w:val="28"/>
        </w:rPr>
        <w:t>n ch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 xml:space="preserve"> t</w:t>
      </w:r>
      <w:r w:rsidRPr="0081406C">
        <w:rPr>
          <w:rFonts w:ascii="Times New Roman" w:hAnsi="Times New Roman" w:cs="Times New Roman"/>
          <w:sz w:val="28"/>
          <w:szCs w:val="28"/>
        </w:rPr>
        <w:t>ụ</w:t>
      </w:r>
      <w:r w:rsidRPr="0081406C">
        <w:rPr>
          <w:rFonts w:ascii="Times New Roman" w:hAnsi="Times New Roman" w:cs="Times New Roman"/>
          <w:sz w:val="28"/>
          <w:szCs w:val="28"/>
        </w:rPr>
        <w:t xml:space="preserve"> t</w:t>
      </w:r>
      <w:r w:rsidRPr="0081406C">
        <w:rPr>
          <w:rFonts w:ascii="Times New Roman" w:hAnsi="Times New Roman" w:cs="Times New Roman"/>
          <w:sz w:val="28"/>
          <w:szCs w:val="28"/>
        </w:rPr>
        <w:t>ậ</w:t>
      </w:r>
      <w:r w:rsidRPr="0081406C">
        <w:rPr>
          <w:rFonts w:ascii="Times New Roman" w:hAnsi="Times New Roman" w:cs="Times New Roman"/>
          <w:sz w:val="28"/>
          <w:szCs w:val="28"/>
        </w:rPr>
        <w:t>p đông ngư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i, gi</w:t>
      </w:r>
      <w:r w:rsidRPr="0081406C">
        <w:rPr>
          <w:rFonts w:ascii="Times New Roman" w:hAnsi="Times New Roman" w:cs="Times New Roman"/>
          <w:sz w:val="28"/>
          <w:szCs w:val="28"/>
        </w:rPr>
        <w:t>ữ</w:t>
      </w:r>
      <w:r w:rsidRPr="0081406C">
        <w:rPr>
          <w:rFonts w:ascii="Times New Roman" w:hAnsi="Times New Roman" w:cs="Times New Roman"/>
          <w:sz w:val="28"/>
          <w:szCs w:val="28"/>
        </w:rPr>
        <w:t xml:space="preserve"> kho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ng cách t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>i thi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>u 1 mét trong giao ti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p và làm vi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c.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5. Không ti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p xúc g</w:t>
      </w:r>
      <w:r w:rsidRPr="0081406C">
        <w:rPr>
          <w:rFonts w:ascii="Times New Roman" w:hAnsi="Times New Roman" w:cs="Times New Roman"/>
          <w:sz w:val="28"/>
          <w:szCs w:val="28"/>
        </w:rPr>
        <w:t>ầ</w:t>
      </w:r>
      <w:r w:rsidRPr="0081406C">
        <w:rPr>
          <w:rFonts w:ascii="Times New Roman" w:hAnsi="Times New Roman" w:cs="Times New Roman"/>
          <w:sz w:val="28"/>
          <w:szCs w:val="28"/>
        </w:rPr>
        <w:t>n v</w:t>
      </w:r>
      <w:r w:rsidRPr="0081406C">
        <w:rPr>
          <w:rFonts w:ascii="Times New Roman" w:hAnsi="Times New Roman" w:cs="Times New Roman"/>
          <w:sz w:val="28"/>
          <w:szCs w:val="28"/>
        </w:rPr>
        <w:t>ớ</w:t>
      </w:r>
      <w:r w:rsidRPr="0081406C">
        <w:rPr>
          <w:rFonts w:ascii="Times New Roman" w:hAnsi="Times New Roman" w:cs="Times New Roman"/>
          <w:sz w:val="28"/>
          <w:szCs w:val="28"/>
        </w:rPr>
        <w:t>i ngư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nghi nhi</w:t>
      </w:r>
      <w:r w:rsidRPr="0081406C">
        <w:rPr>
          <w:rFonts w:ascii="Times New Roman" w:hAnsi="Times New Roman" w:cs="Times New Roman"/>
          <w:sz w:val="28"/>
          <w:szCs w:val="28"/>
        </w:rPr>
        <w:t>ễ</w:t>
      </w:r>
      <w:r w:rsidRPr="0081406C">
        <w:rPr>
          <w:rFonts w:ascii="Times New Roman" w:hAnsi="Times New Roman" w:cs="Times New Roman"/>
          <w:sz w:val="28"/>
          <w:szCs w:val="28"/>
        </w:rPr>
        <w:t>m ho</w:t>
      </w:r>
      <w:r w:rsidRPr="0081406C">
        <w:rPr>
          <w:rFonts w:ascii="Times New Roman" w:hAnsi="Times New Roman" w:cs="Times New Roman"/>
          <w:sz w:val="28"/>
          <w:szCs w:val="28"/>
        </w:rPr>
        <w:t>ặ</w:t>
      </w:r>
      <w:r w:rsidRPr="0081406C">
        <w:rPr>
          <w:rFonts w:ascii="Times New Roman" w:hAnsi="Times New Roman" w:cs="Times New Roman"/>
          <w:sz w:val="28"/>
          <w:szCs w:val="28"/>
        </w:rPr>
        <w:t>c có y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u t</w:t>
      </w:r>
      <w:r w:rsidRPr="0081406C">
        <w:rPr>
          <w:rFonts w:ascii="Times New Roman" w:hAnsi="Times New Roman" w:cs="Times New Roman"/>
          <w:sz w:val="28"/>
          <w:szCs w:val="28"/>
        </w:rPr>
        <w:t>ố</w:t>
      </w:r>
      <w:r w:rsidRPr="0081406C">
        <w:rPr>
          <w:rFonts w:ascii="Times New Roman" w:hAnsi="Times New Roman" w:cs="Times New Roman"/>
          <w:sz w:val="28"/>
          <w:szCs w:val="28"/>
        </w:rPr>
        <w:t xml:space="preserve"> d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>ch t</w:t>
      </w:r>
      <w:r w:rsidRPr="0081406C">
        <w:rPr>
          <w:rFonts w:ascii="Times New Roman" w:hAnsi="Times New Roman" w:cs="Times New Roman"/>
          <w:sz w:val="28"/>
          <w:szCs w:val="28"/>
        </w:rPr>
        <w:t>ễ</w:t>
      </w:r>
      <w:r w:rsidRPr="0081406C">
        <w:rPr>
          <w:rFonts w:ascii="Times New Roman" w:hAnsi="Times New Roman" w:cs="Times New Roman"/>
          <w:sz w:val="28"/>
          <w:szCs w:val="28"/>
        </w:rPr>
        <w:t>, đ</w:t>
      </w:r>
      <w:r w:rsidRPr="0081406C">
        <w:rPr>
          <w:rFonts w:ascii="Times New Roman" w:hAnsi="Times New Roman" w:cs="Times New Roman"/>
          <w:sz w:val="28"/>
          <w:szCs w:val="28"/>
        </w:rPr>
        <w:t>ồ</w:t>
      </w:r>
      <w:r w:rsidRPr="0081406C">
        <w:rPr>
          <w:rFonts w:ascii="Times New Roman" w:hAnsi="Times New Roman" w:cs="Times New Roman"/>
          <w:sz w:val="28"/>
          <w:szCs w:val="28"/>
        </w:rPr>
        <w:t>ng th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th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n khai báo y t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 xml:space="preserve"> trung th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khi có yêu c</w:t>
      </w:r>
      <w:r w:rsidRPr="0081406C">
        <w:rPr>
          <w:rFonts w:ascii="Times New Roman" w:hAnsi="Times New Roman" w:cs="Times New Roman"/>
          <w:sz w:val="28"/>
          <w:szCs w:val="28"/>
        </w:rPr>
        <w:t>ầ</w:t>
      </w:r>
      <w:r w:rsidRPr="0081406C">
        <w:rPr>
          <w:rFonts w:ascii="Times New Roman" w:hAnsi="Times New Roman" w:cs="Times New Roman"/>
          <w:sz w:val="28"/>
          <w:szCs w:val="28"/>
        </w:rPr>
        <w:t>u.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t>6. Các cu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c h</w:t>
      </w:r>
      <w:r w:rsidRPr="0081406C">
        <w:rPr>
          <w:rFonts w:ascii="Times New Roman" w:hAnsi="Times New Roman" w:cs="Times New Roman"/>
          <w:sz w:val="28"/>
          <w:szCs w:val="28"/>
        </w:rPr>
        <w:t>ọ</w:t>
      </w:r>
      <w:r w:rsidRPr="0081406C">
        <w:rPr>
          <w:rFonts w:ascii="Times New Roman" w:hAnsi="Times New Roman" w:cs="Times New Roman"/>
          <w:sz w:val="28"/>
          <w:szCs w:val="28"/>
        </w:rPr>
        <w:t>p n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i b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 xml:space="preserve"> đư</w:t>
      </w:r>
      <w:r w:rsidRPr="0081406C">
        <w:rPr>
          <w:rFonts w:ascii="Times New Roman" w:hAnsi="Times New Roman" w:cs="Times New Roman"/>
          <w:sz w:val="28"/>
          <w:szCs w:val="28"/>
        </w:rPr>
        <w:t>ợ</w:t>
      </w:r>
      <w:r w:rsidRPr="0081406C">
        <w:rPr>
          <w:rFonts w:ascii="Times New Roman" w:hAnsi="Times New Roman" w:cs="Times New Roman"/>
          <w:sz w:val="28"/>
          <w:szCs w:val="28"/>
        </w:rPr>
        <w:t>c t</w:t>
      </w:r>
      <w:r w:rsidRPr="0081406C">
        <w:rPr>
          <w:rFonts w:ascii="Times New Roman" w:hAnsi="Times New Roman" w:cs="Times New Roman"/>
          <w:sz w:val="28"/>
          <w:szCs w:val="28"/>
        </w:rPr>
        <w:t>ổ</w:t>
      </w:r>
      <w:r w:rsidRPr="0081406C">
        <w:rPr>
          <w:rFonts w:ascii="Times New Roman" w:hAnsi="Times New Roman" w:cs="Times New Roman"/>
          <w:sz w:val="28"/>
          <w:szCs w:val="28"/>
        </w:rPr>
        <w:t xml:space="preserve"> ch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c theo hình th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c tr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tuy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n ho</w:t>
      </w:r>
      <w:r w:rsidRPr="0081406C">
        <w:rPr>
          <w:rFonts w:ascii="Times New Roman" w:hAnsi="Times New Roman" w:cs="Times New Roman"/>
          <w:sz w:val="28"/>
          <w:szCs w:val="28"/>
        </w:rPr>
        <w:t>ặ</w:t>
      </w:r>
      <w:r w:rsidRPr="0081406C">
        <w:rPr>
          <w:rFonts w:ascii="Times New Roman" w:hAnsi="Times New Roman" w:cs="Times New Roman"/>
          <w:sz w:val="28"/>
          <w:szCs w:val="28"/>
        </w:rPr>
        <w:t>c giãn cách phù h</w:t>
      </w:r>
      <w:r w:rsidRPr="0081406C">
        <w:rPr>
          <w:rFonts w:ascii="Times New Roman" w:hAnsi="Times New Roman" w:cs="Times New Roman"/>
          <w:sz w:val="28"/>
          <w:szCs w:val="28"/>
        </w:rPr>
        <w:t>ợ</w:t>
      </w:r>
      <w:r w:rsidRPr="0081406C">
        <w:rPr>
          <w:rFonts w:ascii="Times New Roman" w:hAnsi="Times New Roman" w:cs="Times New Roman"/>
          <w:sz w:val="28"/>
          <w:szCs w:val="28"/>
        </w:rPr>
        <w:t>p n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u c</w:t>
      </w:r>
      <w:r w:rsidRPr="0081406C">
        <w:rPr>
          <w:rFonts w:ascii="Times New Roman" w:hAnsi="Times New Roman" w:cs="Times New Roman"/>
          <w:sz w:val="28"/>
          <w:szCs w:val="28"/>
        </w:rPr>
        <w:t>ầ</w:t>
      </w:r>
      <w:r w:rsidRPr="0081406C">
        <w:rPr>
          <w:rFonts w:ascii="Times New Roman" w:hAnsi="Times New Roman" w:cs="Times New Roman"/>
          <w:sz w:val="28"/>
          <w:szCs w:val="28"/>
        </w:rPr>
        <w:t>n thi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t.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br/>
        <w:t>B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 xml:space="preserve"> ph</w:t>
      </w:r>
      <w:r w:rsidRPr="0081406C">
        <w:rPr>
          <w:rFonts w:ascii="Times New Roman" w:hAnsi="Times New Roman" w:cs="Times New Roman"/>
          <w:sz w:val="28"/>
          <w:szCs w:val="28"/>
        </w:rPr>
        <w:t>ậ</w:t>
      </w:r>
      <w:r w:rsidRPr="0081406C">
        <w:rPr>
          <w:rFonts w:ascii="Times New Roman" w:hAnsi="Times New Roman" w:cs="Times New Roman"/>
          <w:sz w:val="28"/>
          <w:szCs w:val="28"/>
        </w:rPr>
        <w:t>n Hành chính – Nhân s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 xml:space="preserve"> có trách nhi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m theo dõi, giám sát vi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c th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n và báo cáo k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>p th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các trư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ng h</w:t>
      </w:r>
      <w:r w:rsidRPr="0081406C">
        <w:rPr>
          <w:rFonts w:ascii="Times New Roman" w:hAnsi="Times New Roman" w:cs="Times New Roman"/>
          <w:sz w:val="28"/>
          <w:szCs w:val="28"/>
        </w:rPr>
        <w:t>ợ</w:t>
      </w:r>
      <w:r w:rsidRPr="0081406C">
        <w:rPr>
          <w:rFonts w:ascii="Times New Roman" w:hAnsi="Times New Roman" w:cs="Times New Roman"/>
          <w:sz w:val="28"/>
          <w:szCs w:val="28"/>
        </w:rPr>
        <w:t>p vi ph</w:t>
      </w:r>
      <w:r w:rsidRPr="0081406C">
        <w:rPr>
          <w:rFonts w:ascii="Times New Roman" w:hAnsi="Times New Roman" w:cs="Times New Roman"/>
          <w:sz w:val="28"/>
          <w:szCs w:val="28"/>
        </w:rPr>
        <w:t>ạ</w:t>
      </w:r>
      <w:r w:rsidRPr="0081406C">
        <w:rPr>
          <w:rFonts w:ascii="Times New Roman" w:hAnsi="Times New Roman" w:cs="Times New Roman"/>
          <w:sz w:val="28"/>
          <w:szCs w:val="28"/>
        </w:rPr>
        <w:t>m đ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x</w:t>
      </w:r>
      <w:r w:rsidRPr="0081406C">
        <w:rPr>
          <w:rFonts w:ascii="Times New Roman" w:hAnsi="Times New Roman" w:cs="Times New Roman"/>
          <w:sz w:val="28"/>
          <w:szCs w:val="28"/>
        </w:rPr>
        <w:t>ử</w:t>
      </w:r>
      <w:r w:rsidRPr="0081406C">
        <w:rPr>
          <w:rFonts w:ascii="Times New Roman" w:hAnsi="Times New Roman" w:cs="Times New Roman"/>
          <w:sz w:val="28"/>
          <w:szCs w:val="28"/>
        </w:rPr>
        <w:t xml:space="preserve"> lý theo quy đ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>nh.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lastRenderedPageBreak/>
        <w:t>Thông báo này có hi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>u l</w:t>
      </w:r>
      <w:r w:rsidRPr="0081406C">
        <w:rPr>
          <w:rFonts w:ascii="Times New Roman" w:hAnsi="Times New Roman" w:cs="Times New Roman"/>
          <w:sz w:val="28"/>
          <w:szCs w:val="28"/>
        </w:rPr>
        <w:t>ự</w:t>
      </w:r>
      <w:r w:rsidRPr="0081406C">
        <w:rPr>
          <w:rFonts w:ascii="Times New Roman" w:hAnsi="Times New Roman" w:cs="Times New Roman"/>
          <w:sz w:val="28"/>
          <w:szCs w:val="28"/>
        </w:rPr>
        <w:t>c t</w:t>
      </w:r>
      <w:r w:rsidRPr="0081406C">
        <w:rPr>
          <w:rFonts w:ascii="Times New Roman" w:hAnsi="Times New Roman" w:cs="Times New Roman"/>
          <w:sz w:val="28"/>
          <w:szCs w:val="28"/>
        </w:rPr>
        <w:t>ừ</w:t>
      </w:r>
      <w:r w:rsidRPr="0081406C">
        <w:rPr>
          <w:rFonts w:ascii="Times New Roman" w:hAnsi="Times New Roman" w:cs="Times New Roman"/>
          <w:sz w:val="28"/>
          <w:szCs w:val="28"/>
        </w:rPr>
        <w:t xml:space="preserve"> ngày ………… và áp d</w:t>
      </w:r>
      <w:r w:rsidRPr="0081406C">
        <w:rPr>
          <w:rFonts w:ascii="Times New Roman" w:hAnsi="Times New Roman" w:cs="Times New Roman"/>
          <w:sz w:val="28"/>
          <w:szCs w:val="28"/>
        </w:rPr>
        <w:t>ụ</w:t>
      </w:r>
      <w:r w:rsidRPr="0081406C">
        <w:rPr>
          <w:rFonts w:ascii="Times New Roman" w:hAnsi="Times New Roman" w:cs="Times New Roman"/>
          <w:sz w:val="28"/>
          <w:szCs w:val="28"/>
        </w:rPr>
        <w:t>ng cho đ</w:t>
      </w:r>
      <w:r w:rsidRPr="0081406C">
        <w:rPr>
          <w:rFonts w:ascii="Times New Roman" w:hAnsi="Times New Roman" w:cs="Times New Roman"/>
          <w:sz w:val="28"/>
          <w:szCs w:val="28"/>
        </w:rPr>
        <w:t>ế</w:t>
      </w:r>
      <w:r w:rsidRPr="0081406C">
        <w:rPr>
          <w:rFonts w:ascii="Times New Roman" w:hAnsi="Times New Roman" w:cs="Times New Roman"/>
          <w:sz w:val="28"/>
          <w:szCs w:val="28"/>
        </w:rPr>
        <w:t>n khi có thông báo m</w:t>
      </w:r>
      <w:r w:rsidRPr="0081406C">
        <w:rPr>
          <w:rFonts w:ascii="Times New Roman" w:hAnsi="Times New Roman" w:cs="Times New Roman"/>
          <w:sz w:val="28"/>
          <w:szCs w:val="28"/>
        </w:rPr>
        <w:t>ớ</w:t>
      </w:r>
      <w:r w:rsidRPr="0081406C">
        <w:rPr>
          <w:rFonts w:ascii="Times New Roman" w:hAnsi="Times New Roman" w:cs="Times New Roman"/>
          <w:sz w:val="28"/>
          <w:szCs w:val="28"/>
        </w:rPr>
        <w:t>i. Đ</w:t>
      </w:r>
      <w:r w:rsidRPr="0081406C">
        <w:rPr>
          <w:rFonts w:ascii="Times New Roman" w:hAnsi="Times New Roman" w:cs="Times New Roman"/>
          <w:sz w:val="28"/>
          <w:szCs w:val="28"/>
        </w:rPr>
        <w:t>ề</w:t>
      </w:r>
      <w:r w:rsidRPr="0081406C">
        <w:rPr>
          <w:rFonts w:ascii="Times New Roman" w:hAnsi="Times New Roman" w:cs="Times New Roman"/>
          <w:sz w:val="28"/>
          <w:szCs w:val="28"/>
        </w:rPr>
        <w:t xml:space="preserve"> ngh</w:t>
      </w:r>
      <w:r w:rsidRPr="0081406C">
        <w:rPr>
          <w:rFonts w:ascii="Times New Roman" w:hAnsi="Times New Roman" w:cs="Times New Roman"/>
          <w:sz w:val="28"/>
          <w:szCs w:val="28"/>
        </w:rPr>
        <w:t>ị</w:t>
      </w:r>
      <w:r w:rsidRPr="0081406C">
        <w:rPr>
          <w:rFonts w:ascii="Times New Roman" w:hAnsi="Times New Roman" w:cs="Times New Roman"/>
          <w:sz w:val="28"/>
          <w:szCs w:val="28"/>
        </w:rPr>
        <w:t xml:space="preserve"> toàn th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ngư</w:t>
      </w:r>
      <w:r w:rsidRPr="0081406C">
        <w:rPr>
          <w:rFonts w:ascii="Times New Roman" w:hAnsi="Times New Roman" w:cs="Times New Roman"/>
          <w:sz w:val="28"/>
          <w:szCs w:val="28"/>
        </w:rPr>
        <w:t>ờ</w:t>
      </w:r>
      <w:r w:rsidRPr="0081406C">
        <w:rPr>
          <w:rFonts w:ascii="Times New Roman" w:hAnsi="Times New Roman" w:cs="Times New Roman"/>
          <w:sz w:val="28"/>
          <w:szCs w:val="28"/>
        </w:rPr>
        <w:t>i lao đ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ng nghiêm túc ch</w:t>
      </w:r>
      <w:r w:rsidRPr="0081406C">
        <w:rPr>
          <w:rFonts w:ascii="Times New Roman" w:hAnsi="Times New Roman" w:cs="Times New Roman"/>
          <w:sz w:val="28"/>
          <w:szCs w:val="28"/>
        </w:rPr>
        <w:t>ấ</w:t>
      </w:r>
      <w:r w:rsidRPr="0081406C">
        <w:rPr>
          <w:rFonts w:ascii="Times New Roman" w:hAnsi="Times New Roman" w:cs="Times New Roman"/>
          <w:sz w:val="28"/>
          <w:szCs w:val="28"/>
        </w:rPr>
        <w:t>p hành đ</w:t>
      </w:r>
      <w:r w:rsidRPr="0081406C">
        <w:rPr>
          <w:rFonts w:ascii="Times New Roman" w:hAnsi="Times New Roman" w:cs="Times New Roman"/>
          <w:sz w:val="28"/>
          <w:szCs w:val="28"/>
        </w:rPr>
        <w:t>ể</w:t>
      </w:r>
      <w:r w:rsidRPr="0081406C">
        <w:rPr>
          <w:rFonts w:ascii="Times New Roman" w:hAnsi="Times New Roman" w:cs="Times New Roman"/>
          <w:sz w:val="28"/>
          <w:szCs w:val="28"/>
        </w:rPr>
        <w:t xml:space="preserve"> b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o v</w:t>
      </w:r>
      <w:r w:rsidRPr="0081406C">
        <w:rPr>
          <w:rFonts w:ascii="Times New Roman" w:hAnsi="Times New Roman" w:cs="Times New Roman"/>
          <w:sz w:val="28"/>
          <w:szCs w:val="28"/>
        </w:rPr>
        <w:t>ệ</w:t>
      </w:r>
      <w:r w:rsidRPr="0081406C">
        <w:rPr>
          <w:rFonts w:ascii="Times New Roman" w:hAnsi="Times New Roman" w:cs="Times New Roman"/>
          <w:sz w:val="28"/>
          <w:szCs w:val="28"/>
        </w:rPr>
        <w:t xml:space="preserve"> s</w:t>
      </w:r>
      <w:r w:rsidRPr="0081406C">
        <w:rPr>
          <w:rFonts w:ascii="Times New Roman" w:hAnsi="Times New Roman" w:cs="Times New Roman"/>
          <w:sz w:val="28"/>
          <w:szCs w:val="28"/>
        </w:rPr>
        <w:t>ứ</w:t>
      </w:r>
      <w:r w:rsidRPr="0081406C">
        <w:rPr>
          <w:rFonts w:ascii="Times New Roman" w:hAnsi="Times New Roman" w:cs="Times New Roman"/>
          <w:sz w:val="28"/>
          <w:szCs w:val="28"/>
        </w:rPr>
        <w:t>c kh</w:t>
      </w:r>
      <w:r w:rsidRPr="0081406C">
        <w:rPr>
          <w:rFonts w:ascii="Times New Roman" w:hAnsi="Times New Roman" w:cs="Times New Roman"/>
          <w:sz w:val="28"/>
          <w:szCs w:val="28"/>
        </w:rPr>
        <w:t>ỏ</w:t>
      </w:r>
      <w:r w:rsidRPr="0081406C">
        <w:rPr>
          <w:rFonts w:ascii="Times New Roman" w:hAnsi="Times New Roman" w:cs="Times New Roman"/>
          <w:sz w:val="28"/>
          <w:szCs w:val="28"/>
        </w:rPr>
        <w:t>e b</w:t>
      </w:r>
      <w:r w:rsidRPr="0081406C">
        <w:rPr>
          <w:rFonts w:ascii="Times New Roman" w:hAnsi="Times New Roman" w:cs="Times New Roman"/>
          <w:sz w:val="28"/>
          <w:szCs w:val="28"/>
        </w:rPr>
        <w:t>ả</w:t>
      </w:r>
      <w:r w:rsidRPr="0081406C">
        <w:rPr>
          <w:rFonts w:ascii="Times New Roman" w:hAnsi="Times New Roman" w:cs="Times New Roman"/>
          <w:sz w:val="28"/>
          <w:szCs w:val="28"/>
        </w:rPr>
        <w:t>n thân, gia đình và c</w:t>
      </w:r>
      <w:r w:rsidRPr="0081406C">
        <w:rPr>
          <w:rFonts w:ascii="Times New Roman" w:hAnsi="Times New Roman" w:cs="Times New Roman"/>
          <w:sz w:val="28"/>
          <w:szCs w:val="28"/>
        </w:rPr>
        <w:t>ộ</w:t>
      </w:r>
      <w:r w:rsidRPr="0081406C">
        <w:rPr>
          <w:rFonts w:ascii="Times New Roman" w:hAnsi="Times New Roman" w:cs="Times New Roman"/>
          <w:sz w:val="28"/>
          <w:szCs w:val="28"/>
        </w:rPr>
        <w:t>ng đ</w:t>
      </w:r>
      <w:r w:rsidRPr="0081406C">
        <w:rPr>
          <w:rFonts w:ascii="Times New Roman" w:hAnsi="Times New Roman" w:cs="Times New Roman"/>
          <w:sz w:val="28"/>
          <w:szCs w:val="28"/>
        </w:rPr>
        <w:t>ồ</w:t>
      </w:r>
      <w:r w:rsidRPr="0081406C">
        <w:rPr>
          <w:rFonts w:ascii="Times New Roman" w:hAnsi="Times New Roman" w:cs="Times New Roman"/>
          <w:sz w:val="28"/>
          <w:szCs w:val="28"/>
        </w:rPr>
        <w:t>ng.</w:t>
      </w:r>
    </w:p>
    <w:p w:rsidR="00DA0E65" w:rsidRPr="0081406C" w:rsidRDefault="0081406C">
      <w:pPr>
        <w:rPr>
          <w:rFonts w:ascii="Times New Roman" w:hAnsi="Times New Roman" w:cs="Times New Roman"/>
          <w:sz w:val="28"/>
          <w:szCs w:val="28"/>
        </w:rPr>
      </w:pPr>
      <w:r w:rsidRPr="0081406C">
        <w:rPr>
          <w:rFonts w:ascii="Times New Roman" w:hAnsi="Times New Roman" w:cs="Times New Roman"/>
          <w:sz w:val="28"/>
          <w:szCs w:val="28"/>
        </w:rPr>
        <w:br/>
        <w:t>Trân tr</w:t>
      </w:r>
      <w:r w:rsidRPr="0081406C">
        <w:rPr>
          <w:rFonts w:ascii="Times New Roman" w:hAnsi="Times New Roman" w:cs="Times New Roman"/>
          <w:sz w:val="28"/>
          <w:szCs w:val="28"/>
        </w:rPr>
        <w:t>ọ</w:t>
      </w:r>
      <w:r w:rsidRPr="0081406C">
        <w:rPr>
          <w:rFonts w:ascii="Times New Roman" w:hAnsi="Times New Roman" w:cs="Times New Roman"/>
          <w:sz w:val="28"/>
          <w:szCs w:val="28"/>
        </w:rPr>
        <w:t>ng thông báo.</w:t>
      </w:r>
      <w:bookmarkStart w:id="0" w:name="_GoBack"/>
      <w:bookmarkEnd w:id="0"/>
    </w:p>
    <w:p w:rsidR="00DA0E65" w:rsidRPr="0081406C" w:rsidRDefault="008140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1406C">
        <w:rPr>
          <w:rFonts w:ascii="Times New Roman" w:hAnsi="Times New Roman" w:cs="Times New Roman"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>Đ</w:t>
      </w:r>
      <w:r w:rsidRPr="0081406C">
        <w:rPr>
          <w:rFonts w:ascii="Times New Roman" w:hAnsi="Times New Roman" w:cs="Times New Roman"/>
          <w:b/>
          <w:sz w:val="28"/>
          <w:szCs w:val="28"/>
        </w:rPr>
        <w:t>Ạ</w:t>
      </w:r>
      <w:r w:rsidRPr="0081406C">
        <w:rPr>
          <w:rFonts w:ascii="Times New Roman" w:hAnsi="Times New Roman" w:cs="Times New Roman"/>
          <w:b/>
          <w:sz w:val="28"/>
          <w:szCs w:val="28"/>
        </w:rPr>
        <w:t>I DI</w:t>
      </w:r>
      <w:r w:rsidRPr="0081406C">
        <w:rPr>
          <w:rFonts w:ascii="Times New Roman" w:hAnsi="Times New Roman" w:cs="Times New Roman"/>
          <w:b/>
          <w:sz w:val="28"/>
          <w:szCs w:val="28"/>
        </w:rPr>
        <w:t>Ệ</w:t>
      </w:r>
      <w:r w:rsidRPr="0081406C">
        <w:rPr>
          <w:rFonts w:ascii="Times New Roman" w:hAnsi="Times New Roman" w:cs="Times New Roman"/>
          <w:b/>
          <w:sz w:val="28"/>
          <w:szCs w:val="28"/>
        </w:rPr>
        <w:t>N BAN GIÁM Đ</w:t>
      </w:r>
      <w:r w:rsidRPr="0081406C">
        <w:rPr>
          <w:rFonts w:ascii="Times New Roman" w:hAnsi="Times New Roman" w:cs="Times New Roman"/>
          <w:b/>
          <w:sz w:val="28"/>
          <w:szCs w:val="28"/>
        </w:rPr>
        <w:t>Ố</w:t>
      </w:r>
      <w:r w:rsidRPr="0081406C">
        <w:rPr>
          <w:rFonts w:ascii="Times New Roman" w:hAnsi="Times New Roman" w:cs="Times New Roman"/>
          <w:b/>
          <w:sz w:val="28"/>
          <w:szCs w:val="28"/>
        </w:rPr>
        <w:t>C</w:t>
      </w:r>
    </w:p>
    <w:p w:rsidR="00DA0E65" w:rsidRPr="0081406C" w:rsidRDefault="0081406C">
      <w:pPr>
        <w:rPr>
          <w:rFonts w:ascii="Times New Roman" w:hAnsi="Times New Roman" w:cs="Times New Roman"/>
          <w:b/>
          <w:sz w:val="28"/>
          <w:szCs w:val="28"/>
        </w:rPr>
      </w:pPr>
      <w:r w:rsidRPr="0081406C">
        <w:rPr>
          <w:rFonts w:ascii="Times New Roman" w:hAnsi="Times New Roman" w:cs="Times New Roman"/>
          <w:b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ab/>
      </w:r>
      <w:r w:rsidRPr="0081406C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81406C">
        <w:rPr>
          <w:rFonts w:ascii="Times New Roman" w:hAnsi="Times New Roman" w:cs="Times New Roman"/>
          <w:b/>
          <w:sz w:val="28"/>
          <w:szCs w:val="28"/>
        </w:rPr>
        <w:t>ọ</w:t>
      </w:r>
      <w:r w:rsidRPr="0081406C">
        <w:rPr>
          <w:rFonts w:ascii="Times New Roman" w:hAnsi="Times New Roman" w:cs="Times New Roman"/>
          <w:b/>
          <w:sz w:val="28"/>
          <w:szCs w:val="28"/>
        </w:rPr>
        <w:t xml:space="preserve"> tên và đóng d</w:t>
      </w:r>
      <w:r w:rsidRPr="0081406C">
        <w:rPr>
          <w:rFonts w:ascii="Times New Roman" w:hAnsi="Times New Roman" w:cs="Times New Roman"/>
          <w:b/>
          <w:sz w:val="28"/>
          <w:szCs w:val="28"/>
        </w:rPr>
        <w:t>ấ</w:t>
      </w:r>
      <w:r w:rsidRPr="0081406C">
        <w:rPr>
          <w:rFonts w:ascii="Times New Roman" w:hAnsi="Times New Roman" w:cs="Times New Roman"/>
          <w:b/>
          <w:sz w:val="28"/>
          <w:szCs w:val="28"/>
        </w:rPr>
        <w:t>u)</w:t>
      </w:r>
    </w:p>
    <w:sectPr w:rsidR="00DA0E65" w:rsidRPr="0081406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06C"/>
    <w:rsid w:val="00AA1D8D"/>
    <w:rsid w:val="00B47730"/>
    <w:rsid w:val="00CB0664"/>
    <w:rsid w:val="00DA0E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3A62006-01EF-4AF1-935C-32B3FC28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A3E653-D13B-41B2-84C3-0307D6701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CỘNG HÒA XÃ HỘI CHỦ NGHĨA VIỆT NAM</vt:lpstr>
      <vt:lpstr>Độc lập-Tự do-Hạnh phúc</vt:lpstr>
      <vt:lpstr>THÔNG BÁO</vt:lpstr>
    </vt:vector>
  </TitlesOfParts>
  <Manager/>
  <Company/>
  <LinksUpToDate>false</LinksUpToDate>
  <CharactersWithSpaces>1586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2025-05-23T02:09:00Z</dcterms:created>
  <dcterms:modified xsi:type="dcterms:W3CDTF">2025-05-23T02:09:00Z</dcterms:modified>
  <cp:category/>
</cp:coreProperties>
</file>