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480"/>
      </w:tblGrid>
      <w:tr w:rsidR="0049090E" w:rsidRPr="00DA481C" w:rsidTr="00DA481C">
        <w:trPr>
          <w:trHeight w:val="2127"/>
        </w:trPr>
        <w:tc>
          <w:tcPr>
            <w:tcW w:w="2376" w:type="dxa"/>
          </w:tcPr>
          <w:p w:rsidR="0049090E" w:rsidRPr="00DA481C" w:rsidRDefault="00DA481C" w:rsidP="00DA481C">
            <w:pPr>
              <w:jc w:val="right"/>
              <w:rPr>
                <w:b/>
                <w:sz w:val="28"/>
                <w:szCs w:val="28"/>
              </w:rPr>
            </w:pPr>
            <w:r w:rsidRPr="00DA481C">
              <w:rPr>
                <w:b/>
                <w:sz w:val="28"/>
                <w:szCs w:val="28"/>
              </w:rPr>
              <w:t xml:space="preserve">CÔNG TY </w:t>
            </w:r>
            <w:r>
              <w:rPr>
                <w:b/>
                <w:sz w:val="28"/>
                <w:szCs w:val="28"/>
              </w:rPr>
              <w:t>…</w:t>
            </w:r>
            <w:r w:rsidRPr="00DA481C">
              <w:rPr>
                <w:b/>
                <w:sz w:val="28"/>
                <w:szCs w:val="28"/>
              </w:rPr>
              <w:br/>
              <w:t>S</w:t>
            </w:r>
            <w:r w:rsidRPr="00DA481C">
              <w:rPr>
                <w:b/>
                <w:sz w:val="28"/>
                <w:szCs w:val="28"/>
              </w:rPr>
              <w:t>ố</w:t>
            </w:r>
            <w:r w:rsidRPr="00DA481C">
              <w:rPr>
                <w:b/>
                <w:sz w:val="28"/>
                <w:szCs w:val="28"/>
              </w:rPr>
              <w:t>: …/BB-CM</w:t>
            </w:r>
          </w:p>
        </w:tc>
        <w:tc>
          <w:tcPr>
            <w:tcW w:w="6480" w:type="dxa"/>
          </w:tcPr>
          <w:p w:rsidR="0049090E" w:rsidRPr="00DA481C" w:rsidRDefault="00DA481C" w:rsidP="00DA481C">
            <w:pPr>
              <w:jc w:val="center"/>
              <w:rPr>
                <w:b/>
                <w:sz w:val="28"/>
                <w:szCs w:val="28"/>
              </w:rPr>
            </w:pPr>
            <w:r w:rsidRPr="00DA481C">
              <w:rPr>
                <w:b/>
                <w:sz w:val="28"/>
                <w:szCs w:val="28"/>
              </w:rPr>
              <w:t>C</w:t>
            </w:r>
            <w:r w:rsidRPr="00DA481C">
              <w:rPr>
                <w:b/>
                <w:sz w:val="28"/>
                <w:szCs w:val="28"/>
              </w:rPr>
              <w:t>Ộ</w:t>
            </w:r>
            <w:r w:rsidRPr="00DA481C">
              <w:rPr>
                <w:b/>
                <w:sz w:val="28"/>
                <w:szCs w:val="28"/>
              </w:rPr>
              <w:t>NG HÒA XÃ H</w:t>
            </w:r>
            <w:r w:rsidRPr="00DA481C">
              <w:rPr>
                <w:b/>
                <w:sz w:val="28"/>
                <w:szCs w:val="28"/>
              </w:rPr>
              <w:t>Ộ</w:t>
            </w:r>
            <w:r w:rsidRPr="00DA481C">
              <w:rPr>
                <w:b/>
                <w:sz w:val="28"/>
                <w:szCs w:val="28"/>
              </w:rPr>
              <w:t>I CH</w:t>
            </w:r>
            <w:r w:rsidRPr="00DA481C">
              <w:rPr>
                <w:b/>
                <w:sz w:val="28"/>
                <w:szCs w:val="28"/>
              </w:rPr>
              <w:t>Ủ</w:t>
            </w:r>
            <w:r w:rsidRPr="00DA481C">
              <w:rPr>
                <w:b/>
                <w:sz w:val="28"/>
                <w:szCs w:val="28"/>
              </w:rPr>
              <w:t xml:space="preserve"> NGHĨA VI</w:t>
            </w:r>
            <w:r w:rsidRPr="00DA481C">
              <w:rPr>
                <w:b/>
                <w:sz w:val="28"/>
                <w:szCs w:val="28"/>
              </w:rPr>
              <w:t>Ệ</w:t>
            </w:r>
            <w:r w:rsidRPr="00DA481C">
              <w:rPr>
                <w:b/>
                <w:sz w:val="28"/>
                <w:szCs w:val="28"/>
              </w:rPr>
              <w:t>T NAM</w:t>
            </w:r>
            <w:r w:rsidRPr="00DA481C">
              <w:rPr>
                <w:b/>
                <w:sz w:val="28"/>
                <w:szCs w:val="28"/>
              </w:rPr>
              <w:br/>
              <w:t>Đ</w:t>
            </w:r>
            <w:r w:rsidRPr="00DA481C">
              <w:rPr>
                <w:b/>
                <w:sz w:val="28"/>
                <w:szCs w:val="28"/>
              </w:rPr>
              <w:t>ộ</w:t>
            </w:r>
            <w:r w:rsidRPr="00DA481C">
              <w:rPr>
                <w:b/>
                <w:sz w:val="28"/>
                <w:szCs w:val="28"/>
              </w:rPr>
              <w:t>c l</w:t>
            </w:r>
            <w:r w:rsidRPr="00DA481C">
              <w:rPr>
                <w:b/>
                <w:sz w:val="28"/>
                <w:szCs w:val="28"/>
              </w:rPr>
              <w:t>ậ</w:t>
            </w:r>
            <w:r w:rsidRPr="00DA481C">
              <w:rPr>
                <w:b/>
                <w:sz w:val="28"/>
                <w:szCs w:val="28"/>
              </w:rPr>
              <w:t>p – T</w:t>
            </w:r>
            <w:r w:rsidRPr="00DA481C">
              <w:rPr>
                <w:b/>
                <w:sz w:val="28"/>
                <w:szCs w:val="28"/>
              </w:rPr>
              <w:t>ự</w:t>
            </w:r>
            <w:r w:rsidRPr="00DA481C">
              <w:rPr>
                <w:b/>
                <w:sz w:val="28"/>
                <w:szCs w:val="28"/>
              </w:rPr>
              <w:t xml:space="preserve"> do – H</w:t>
            </w:r>
            <w:r w:rsidRPr="00DA481C">
              <w:rPr>
                <w:b/>
                <w:sz w:val="28"/>
                <w:szCs w:val="28"/>
              </w:rPr>
              <w:t>ạ</w:t>
            </w:r>
            <w:r w:rsidRPr="00DA481C">
              <w:rPr>
                <w:b/>
                <w:sz w:val="28"/>
                <w:szCs w:val="28"/>
              </w:rPr>
              <w:t>nh phúc</w:t>
            </w:r>
          </w:p>
        </w:tc>
      </w:tr>
    </w:tbl>
    <w:p w:rsidR="0049090E" w:rsidRPr="00DA481C" w:rsidRDefault="00DA481C" w:rsidP="00DA481C">
      <w:pPr>
        <w:jc w:val="right"/>
        <w:rPr>
          <w:i/>
          <w:sz w:val="28"/>
          <w:szCs w:val="28"/>
        </w:rPr>
      </w:pPr>
      <w:r w:rsidRPr="00DA481C">
        <w:rPr>
          <w:i/>
          <w:sz w:val="28"/>
          <w:szCs w:val="28"/>
        </w:rPr>
        <w:t>…, ngày … tháng … năm …</w:t>
      </w:r>
    </w:p>
    <w:p w:rsidR="0049090E" w:rsidRPr="00DA481C" w:rsidRDefault="00DA481C">
      <w:pPr>
        <w:jc w:val="center"/>
        <w:rPr>
          <w:sz w:val="28"/>
          <w:szCs w:val="28"/>
        </w:rPr>
      </w:pPr>
      <w:r w:rsidRPr="00DA481C">
        <w:rPr>
          <w:b/>
          <w:sz w:val="28"/>
          <w:szCs w:val="28"/>
        </w:rPr>
        <w:t>BIÊN B</w:t>
      </w:r>
      <w:r w:rsidRPr="00DA481C">
        <w:rPr>
          <w:b/>
          <w:sz w:val="28"/>
          <w:szCs w:val="28"/>
        </w:rPr>
        <w:t>Ả</w:t>
      </w:r>
      <w:r w:rsidRPr="00DA481C">
        <w:rPr>
          <w:b/>
          <w:sz w:val="28"/>
          <w:szCs w:val="28"/>
        </w:rPr>
        <w:t>N CAM K</w:t>
      </w:r>
      <w:r w:rsidRPr="00DA481C">
        <w:rPr>
          <w:b/>
          <w:sz w:val="28"/>
          <w:szCs w:val="28"/>
        </w:rPr>
        <w:t>Ế</w:t>
      </w:r>
      <w:r w:rsidRPr="00DA481C">
        <w:rPr>
          <w:b/>
          <w:sz w:val="28"/>
          <w:szCs w:val="28"/>
        </w:rPr>
        <w:t>T</w:t>
      </w:r>
      <w:r w:rsidRPr="00DA481C">
        <w:rPr>
          <w:b/>
          <w:sz w:val="28"/>
          <w:szCs w:val="28"/>
        </w:rPr>
        <w:br/>
        <w:t>V</w:t>
      </w:r>
      <w:r w:rsidRPr="00DA481C">
        <w:rPr>
          <w:b/>
          <w:sz w:val="28"/>
          <w:szCs w:val="28"/>
        </w:rPr>
        <w:t>ề</w:t>
      </w:r>
      <w:r w:rsidRPr="00DA481C">
        <w:rPr>
          <w:b/>
          <w:sz w:val="28"/>
          <w:szCs w:val="28"/>
        </w:rPr>
        <w:t xml:space="preserve"> vi</w:t>
      </w:r>
      <w:r w:rsidRPr="00DA481C">
        <w:rPr>
          <w:b/>
          <w:sz w:val="28"/>
          <w:szCs w:val="28"/>
        </w:rPr>
        <w:t>ệ</w:t>
      </w:r>
      <w:r w:rsidRPr="00DA481C">
        <w:rPr>
          <w:b/>
          <w:sz w:val="28"/>
          <w:szCs w:val="28"/>
        </w:rPr>
        <w:t>c hoàn tr</w:t>
      </w:r>
      <w:r w:rsidRPr="00DA481C">
        <w:rPr>
          <w:b/>
          <w:sz w:val="28"/>
          <w:szCs w:val="28"/>
        </w:rPr>
        <w:t>ả</w:t>
      </w:r>
      <w:r w:rsidRPr="00DA481C">
        <w:rPr>
          <w:b/>
          <w:sz w:val="28"/>
          <w:szCs w:val="28"/>
        </w:rPr>
        <w:t xml:space="preserve"> chi phí đào t</w:t>
      </w:r>
      <w:r w:rsidRPr="00DA481C">
        <w:rPr>
          <w:b/>
          <w:sz w:val="28"/>
          <w:szCs w:val="28"/>
        </w:rPr>
        <w:t>ạ</w:t>
      </w:r>
      <w:r w:rsidRPr="00DA481C">
        <w:rPr>
          <w:b/>
          <w:sz w:val="28"/>
          <w:szCs w:val="28"/>
        </w:rPr>
        <w:t>o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br/>
        <w:t xml:space="preserve">Hôm nay, </w:t>
      </w:r>
      <w:r w:rsidRPr="00DA481C">
        <w:rPr>
          <w:sz w:val="28"/>
          <w:szCs w:val="28"/>
        </w:rPr>
        <w:t>ngày … tháng … năm …,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i tr</w:t>
      </w:r>
      <w:r w:rsidRPr="00DA481C">
        <w:rPr>
          <w:sz w:val="28"/>
          <w:szCs w:val="28"/>
        </w:rPr>
        <w:t>ụ</w:t>
      </w:r>
      <w:r w:rsidRPr="00DA481C">
        <w:rPr>
          <w:sz w:val="28"/>
          <w:szCs w:val="28"/>
        </w:rPr>
        <w:t xml:space="preserve"> s</w:t>
      </w:r>
      <w:r w:rsidRPr="00DA481C">
        <w:rPr>
          <w:sz w:val="28"/>
          <w:szCs w:val="28"/>
        </w:rPr>
        <w:t>ở</w:t>
      </w:r>
      <w:r w:rsidRPr="00DA481C">
        <w:rPr>
          <w:sz w:val="28"/>
          <w:szCs w:val="28"/>
        </w:rPr>
        <w:t xml:space="preserve"> Công ty</w:t>
      </w:r>
      <w:bookmarkStart w:id="0" w:name="_GoBack"/>
      <w:bookmarkEnd w:id="0"/>
      <w:r w:rsidRPr="00DA481C">
        <w:rPr>
          <w:sz w:val="28"/>
          <w:szCs w:val="28"/>
        </w:rPr>
        <w:t xml:space="preserve"> …, chúng tôi g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m: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br/>
        <w:t>1. Đ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i di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n ngư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s</w:t>
      </w:r>
      <w:r w:rsidRPr="00DA481C">
        <w:rPr>
          <w:sz w:val="28"/>
          <w:szCs w:val="28"/>
        </w:rPr>
        <w:t>ử</w:t>
      </w:r>
      <w:r w:rsidRPr="00DA481C">
        <w:rPr>
          <w:sz w:val="28"/>
          <w:szCs w:val="28"/>
        </w:rPr>
        <w:t xml:space="preserve"> d</w:t>
      </w:r>
      <w:r w:rsidRPr="00DA481C">
        <w:rPr>
          <w:sz w:val="28"/>
          <w:szCs w:val="28"/>
        </w:rPr>
        <w:t>ụ</w:t>
      </w:r>
      <w:r w:rsidRPr="00DA481C">
        <w:rPr>
          <w:sz w:val="28"/>
          <w:szCs w:val="28"/>
        </w:rPr>
        <w:t>ng lao đ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ng:</w:t>
      </w:r>
      <w:r w:rsidRPr="00DA481C">
        <w:rPr>
          <w:sz w:val="28"/>
          <w:szCs w:val="28"/>
        </w:rPr>
        <w:br/>
        <w:t>- H</w:t>
      </w:r>
      <w:r w:rsidRPr="00DA481C">
        <w:rPr>
          <w:sz w:val="28"/>
          <w:szCs w:val="28"/>
        </w:rPr>
        <w:t>ọ</w:t>
      </w:r>
      <w:r w:rsidRPr="00DA481C">
        <w:rPr>
          <w:sz w:val="28"/>
          <w:szCs w:val="28"/>
        </w:rPr>
        <w:t xml:space="preserve"> và tên: …………………………………………</w:t>
      </w:r>
      <w:r w:rsidRPr="00DA481C">
        <w:rPr>
          <w:sz w:val="28"/>
          <w:szCs w:val="28"/>
        </w:rPr>
        <w:br/>
        <w:t>- Ch</w:t>
      </w:r>
      <w:r w:rsidRPr="00DA481C">
        <w:rPr>
          <w:sz w:val="28"/>
          <w:szCs w:val="28"/>
        </w:rPr>
        <w:t>ứ</w:t>
      </w:r>
      <w:r w:rsidRPr="00DA481C">
        <w:rPr>
          <w:sz w:val="28"/>
          <w:szCs w:val="28"/>
        </w:rPr>
        <w:t>c v</w:t>
      </w:r>
      <w:r w:rsidRPr="00DA481C">
        <w:rPr>
          <w:sz w:val="28"/>
          <w:szCs w:val="28"/>
        </w:rPr>
        <w:t>ụ</w:t>
      </w:r>
      <w:r w:rsidRPr="00DA481C">
        <w:rPr>
          <w:sz w:val="28"/>
          <w:szCs w:val="28"/>
        </w:rPr>
        <w:t>: …………………………………………</w:t>
      </w:r>
      <w:r w:rsidRPr="00DA481C">
        <w:rPr>
          <w:sz w:val="28"/>
          <w:szCs w:val="28"/>
        </w:rPr>
        <w:br/>
        <w:t>- Đ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i di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n cho: Công ty …………………………………………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br/>
        <w:t>2. Ngư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lao đ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ng:</w:t>
      </w:r>
      <w:r w:rsidRPr="00DA481C">
        <w:rPr>
          <w:sz w:val="28"/>
          <w:szCs w:val="28"/>
        </w:rPr>
        <w:br/>
        <w:t>- H</w:t>
      </w:r>
      <w:r w:rsidRPr="00DA481C">
        <w:rPr>
          <w:sz w:val="28"/>
          <w:szCs w:val="28"/>
        </w:rPr>
        <w:t>ọ</w:t>
      </w:r>
      <w:r w:rsidRPr="00DA481C">
        <w:rPr>
          <w:sz w:val="28"/>
          <w:szCs w:val="28"/>
        </w:rPr>
        <w:t xml:space="preserve"> và tên: …………………………………………</w:t>
      </w:r>
      <w:r w:rsidRPr="00DA481C">
        <w:rPr>
          <w:sz w:val="28"/>
          <w:szCs w:val="28"/>
        </w:rPr>
        <w:br/>
        <w:t>- Ngày sinh</w:t>
      </w:r>
      <w:r w:rsidRPr="00DA481C">
        <w:rPr>
          <w:sz w:val="28"/>
          <w:szCs w:val="28"/>
        </w:rPr>
        <w:t>: …………………………………………</w:t>
      </w:r>
      <w:r w:rsidRPr="00DA481C">
        <w:rPr>
          <w:sz w:val="28"/>
          <w:szCs w:val="28"/>
        </w:rPr>
        <w:br/>
        <w:t>- CMND/CCCD s</w:t>
      </w:r>
      <w:r w:rsidRPr="00DA481C">
        <w:rPr>
          <w:sz w:val="28"/>
          <w:szCs w:val="28"/>
        </w:rPr>
        <w:t>ố</w:t>
      </w:r>
      <w:r w:rsidRPr="00DA481C">
        <w:rPr>
          <w:sz w:val="28"/>
          <w:szCs w:val="28"/>
        </w:rPr>
        <w:t>: ………………… c</w:t>
      </w:r>
      <w:r w:rsidRPr="00DA481C">
        <w:rPr>
          <w:sz w:val="28"/>
          <w:szCs w:val="28"/>
        </w:rPr>
        <w:t>ấ</w:t>
      </w:r>
      <w:r w:rsidRPr="00DA481C">
        <w:rPr>
          <w:sz w:val="28"/>
          <w:szCs w:val="28"/>
        </w:rPr>
        <w:t>p ngày ………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i ………………</w:t>
      </w:r>
      <w:r w:rsidRPr="00DA481C">
        <w:rPr>
          <w:sz w:val="28"/>
          <w:szCs w:val="28"/>
        </w:rPr>
        <w:br/>
        <w:t>- Ch</w:t>
      </w:r>
      <w:r w:rsidRPr="00DA481C">
        <w:rPr>
          <w:sz w:val="28"/>
          <w:szCs w:val="28"/>
        </w:rPr>
        <w:t>ứ</w:t>
      </w:r>
      <w:r w:rsidRPr="00DA481C">
        <w:rPr>
          <w:sz w:val="28"/>
          <w:szCs w:val="28"/>
        </w:rPr>
        <w:t>c danh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i th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đi</w:t>
      </w:r>
      <w:r w:rsidRPr="00DA481C">
        <w:rPr>
          <w:sz w:val="28"/>
          <w:szCs w:val="28"/>
        </w:rPr>
        <w:t>ể</w:t>
      </w:r>
      <w:r w:rsidRPr="00DA481C">
        <w:rPr>
          <w:sz w:val="28"/>
          <w:szCs w:val="28"/>
        </w:rPr>
        <w:t>m ngh</w:t>
      </w:r>
      <w:r w:rsidRPr="00DA481C">
        <w:rPr>
          <w:sz w:val="28"/>
          <w:szCs w:val="28"/>
        </w:rPr>
        <w:t>ỉ</w:t>
      </w:r>
      <w:r w:rsidRPr="00DA481C">
        <w:rPr>
          <w:sz w:val="28"/>
          <w:szCs w:val="28"/>
        </w:rPr>
        <w:t xml:space="preserve"> vi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c: …………………………………………</w:t>
      </w:r>
      <w:r w:rsidRPr="00DA481C">
        <w:rPr>
          <w:sz w:val="28"/>
          <w:szCs w:val="28"/>
        </w:rPr>
        <w:br/>
        <w:t>- Th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gian làm vi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c: t</w:t>
      </w:r>
      <w:r w:rsidRPr="00DA481C">
        <w:rPr>
          <w:sz w:val="28"/>
          <w:szCs w:val="28"/>
        </w:rPr>
        <w:t>ừ</w:t>
      </w:r>
      <w:r w:rsidRPr="00DA481C">
        <w:rPr>
          <w:sz w:val="28"/>
          <w:szCs w:val="28"/>
        </w:rPr>
        <w:t xml:space="preserve"> … đ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n …</w:t>
      </w:r>
      <w:r w:rsidRPr="00DA481C">
        <w:rPr>
          <w:sz w:val="28"/>
          <w:szCs w:val="28"/>
        </w:rPr>
        <w:br/>
        <w:t>- H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>p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 lao đ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 s</w:t>
      </w:r>
      <w:r w:rsidRPr="00DA481C">
        <w:rPr>
          <w:sz w:val="28"/>
          <w:szCs w:val="28"/>
        </w:rPr>
        <w:t>ố</w:t>
      </w:r>
      <w:r w:rsidRPr="00DA481C">
        <w:rPr>
          <w:sz w:val="28"/>
          <w:szCs w:val="28"/>
        </w:rPr>
        <w:t>: … ký ngày …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br/>
        <w:t>N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i dung cam k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t: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Tôi – Ông/Bà ……………………………… xác nh</w:t>
      </w:r>
      <w:r w:rsidRPr="00DA481C">
        <w:rPr>
          <w:sz w:val="28"/>
          <w:szCs w:val="28"/>
        </w:rPr>
        <w:t>ậ</w:t>
      </w:r>
      <w:r w:rsidRPr="00DA481C">
        <w:rPr>
          <w:sz w:val="28"/>
          <w:szCs w:val="28"/>
        </w:rPr>
        <w:t>n:</w:t>
      </w:r>
      <w:r w:rsidRPr="00DA481C">
        <w:rPr>
          <w:sz w:val="28"/>
          <w:szCs w:val="28"/>
        </w:rPr>
        <w:br/>
        <w:t>- Đã đơn ph</w:t>
      </w:r>
      <w:r w:rsidRPr="00DA481C">
        <w:rPr>
          <w:sz w:val="28"/>
          <w:szCs w:val="28"/>
        </w:rPr>
        <w:t>ương ch</w:t>
      </w:r>
      <w:r w:rsidRPr="00DA481C">
        <w:rPr>
          <w:sz w:val="28"/>
          <w:szCs w:val="28"/>
        </w:rPr>
        <w:t>ấ</w:t>
      </w:r>
      <w:r w:rsidRPr="00DA481C">
        <w:rPr>
          <w:sz w:val="28"/>
          <w:szCs w:val="28"/>
        </w:rPr>
        <w:t>m d</w:t>
      </w:r>
      <w:r w:rsidRPr="00DA481C">
        <w:rPr>
          <w:sz w:val="28"/>
          <w:szCs w:val="28"/>
        </w:rPr>
        <w:t>ứ</w:t>
      </w:r>
      <w:r w:rsidRPr="00DA481C">
        <w:rPr>
          <w:sz w:val="28"/>
          <w:szCs w:val="28"/>
        </w:rPr>
        <w:t>t h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>p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 lao đ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 trái pháp lu</w:t>
      </w:r>
      <w:r w:rsidRPr="00DA481C">
        <w:rPr>
          <w:sz w:val="28"/>
          <w:szCs w:val="28"/>
        </w:rPr>
        <w:t>ậ</w:t>
      </w:r>
      <w:r w:rsidRPr="00DA481C">
        <w:rPr>
          <w:sz w:val="28"/>
          <w:szCs w:val="28"/>
        </w:rPr>
        <w:t>t v</w:t>
      </w:r>
      <w:r w:rsidRPr="00DA481C">
        <w:rPr>
          <w:sz w:val="28"/>
          <w:szCs w:val="28"/>
        </w:rPr>
        <w:t>ớ</w:t>
      </w:r>
      <w:r w:rsidRPr="00DA481C">
        <w:rPr>
          <w:sz w:val="28"/>
          <w:szCs w:val="28"/>
        </w:rPr>
        <w:t>i Công ty vào ngày … tháng … năm …, khi chưa h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t th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h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n cam k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t làm vi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c sau đào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o.</w:t>
      </w:r>
      <w:r w:rsidRPr="00DA481C">
        <w:rPr>
          <w:sz w:val="28"/>
          <w:szCs w:val="28"/>
        </w:rPr>
        <w:br/>
        <w:t>- Trong quá trình làm vi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c, tôi đư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>c Công ty h</w:t>
      </w:r>
      <w:r w:rsidRPr="00DA481C">
        <w:rPr>
          <w:sz w:val="28"/>
          <w:szCs w:val="28"/>
        </w:rPr>
        <w:t>ỗ</w:t>
      </w:r>
      <w:r w:rsidRPr="00DA481C">
        <w:rPr>
          <w:sz w:val="28"/>
          <w:szCs w:val="28"/>
        </w:rPr>
        <w:t xml:space="preserve"> tr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 xml:space="preserve"> chi phí đào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o theo H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>p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 đào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o ký ngày … v</w:t>
      </w:r>
      <w:r w:rsidRPr="00DA481C">
        <w:rPr>
          <w:sz w:val="28"/>
          <w:szCs w:val="28"/>
        </w:rPr>
        <w:t>ớ</w:t>
      </w:r>
      <w:r w:rsidRPr="00DA481C">
        <w:rPr>
          <w:sz w:val="28"/>
          <w:szCs w:val="28"/>
        </w:rPr>
        <w:t>i t</w:t>
      </w:r>
      <w:r w:rsidRPr="00DA481C">
        <w:rPr>
          <w:sz w:val="28"/>
          <w:szCs w:val="28"/>
        </w:rPr>
        <w:t>ổ</w:t>
      </w:r>
      <w:r w:rsidRPr="00DA481C">
        <w:rPr>
          <w:sz w:val="28"/>
          <w:szCs w:val="28"/>
        </w:rPr>
        <w:t>ng s</w:t>
      </w:r>
      <w:r w:rsidRPr="00DA481C">
        <w:rPr>
          <w:sz w:val="28"/>
          <w:szCs w:val="28"/>
        </w:rPr>
        <w:t>ố</w:t>
      </w:r>
      <w:r w:rsidRPr="00DA481C">
        <w:rPr>
          <w:sz w:val="28"/>
          <w:szCs w:val="28"/>
        </w:rPr>
        <w:t xml:space="preserve"> ti</w:t>
      </w:r>
      <w:r w:rsidRPr="00DA481C">
        <w:rPr>
          <w:sz w:val="28"/>
          <w:szCs w:val="28"/>
        </w:rPr>
        <w:t>ề</w:t>
      </w:r>
      <w:r w:rsidRPr="00DA481C">
        <w:rPr>
          <w:sz w:val="28"/>
          <w:szCs w:val="28"/>
        </w:rPr>
        <w:t>n là</w:t>
      </w:r>
      <w:r w:rsidRPr="00DA481C">
        <w:rPr>
          <w:sz w:val="28"/>
          <w:szCs w:val="28"/>
        </w:rPr>
        <w:t>: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ng.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lastRenderedPageBreak/>
        <w:t>Căn c</w:t>
      </w:r>
      <w:r w:rsidRPr="00DA481C">
        <w:rPr>
          <w:sz w:val="28"/>
          <w:szCs w:val="28"/>
        </w:rPr>
        <w:t>ứ</w:t>
      </w:r>
      <w:r w:rsidRPr="00DA481C">
        <w:rPr>
          <w:sz w:val="28"/>
          <w:szCs w:val="28"/>
        </w:rPr>
        <w:t xml:space="preserve"> Đi</w:t>
      </w:r>
      <w:r w:rsidRPr="00DA481C">
        <w:rPr>
          <w:sz w:val="28"/>
          <w:szCs w:val="28"/>
        </w:rPr>
        <w:t>ề</w:t>
      </w:r>
      <w:r w:rsidRPr="00DA481C">
        <w:rPr>
          <w:sz w:val="28"/>
          <w:szCs w:val="28"/>
        </w:rPr>
        <w:t>u 62 B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 xml:space="preserve"> lu</w:t>
      </w:r>
      <w:r w:rsidRPr="00DA481C">
        <w:rPr>
          <w:sz w:val="28"/>
          <w:szCs w:val="28"/>
        </w:rPr>
        <w:t>ậ</w:t>
      </w:r>
      <w:r w:rsidRPr="00DA481C">
        <w:rPr>
          <w:sz w:val="28"/>
          <w:szCs w:val="28"/>
        </w:rPr>
        <w:t>t Lao đ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 2019, tôi cam k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t hoàn tr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 xml:space="preserve"> toàn b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 xml:space="preserve"> chi phí đào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o mà Công ty đã chi tr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 xml:space="preserve"> cho tôi, bao g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m: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- H</w:t>
      </w:r>
      <w:r w:rsidRPr="00DA481C">
        <w:rPr>
          <w:sz w:val="28"/>
          <w:szCs w:val="28"/>
        </w:rPr>
        <w:t>ọ</w:t>
      </w:r>
      <w:r w:rsidRPr="00DA481C">
        <w:rPr>
          <w:sz w:val="28"/>
          <w:szCs w:val="28"/>
        </w:rPr>
        <w:t>c phí: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- Chi phí tài li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u: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- Chi phí đi l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 xml:space="preserve">i, ăn </w:t>
      </w:r>
      <w:r w:rsidRPr="00DA481C">
        <w:rPr>
          <w:sz w:val="28"/>
          <w:szCs w:val="28"/>
        </w:rPr>
        <w:t>ở</w:t>
      </w:r>
      <w:r w:rsidRPr="00DA481C">
        <w:rPr>
          <w:sz w:val="28"/>
          <w:szCs w:val="28"/>
        </w:rPr>
        <w:t>: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- Ti</w:t>
      </w:r>
      <w:r w:rsidRPr="00DA481C">
        <w:rPr>
          <w:sz w:val="28"/>
          <w:szCs w:val="28"/>
        </w:rPr>
        <w:t>ề</w:t>
      </w:r>
      <w:r w:rsidRPr="00DA481C">
        <w:rPr>
          <w:sz w:val="28"/>
          <w:szCs w:val="28"/>
        </w:rPr>
        <w:t>n lương trong th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gian đào t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o: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 xml:space="preserve">- </w:t>
      </w:r>
      <w:r w:rsidRPr="00DA481C">
        <w:rPr>
          <w:sz w:val="28"/>
          <w:szCs w:val="28"/>
        </w:rPr>
        <w:t>Các chi phí h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>p lý khác: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T</w:t>
      </w:r>
      <w:r w:rsidRPr="00DA481C">
        <w:rPr>
          <w:sz w:val="28"/>
          <w:szCs w:val="28"/>
        </w:rPr>
        <w:t>ổ</w:t>
      </w:r>
      <w:r w:rsidRPr="00DA481C">
        <w:rPr>
          <w:sz w:val="28"/>
          <w:szCs w:val="28"/>
        </w:rPr>
        <w:t>ng c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ng: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 (B</w:t>
      </w:r>
      <w:r w:rsidRPr="00DA481C">
        <w:rPr>
          <w:sz w:val="28"/>
          <w:szCs w:val="28"/>
        </w:rPr>
        <w:t>ằ</w:t>
      </w:r>
      <w:r w:rsidRPr="00DA481C">
        <w:rPr>
          <w:sz w:val="28"/>
          <w:szCs w:val="28"/>
        </w:rPr>
        <w:t>ng ch</w:t>
      </w:r>
      <w:r w:rsidRPr="00DA481C">
        <w:rPr>
          <w:sz w:val="28"/>
          <w:szCs w:val="28"/>
        </w:rPr>
        <w:t>ữ</w:t>
      </w:r>
      <w:r w:rsidRPr="00DA481C">
        <w:rPr>
          <w:sz w:val="28"/>
          <w:szCs w:val="28"/>
        </w:rPr>
        <w:t>: …………………………………………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ng)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Tôi cam k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t tr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 xml:space="preserve"> đ</w:t>
      </w:r>
      <w:r w:rsidRPr="00DA481C">
        <w:rPr>
          <w:sz w:val="28"/>
          <w:szCs w:val="28"/>
        </w:rPr>
        <w:t>ầ</w:t>
      </w:r>
      <w:r w:rsidRPr="00DA481C">
        <w:rPr>
          <w:sz w:val="28"/>
          <w:szCs w:val="28"/>
        </w:rPr>
        <w:t>y đ</w:t>
      </w:r>
      <w:r w:rsidRPr="00DA481C">
        <w:rPr>
          <w:sz w:val="28"/>
          <w:szCs w:val="28"/>
        </w:rPr>
        <w:t>ủ</w:t>
      </w:r>
      <w:r w:rsidRPr="00DA481C">
        <w:rPr>
          <w:sz w:val="28"/>
          <w:szCs w:val="28"/>
        </w:rPr>
        <w:t xml:space="preserve"> s</w:t>
      </w:r>
      <w:r w:rsidRPr="00DA481C">
        <w:rPr>
          <w:sz w:val="28"/>
          <w:szCs w:val="28"/>
        </w:rPr>
        <w:t>ố</w:t>
      </w:r>
      <w:r w:rsidRPr="00DA481C">
        <w:rPr>
          <w:sz w:val="28"/>
          <w:szCs w:val="28"/>
        </w:rPr>
        <w:t xml:space="preserve"> ti</w:t>
      </w:r>
      <w:r w:rsidRPr="00DA481C">
        <w:rPr>
          <w:sz w:val="28"/>
          <w:szCs w:val="28"/>
        </w:rPr>
        <w:t>ề</w:t>
      </w:r>
      <w:r w:rsidRPr="00DA481C">
        <w:rPr>
          <w:sz w:val="28"/>
          <w:szCs w:val="28"/>
        </w:rPr>
        <w:t>n trên cho Công ty theo phương th</w:t>
      </w:r>
      <w:r w:rsidRPr="00DA481C">
        <w:rPr>
          <w:sz w:val="28"/>
          <w:szCs w:val="28"/>
        </w:rPr>
        <w:t>ứ</w:t>
      </w:r>
      <w:r w:rsidRPr="00DA481C">
        <w:rPr>
          <w:sz w:val="28"/>
          <w:szCs w:val="28"/>
        </w:rPr>
        <w:t>c: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- Tr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 xml:space="preserve"> m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t l</w:t>
      </w:r>
      <w:r w:rsidRPr="00DA481C">
        <w:rPr>
          <w:sz w:val="28"/>
          <w:szCs w:val="28"/>
        </w:rPr>
        <w:t>ầ</w:t>
      </w:r>
      <w:r w:rsidRPr="00DA481C">
        <w:rPr>
          <w:sz w:val="28"/>
          <w:szCs w:val="28"/>
        </w:rPr>
        <w:t>n vào ngày: …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ho</w:t>
      </w:r>
      <w:r w:rsidRPr="00DA481C">
        <w:rPr>
          <w:sz w:val="28"/>
          <w:szCs w:val="28"/>
        </w:rPr>
        <w:t>ặ</w:t>
      </w:r>
      <w:r w:rsidRPr="00DA481C">
        <w:rPr>
          <w:sz w:val="28"/>
          <w:szCs w:val="28"/>
        </w:rPr>
        <w:t>c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- Tr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 xml:space="preserve"> thành nhi</w:t>
      </w:r>
      <w:r w:rsidRPr="00DA481C">
        <w:rPr>
          <w:sz w:val="28"/>
          <w:szCs w:val="28"/>
        </w:rPr>
        <w:t>ề</w:t>
      </w:r>
      <w:r w:rsidRPr="00DA481C">
        <w:rPr>
          <w:sz w:val="28"/>
          <w:szCs w:val="28"/>
        </w:rPr>
        <w:t>u đ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>t, m</w:t>
      </w:r>
      <w:r w:rsidRPr="00DA481C">
        <w:rPr>
          <w:sz w:val="28"/>
          <w:szCs w:val="28"/>
        </w:rPr>
        <w:t>ỗ</w:t>
      </w:r>
      <w:r w:rsidRPr="00DA481C">
        <w:rPr>
          <w:sz w:val="28"/>
          <w:szCs w:val="28"/>
        </w:rPr>
        <w:t>i tháng … đ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ng k</w:t>
      </w:r>
      <w:r w:rsidRPr="00DA481C">
        <w:rPr>
          <w:sz w:val="28"/>
          <w:szCs w:val="28"/>
        </w:rPr>
        <w:t>ể</w:t>
      </w:r>
      <w:r w:rsidRPr="00DA481C">
        <w:rPr>
          <w:sz w:val="28"/>
          <w:szCs w:val="28"/>
        </w:rPr>
        <w:t xml:space="preserve"> t</w:t>
      </w:r>
      <w:r w:rsidRPr="00DA481C">
        <w:rPr>
          <w:sz w:val="28"/>
          <w:szCs w:val="28"/>
        </w:rPr>
        <w:t>ừ</w:t>
      </w:r>
      <w:r w:rsidRPr="00DA481C">
        <w:rPr>
          <w:sz w:val="28"/>
          <w:szCs w:val="28"/>
        </w:rPr>
        <w:t xml:space="preserve"> tháng … đ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n khi đ</w:t>
      </w:r>
      <w:r w:rsidRPr="00DA481C">
        <w:rPr>
          <w:sz w:val="28"/>
          <w:szCs w:val="28"/>
        </w:rPr>
        <w:t>ủ</w:t>
      </w:r>
      <w:r w:rsidRPr="00DA481C">
        <w:rPr>
          <w:sz w:val="28"/>
          <w:szCs w:val="28"/>
        </w:rPr>
        <w:t xml:space="preserve"> s</w:t>
      </w:r>
      <w:r w:rsidRPr="00DA481C">
        <w:rPr>
          <w:sz w:val="28"/>
          <w:szCs w:val="28"/>
        </w:rPr>
        <w:t>ố</w:t>
      </w:r>
      <w:r w:rsidRPr="00DA481C">
        <w:rPr>
          <w:sz w:val="28"/>
          <w:szCs w:val="28"/>
        </w:rPr>
        <w:t xml:space="preserve"> ti</w:t>
      </w:r>
      <w:r w:rsidRPr="00DA481C">
        <w:rPr>
          <w:sz w:val="28"/>
          <w:szCs w:val="28"/>
        </w:rPr>
        <w:t>ề</w:t>
      </w:r>
      <w:r w:rsidRPr="00DA481C">
        <w:rPr>
          <w:sz w:val="28"/>
          <w:szCs w:val="28"/>
        </w:rPr>
        <w:t>n nê</w:t>
      </w:r>
      <w:r w:rsidRPr="00DA481C">
        <w:rPr>
          <w:sz w:val="28"/>
          <w:szCs w:val="28"/>
        </w:rPr>
        <w:t>u trên.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br/>
        <w:t>Cam k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t chung: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Tôi cam k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t th</w:t>
      </w:r>
      <w:r w:rsidRPr="00DA481C">
        <w:rPr>
          <w:sz w:val="28"/>
          <w:szCs w:val="28"/>
        </w:rPr>
        <w:t>ự</w:t>
      </w:r>
      <w:r w:rsidRPr="00DA481C">
        <w:rPr>
          <w:sz w:val="28"/>
          <w:szCs w:val="28"/>
        </w:rPr>
        <w:t>c hi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n đúng n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i dung đã nêu trong biên b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>n này. N</w:t>
      </w:r>
      <w:r w:rsidRPr="00DA481C">
        <w:rPr>
          <w:sz w:val="28"/>
          <w:szCs w:val="28"/>
        </w:rPr>
        <w:t>ế</w:t>
      </w:r>
      <w:r w:rsidRPr="00DA481C">
        <w:rPr>
          <w:sz w:val="28"/>
          <w:szCs w:val="28"/>
        </w:rPr>
        <w:t>u vi ph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m, tôi hoàn toàn ch</w:t>
      </w:r>
      <w:r w:rsidRPr="00DA481C">
        <w:rPr>
          <w:sz w:val="28"/>
          <w:szCs w:val="28"/>
        </w:rPr>
        <w:t>ị</w:t>
      </w:r>
      <w:r w:rsidRPr="00DA481C">
        <w:rPr>
          <w:sz w:val="28"/>
          <w:szCs w:val="28"/>
        </w:rPr>
        <w:t>u trách nhi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m trư</w:t>
      </w:r>
      <w:r w:rsidRPr="00DA481C">
        <w:rPr>
          <w:sz w:val="28"/>
          <w:szCs w:val="28"/>
        </w:rPr>
        <w:t>ớ</w:t>
      </w:r>
      <w:r w:rsidRPr="00DA481C">
        <w:rPr>
          <w:sz w:val="28"/>
          <w:szCs w:val="28"/>
        </w:rPr>
        <w:t>c pháp lu</w:t>
      </w:r>
      <w:r w:rsidRPr="00DA481C">
        <w:rPr>
          <w:sz w:val="28"/>
          <w:szCs w:val="28"/>
        </w:rPr>
        <w:t>ậ</w:t>
      </w:r>
      <w:r w:rsidRPr="00DA481C">
        <w:rPr>
          <w:sz w:val="28"/>
          <w:szCs w:val="28"/>
        </w:rPr>
        <w:t>t và b</w:t>
      </w:r>
      <w:r w:rsidRPr="00DA481C">
        <w:rPr>
          <w:sz w:val="28"/>
          <w:szCs w:val="28"/>
        </w:rPr>
        <w:t>ồ</w:t>
      </w:r>
      <w:r w:rsidRPr="00DA481C">
        <w:rPr>
          <w:sz w:val="28"/>
          <w:szCs w:val="28"/>
        </w:rPr>
        <w:t>i thư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ng theo quy đ</w:t>
      </w:r>
      <w:r w:rsidRPr="00DA481C">
        <w:rPr>
          <w:sz w:val="28"/>
          <w:szCs w:val="28"/>
        </w:rPr>
        <w:t>ị</w:t>
      </w:r>
      <w:r w:rsidRPr="00DA481C">
        <w:rPr>
          <w:sz w:val="28"/>
          <w:szCs w:val="28"/>
        </w:rPr>
        <w:t>nh hi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n hành.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Biên b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>n đư</w:t>
      </w:r>
      <w:r w:rsidRPr="00DA481C">
        <w:rPr>
          <w:sz w:val="28"/>
          <w:szCs w:val="28"/>
        </w:rPr>
        <w:t>ợ</w:t>
      </w:r>
      <w:r w:rsidRPr="00DA481C">
        <w:rPr>
          <w:sz w:val="28"/>
          <w:szCs w:val="28"/>
        </w:rPr>
        <w:t>c l</w:t>
      </w:r>
      <w:r w:rsidRPr="00DA481C">
        <w:rPr>
          <w:sz w:val="28"/>
          <w:szCs w:val="28"/>
        </w:rPr>
        <w:t>ậ</w:t>
      </w:r>
      <w:r w:rsidRPr="00DA481C">
        <w:rPr>
          <w:sz w:val="28"/>
          <w:szCs w:val="28"/>
        </w:rPr>
        <w:t>p thành 02 b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>n có giá tr</w:t>
      </w:r>
      <w:r w:rsidRPr="00DA481C">
        <w:rPr>
          <w:sz w:val="28"/>
          <w:szCs w:val="28"/>
        </w:rPr>
        <w:t>ị</w:t>
      </w:r>
      <w:r w:rsidRPr="00DA481C">
        <w:rPr>
          <w:sz w:val="28"/>
          <w:szCs w:val="28"/>
        </w:rPr>
        <w:t xml:space="preserve"> pháp lý như nhau, m</w:t>
      </w:r>
      <w:r w:rsidRPr="00DA481C">
        <w:rPr>
          <w:sz w:val="28"/>
          <w:szCs w:val="28"/>
        </w:rPr>
        <w:t>ỗ</w:t>
      </w:r>
      <w:r w:rsidRPr="00DA481C">
        <w:rPr>
          <w:sz w:val="28"/>
          <w:szCs w:val="28"/>
        </w:rPr>
        <w:t xml:space="preserve">i bên </w:t>
      </w:r>
      <w:r w:rsidRPr="00DA481C">
        <w:rPr>
          <w:sz w:val="28"/>
          <w:szCs w:val="28"/>
        </w:rPr>
        <w:t>gi</w:t>
      </w:r>
      <w:r w:rsidRPr="00DA481C">
        <w:rPr>
          <w:sz w:val="28"/>
          <w:szCs w:val="28"/>
        </w:rPr>
        <w:t>ữ</w:t>
      </w:r>
      <w:r w:rsidRPr="00DA481C">
        <w:rPr>
          <w:sz w:val="28"/>
          <w:szCs w:val="28"/>
        </w:rPr>
        <w:t xml:space="preserve"> 01 b</w:t>
      </w:r>
      <w:r w:rsidRPr="00DA481C">
        <w:rPr>
          <w:sz w:val="28"/>
          <w:szCs w:val="28"/>
        </w:rPr>
        <w:t>ả</w:t>
      </w:r>
      <w:r w:rsidRPr="00DA481C">
        <w:rPr>
          <w:sz w:val="28"/>
          <w:szCs w:val="28"/>
        </w:rPr>
        <w:t>n đ</w:t>
      </w:r>
      <w:r w:rsidRPr="00DA481C">
        <w:rPr>
          <w:sz w:val="28"/>
          <w:szCs w:val="28"/>
        </w:rPr>
        <w:t>ể</w:t>
      </w:r>
      <w:r w:rsidRPr="00DA481C">
        <w:rPr>
          <w:sz w:val="28"/>
          <w:szCs w:val="28"/>
        </w:rPr>
        <w:t xml:space="preserve"> th</w:t>
      </w:r>
      <w:r w:rsidRPr="00DA481C">
        <w:rPr>
          <w:sz w:val="28"/>
          <w:szCs w:val="28"/>
        </w:rPr>
        <w:t>ự</w:t>
      </w:r>
      <w:r w:rsidRPr="00DA481C">
        <w:rPr>
          <w:sz w:val="28"/>
          <w:szCs w:val="28"/>
        </w:rPr>
        <w:t>c hi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n.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br/>
        <w:t>Đ</w:t>
      </w:r>
      <w:r w:rsidRPr="00DA481C">
        <w:rPr>
          <w:sz w:val="28"/>
          <w:szCs w:val="28"/>
        </w:rPr>
        <w:t>Ạ</w:t>
      </w:r>
      <w:r w:rsidRPr="00DA481C">
        <w:rPr>
          <w:sz w:val="28"/>
          <w:szCs w:val="28"/>
        </w:rPr>
        <w:t>I DI</w:t>
      </w:r>
      <w:r w:rsidRPr="00DA481C">
        <w:rPr>
          <w:sz w:val="28"/>
          <w:szCs w:val="28"/>
        </w:rPr>
        <w:t>Ệ</w:t>
      </w:r>
      <w:r w:rsidRPr="00DA481C">
        <w:rPr>
          <w:sz w:val="28"/>
          <w:szCs w:val="28"/>
        </w:rPr>
        <w:t>N NGƯ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S</w:t>
      </w:r>
      <w:r w:rsidRPr="00DA481C">
        <w:rPr>
          <w:sz w:val="28"/>
          <w:szCs w:val="28"/>
        </w:rPr>
        <w:t>Ử</w:t>
      </w:r>
      <w:r w:rsidRPr="00DA481C">
        <w:rPr>
          <w:sz w:val="28"/>
          <w:szCs w:val="28"/>
        </w:rPr>
        <w:t xml:space="preserve"> D</w:t>
      </w:r>
      <w:r w:rsidRPr="00DA481C">
        <w:rPr>
          <w:sz w:val="28"/>
          <w:szCs w:val="28"/>
        </w:rPr>
        <w:t>Ụ</w:t>
      </w:r>
      <w:r w:rsidRPr="00DA481C">
        <w:rPr>
          <w:sz w:val="28"/>
          <w:szCs w:val="28"/>
        </w:rPr>
        <w:t>NG LAO Đ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(Ký, ghi rõ h</w:t>
      </w:r>
      <w:r w:rsidRPr="00DA481C">
        <w:rPr>
          <w:sz w:val="28"/>
          <w:szCs w:val="28"/>
        </w:rPr>
        <w:t>ọ</w:t>
      </w:r>
      <w:r w:rsidRPr="00DA481C">
        <w:rPr>
          <w:sz w:val="28"/>
          <w:szCs w:val="28"/>
        </w:rPr>
        <w:t xml:space="preserve"> tên, ch</w:t>
      </w:r>
      <w:r w:rsidRPr="00DA481C">
        <w:rPr>
          <w:sz w:val="28"/>
          <w:szCs w:val="28"/>
        </w:rPr>
        <w:t>ứ</w:t>
      </w:r>
      <w:r w:rsidRPr="00DA481C">
        <w:rPr>
          <w:sz w:val="28"/>
          <w:szCs w:val="28"/>
        </w:rPr>
        <w:t>c v</w:t>
      </w:r>
      <w:r w:rsidRPr="00DA481C">
        <w:rPr>
          <w:sz w:val="28"/>
          <w:szCs w:val="28"/>
        </w:rPr>
        <w:t>ụ</w:t>
      </w:r>
      <w:r w:rsidRPr="00DA481C">
        <w:rPr>
          <w:sz w:val="28"/>
          <w:szCs w:val="28"/>
        </w:rPr>
        <w:t>, đóng d</w:t>
      </w:r>
      <w:r w:rsidRPr="00DA481C">
        <w:rPr>
          <w:sz w:val="28"/>
          <w:szCs w:val="28"/>
        </w:rPr>
        <w:t>ấ</w:t>
      </w:r>
      <w:r w:rsidRPr="00DA481C">
        <w:rPr>
          <w:sz w:val="28"/>
          <w:szCs w:val="28"/>
        </w:rPr>
        <w:t>u)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br/>
        <w:t>NGƯ</w:t>
      </w:r>
      <w:r w:rsidRPr="00DA481C">
        <w:rPr>
          <w:sz w:val="28"/>
          <w:szCs w:val="28"/>
        </w:rPr>
        <w:t>Ờ</w:t>
      </w:r>
      <w:r w:rsidRPr="00DA481C">
        <w:rPr>
          <w:sz w:val="28"/>
          <w:szCs w:val="28"/>
        </w:rPr>
        <w:t>I LAO Đ</w:t>
      </w:r>
      <w:r w:rsidRPr="00DA481C">
        <w:rPr>
          <w:sz w:val="28"/>
          <w:szCs w:val="28"/>
        </w:rPr>
        <w:t>Ộ</w:t>
      </w:r>
      <w:r w:rsidRPr="00DA481C">
        <w:rPr>
          <w:sz w:val="28"/>
          <w:szCs w:val="28"/>
        </w:rPr>
        <w:t>NG</w:t>
      </w:r>
    </w:p>
    <w:p w:rsidR="0049090E" w:rsidRPr="00DA481C" w:rsidRDefault="00DA481C">
      <w:pPr>
        <w:rPr>
          <w:sz w:val="28"/>
          <w:szCs w:val="28"/>
        </w:rPr>
      </w:pPr>
      <w:r w:rsidRPr="00DA481C">
        <w:rPr>
          <w:sz w:val="28"/>
          <w:szCs w:val="28"/>
        </w:rPr>
        <w:t>(Ký và ghi rõ h</w:t>
      </w:r>
      <w:r w:rsidRPr="00DA481C">
        <w:rPr>
          <w:sz w:val="28"/>
          <w:szCs w:val="28"/>
        </w:rPr>
        <w:t>ọ</w:t>
      </w:r>
      <w:r w:rsidRPr="00DA481C">
        <w:rPr>
          <w:sz w:val="28"/>
          <w:szCs w:val="28"/>
        </w:rPr>
        <w:t xml:space="preserve"> tên)</w:t>
      </w:r>
    </w:p>
    <w:sectPr w:rsidR="0049090E" w:rsidRPr="00DA481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090E"/>
    <w:rsid w:val="00AA1D8D"/>
    <w:rsid w:val="00B47730"/>
    <w:rsid w:val="00CB0664"/>
    <w:rsid w:val="00DA48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3912273C-9CE5-41AE-AEA2-60F715E3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C8E481-A011-4673-8DD8-31C72E54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2025-06-26T09:46:00Z</dcterms:created>
  <dcterms:modified xsi:type="dcterms:W3CDTF">2025-06-26T09:46:00Z</dcterms:modified>
  <cp:category/>
</cp:coreProperties>
</file>