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5271"/>
      </w:tblGrid>
      <w:tr w:rsidR="004842E0" w:rsidTr="0055259A">
        <w:trPr>
          <w:trHeight w:val="284"/>
        </w:trPr>
        <w:tc>
          <w:tcPr>
            <w:tcW w:w="3369" w:type="dxa"/>
          </w:tcPr>
          <w:p w:rsidR="004842E0" w:rsidRPr="0055259A" w:rsidRDefault="0055259A" w:rsidP="0055259A">
            <w:pPr>
              <w:rPr>
                <w:b/>
              </w:rPr>
            </w:pPr>
            <w:r>
              <w:rPr>
                <w:b/>
              </w:rPr>
              <w:t>CÔNG TY …………...</w:t>
            </w:r>
            <w:r w:rsidRPr="0055259A">
              <w:rPr>
                <w:b/>
              </w:rPr>
              <w:br/>
              <w:t>Đ</w:t>
            </w:r>
            <w:r w:rsidRPr="0055259A">
              <w:rPr>
                <w:b/>
              </w:rPr>
              <w:t>ị</w:t>
            </w:r>
            <w:r w:rsidRPr="0055259A">
              <w:rPr>
                <w:b/>
              </w:rPr>
              <w:t>a ch</w:t>
            </w:r>
            <w:r w:rsidRPr="0055259A">
              <w:rPr>
                <w:b/>
              </w:rPr>
              <w:t>ỉ</w:t>
            </w:r>
            <w:r>
              <w:rPr>
                <w:b/>
              </w:rPr>
              <w:t>: ……………….</w:t>
            </w:r>
            <w:r w:rsidRPr="0055259A">
              <w:rPr>
                <w:b/>
              </w:rPr>
              <w:br/>
              <w:t>Đi</w:t>
            </w:r>
            <w:r w:rsidRPr="0055259A">
              <w:rPr>
                <w:b/>
              </w:rPr>
              <w:t>ệ</w:t>
            </w:r>
            <w:r w:rsidRPr="0055259A">
              <w:rPr>
                <w:b/>
              </w:rPr>
              <w:t>n tho</w:t>
            </w:r>
            <w:r w:rsidRPr="0055259A">
              <w:rPr>
                <w:b/>
              </w:rPr>
              <w:t>ạ</w:t>
            </w:r>
            <w:r w:rsidRPr="0055259A">
              <w:rPr>
                <w:b/>
              </w:rPr>
              <w:t>i:</w:t>
            </w:r>
            <w:r>
              <w:rPr>
                <w:b/>
              </w:rPr>
              <w:t xml:space="preserve"> ……………</w:t>
            </w:r>
            <w:r>
              <w:rPr>
                <w:b/>
              </w:rPr>
              <w:br/>
              <w:t>Email: ……………</w:t>
            </w:r>
            <w:r w:rsidRPr="0055259A">
              <w:rPr>
                <w:b/>
              </w:rPr>
              <w:t>……</w:t>
            </w:r>
            <w:r w:rsidRPr="0055259A">
              <w:rPr>
                <w:b/>
              </w:rPr>
              <w:br/>
              <w:t>S</w:t>
            </w:r>
            <w:r w:rsidRPr="0055259A">
              <w:rPr>
                <w:b/>
              </w:rPr>
              <w:t>ố</w:t>
            </w:r>
            <w:r w:rsidRPr="0055259A">
              <w:rPr>
                <w:b/>
              </w:rPr>
              <w:t>: …/TB-HCNS</w:t>
            </w:r>
          </w:p>
        </w:tc>
        <w:tc>
          <w:tcPr>
            <w:tcW w:w="5271" w:type="dxa"/>
          </w:tcPr>
          <w:p w:rsidR="004842E0" w:rsidRDefault="0055259A" w:rsidP="0055259A">
            <w:pPr>
              <w:jc w:val="center"/>
            </w:pPr>
            <w:r>
              <w:rPr>
                <w:b/>
              </w:rPr>
              <w:t>C</w:t>
            </w:r>
            <w:r>
              <w:rPr>
                <w:b/>
              </w:rPr>
              <w:t>Ộ</w:t>
            </w:r>
            <w:r>
              <w:rPr>
                <w:b/>
              </w:rPr>
              <w:t>NG HÒA XÃ H</w:t>
            </w:r>
            <w:r>
              <w:rPr>
                <w:b/>
              </w:rPr>
              <w:t>Ộ</w:t>
            </w:r>
            <w:r>
              <w:rPr>
                <w:b/>
              </w:rPr>
              <w:t>I CH</w:t>
            </w:r>
            <w:r>
              <w:rPr>
                <w:b/>
              </w:rPr>
              <w:t>Ủ</w:t>
            </w:r>
            <w:r>
              <w:rPr>
                <w:b/>
              </w:rPr>
              <w:t xml:space="preserve"> NGHĨA VI</w:t>
            </w:r>
            <w:r>
              <w:rPr>
                <w:b/>
              </w:rPr>
              <w:t>Ệ</w:t>
            </w:r>
            <w:r>
              <w:rPr>
                <w:b/>
              </w:rPr>
              <w:t>T NAM</w:t>
            </w:r>
            <w:r>
              <w:rPr>
                <w:b/>
              </w:rPr>
              <w:br/>
              <w:t>Đ</w:t>
            </w:r>
            <w:r>
              <w:rPr>
                <w:b/>
              </w:rPr>
              <w:t>ộ</w:t>
            </w:r>
            <w:r>
              <w:rPr>
                <w:b/>
              </w:rPr>
              <w:t>c l</w:t>
            </w:r>
            <w:r>
              <w:rPr>
                <w:b/>
              </w:rPr>
              <w:t>ậ</w:t>
            </w:r>
            <w:r>
              <w:rPr>
                <w:b/>
              </w:rPr>
              <w:t>p – T</w:t>
            </w:r>
            <w:r>
              <w:rPr>
                <w:b/>
              </w:rPr>
              <w:t>ự</w:t>
            </w:r>
            <w:r>
              <w:rPr>
                <w:b/>
              </w:rPr>
              <w:t xml:space="preserve"> do – H</w:t>
            </w:r>
            <w:r>
              <w:rPr>
                <w:b/>
              </w:rPr>
              <w:t>ạ</w:t>
            </w:r>
            <w:r>
              <w:rPr>
                <w:b/>
              </w:rPr>
              <w:t>nh phúc</w:t>
            </w:r>
          </w:p>
        </w:tc>
      </w:tr>
    </w:tbl>
    <w:p w:rsidR="004842E0" w:rsidRPr="0055259A" w:rsidRDefault="0055259A">
      <w:pPr>
        <w:jc w:val="right"/>
        <w:rPr>
          <w:i/>
        </w:rPr>
      </w:pPr>
      <w:r>
        <w:br/>
      </w:r>
      <w:r w:rsidRPr="0055259A">
        <w:rPr>
          <w:i/>
        </w:rPr>
        <w:t>…, ngày … tháng … năm …</w:t>
      </w:r>
    </w:p>
    <w:p w:rsidR="004842E0" w:rsidRDefault="0055259A">
      <w:pPr>
        <w:jc w:val="center"/>
      </w:pPr>
      <w:r>
        <w:rPr>
          <w:b/>
        </w:rPr>
        <w:t>THÔNG BÁO</w:t>
      </w:r>
      <w:r>
        <w:rPr>
          <w:b/>
        </w:rPr>
        <w:br/>
        <w:t>V</w:t>
      </w:r>
      <w:r>
        <w:rPr>
          <w:b/>
        </w:rPr>
        <w:t>ề</w:t>
      </w:r>
      <w:r>
        <w:rPr>
          <w:b/>
        </w:rPr>
        <w:t xml:space="preserve"> vi</w:t>
      </w:r>
      <w:r>
        <w:rPr>
          <w:b/>
        </w:rPr>
        <w:t>ệ</w:t>
      </w:r>
      <w:r>
        <w:rPr>
          <w:b/>
        </w:rPr>
        <w:t>c ch</w:t>
      </w:r>
      <w:r>
        <w:rPr>
          <w:b/>
        </w:rPr>
        <w:t>ấ</w:t>
      </w:r>
      <w:r>
        <w:rPr>
          <w:b/>
        </w:rPr>
        <w:t>m d</w:t>
      </w:r>
      <w:r>
        <w:rPr>
          <w:b/>
        </w:rPr>
        <w:t>ứ</w:t>
      </w:r>
      <w:r>
        <w:rPr>
          <w:b/>
        </w:rPr>
        <w:t>t H</w:t>
      </w:r>
      <w:r>
        <w:rPr>
          <w:b/>
        </w:rPr>
        <w:t>ợ</w:t>
      </w:r>
      <w:r>
        <w:rPr>
          <w:b/>
        </w:rPr>
        <w:t>p đ</w:t>
      </w:r>
      <w:r>
        <w:rPr>
          <w:b/>
        </w:rPr>
        <w:t>ồ</w:t>
      </w:r>
      <w:r>
        <w:rPr>
          <w:b/>
        </w:rPr>
        <w:t>ng lao đ</w:t>
      </w:r>
      <w:r>
        <w:rPr>
          <w:b/>
        </w:rPr>
        <w:t>ộ</w:t>
      </w:r>
      <w:r>
        <w:rPr>
          <w:b/>
        </w:rPr>
        <w:t>ng</w:t>
      </w:r>
    </w:p>
    <w:p w:rsidR="004842E0" w:rsidRDefault="0055259A">
      <w:r>
        <w:br/>
        <w:t>Kính g</w:t>
      </w:r>
      <w:r>
        <w:t>ử</w:t>
      </w:r>
      <w:r>
        <w:t xml:space="preserve">i: </w:t>
      </w:r>
      <w:r>
        <w:t>Ông/Bà: ……………………………</w:t>
      </w:r>
      <w:r w:rsidRPr="0055259A">
        <w:t>………………………………………</w:t>
      </w:r>
      <w:r>
        <w:br/>
        <w:t>Sinh ngày: ……………………………</w:t>
      </w:r>
      <w:r>
        <w:br/>
        <w:t>CMND/CCCD s</w:t>
      </w:r>
      <w:r>
        <w:t>ố</w:t>
      </w:r>
      <w:r>
        <w:t>: ………………… c</w:t>
      </w:r>
      <w:r>
        <w:t>ấ</w:t>
      </w:r>
      <w:r>
        <w:t>p ngày ……… t</w:t>
      </w:r>
      <w:r>
        <w:t>ạ</w:t>
      </w:r>
      <w:r>
        <w:t>i …………………………..</w:t>
      </w:r>
      <w:r>
        <w:br/>
        <w:t>Ch</w:t>
      </w:r>
      <w:r>
        <w:t>ứ</w:t>
      </w:r>
      <w:r>
        <w:t>c danh: …………………………………</w:t>
      </w:r>
      <w:r w:rsidRPr="0055259A">
        <w:t>…………………………</w:t>
      </w:r>
      <w:r>
        <w:t>………………</w:t>
      </w:r>
      <w:r>
        <w:br/>
        <w:t>B</w:t>
      </w:r>
      <w:r>
        <w:t>ộ</w:t>
      </w:r>
      <w:r>
        <w:t xml:space="preserve"> ph</w:t>
      </w:r>
      <w:r>
        <w:t>ậ</w:t>
      </w:r>
      <w:r>
        <w:t>n: ……………………………………</w:t>
      </w:r>
      <w:r w:rsidRPr="0055259A">
        <w:t>…………………………</w:t>
      </w:r>
      <w:r>
        <w:t>………………</w:t>
      </w:r>
      <w:bookmarkStart w:id="0" w:name="_GoBack"/>
      <w:bookmarkEnd w:id="0"/>
    </w:p>
    <w:p w:rsidR="004842E0" w:rsidRDefault="0055259A">
      <w:r>
        <w:br/>
        <w:t>Căn c</w:t>
      </w:r>
      <w:r>
        <w:t>ứ</w:t>
      </w:r>
      <w:r>
        <w:t>:</w:t>
      </w:r>
    </w:p>
    <w:p w:rsidR="004842E0" w:rsidRDefault="0055259A">
      <w:pPr>
        <w:pStyle w:val="ListBullet"/>
      </w:pPr>
      <w:r>
        <w:t>- B</w:t>
      </w:r>
      <w:r>
        <w:t>ộ</w:t>
      </w:r>
      <w:r>
        <w:t xml:space="preserve"> lu</w:t>
      </w:r>
      <w:r>
        <w:t>ậ</w:t>
      </w:r>
      <w:r>
        <w:t>t Lao đ</w:t>
      </w:r>
      <w:r>
        <w:t>ộ</w:t>
      </w:r>
      <w:r>
        <w:t>ng s</w:t>
      </w:r>
      <w:r>
        <w:t>ố</w:t>
      </w:r>
      <w:r>
        <w:t xml:space="preserve"> 45/2019/QH14 ngày 20/11/2019;</w:t>
      </w:r>
    </w:p>
    <w:p w:rsidR="004842E0" w:rsidRDefault="0055259A">
      <w:pPr>
        <w:pStyle w:val="ListBullet"/>
      </w:pPr>
      <w:r>
        <w:t>- H</w:t>
      </w:r>
      <w:r>
        <w:t>ợ</w:t>
      </w:r>
      <w:r>
        <w:t>p đ</w:t>
      </w:r>
      <w:r>
        <w:t>ồ</w:t>
      </w:r>
      <w:r>
        <w:t>ng lao đ</w:t>
      </w:r>
      <w:r>
        <w:t>ộ</w:t>
      </w:r>
      <w:r>
        <w:t>ng s</w:t>
      </w:r>
      <w:r>
        <w:t>ố</w:t>
      </w:r>
      <w:r>
        <w:t xml:space="preserve"> … ký ngày … gi</w:t>
      </w:r>
      <w:r>
        <w:t>ữ</w:t>
      </w:r>
      <w:r>
        <w:t>a Công ty và Ông</w:t>
      </w:r>
      <w:r>
        <w:t>/Bà …;</w:t>
      </w:r>
    </w:p>
    <w:p w:rsidR="004842E0" w:rsidRDefault="0055259A">
      <w:pPr>
        <w:pStyle w:val="ListBullet"/>
      </w:pPr>
      <w:r>
        <w:t>- H</w:t>
      </w:r>
      <w:r>
        <w:t>ồ</w:t>
      </w:r>
      <w:r>
        <w:t xml:space="preserve"> sơ đi</w:t>
      </w:r>
      <w:r>
        <w:t>ề</w:t>
      </w:r>
      <w:r>
        <w:t>u tr</w:t>
      </w:r>
      <w:r>
        <w:t>ị</w:t>
      </w:r>
      <w:r>
        <w:t xml:space="preserve"> và xác nh</w:t>
      </w:r>
      <w:r>
        <w:t>ậ</w:t>
      </w:r>
      <w:r>
        <w:t>n tình tr</w:t>
      </w:r>
      <w:r>
        <w:t>ạ</w:t>
      </w:r>
      <w:r>
        <w:t>ng s</w:t>
      </w:r>
      <w:r>
        <w:t>ứ</w:t>
      </w:r>
      <w:r>
        <w:t>c kh</w:t>
      </w:r>
      <w:r>
        <w:t>ỏ</w:t>
      </w:r>
      <w:r>
        <w:t>e c</w:t>
      </w:r>
      <w:r>
        <w:t>ủ</w:t>
      </w:r>
      <w:r>
        <w:t>a Ông/Bà t</w:t>
      </w:r>
      <w:r>
        <w:t>ừ</w:t>
      </w:r>
      <w:r>
        <w:t xml:space="preserve"> … đ</w:t>
      </w:r>
      <w:r>
        <w:t>ế</w:t>
      </w:r>
      <w:r>
        <w:t>n nay;</w:t>
      </w:r>
    </w:p>
    <w:p w:rsidR="004842E0" w:rsidRDefault="0055259A">
      <w:pPr>
        <w:pStyle w:val="ListBullet"/>
      </w:pPr>
      <w:r>
        <w:t>- Tình tr</w:t>
      </w:r>
      <w:r>
        <w:t>ạ</w:t>
      </w:r>
      <w:r>
        <w:t>ng th</w:t>
      </w:r>
      <w:r>
        <w:t>ự</w:t>
      </w:r>
      <w:r>
        <w:t>c t</w:t>
      </w:r>
      <w:r>
        <w:t>ế</w:t>
      </w:r>
      <w:r>
        <w:t xml:space="preserve"> s</w:t>
      </w:r>
      <w:r>
        <w:t>ứ</w:t>
      </w:r>
      <w:r>
        <w:t>c kh</w:t>
      </w:r>
      <w:r>
        <w:t>ỏ</w:t>
      </w:r>
      <w:r>
        <w:t>e c</w:t>
      </w:r>
      <w:r>
        <w:t>ủ</w:t>
      </w:r>
      <w:r>
        <w:t>a ngư</w:t>
      </w:r>
      <w:r>
        <w:t>ờ</w:t>
      </w:r>
      <w:r>
        <w:t>i lao đ</w:t>
      </w:r>
      <w:r>
        <w:t>ộ</w:t>
      </w:r>
      <w:r>
        <w:t>ng đ</w:t>
      </w:r>
      <w:r>
        <w:t>ế</w:t>
      </w:r>
      <w:r>
        <w:t>n th</w:t>
      </w:r>
      <w:r>
        <w:t>ờ</w:t>
      </w:r>
      <w:r>
        <w:t>i đi</w:t>
      </w:r>
      <w:r>
        <w:t>ể</w:t>
      </w:r>
      <w:r>
        <w:t>m thông báo;</w:t>
      </w:r>
    </w:p>
    <w:p w:rsidR="004842E0" w:rsidRDefault="0055259A">
      <w:r>
        <w:br/>
        <w:t>N</w:t>
      </w:r>
      <w:r>
        <w:t>ộ</w:t>
      </w:r>
      <w:r>
        <w:t>i dung thông báo:</w:t>
      </w:r>
    </w:p>
    <w:p w:rsidR="004842E0" w:rsidRDefault="0055259A">
      <w:r>
        <w:t>Trong th</w:t>
      </w:r>
      <w:r>
        <w:t>ờ</w:t>
      </w:r>
      <w:r>
        <w:t>i gian qua, Công ty ghi nh</w:t>
      </w:r>
      <w:r>
        <w:t>ậ</w:t>
      </w:r>
      <w:r>
        <w:t>n Ông/Bà đã đi</w:t>
      </w:r>
      <w:r>
        <w:t>ề</w:t>
      </w:r>
      <w:r>
        <w:t>u tr</w:t>
      </w:r>
      <w:r>
        <w:t>ị</w:t>
      </w:r>
      <w:r>
        <w:t xml:space="preserve"> tai n</w:t>
      </w:r>
      <w:r>
        <w:t>ạ</w:t>
      </w:r>
      <w:r>
        <w:t>n lao đ</w:t>
      </w:r>
      <w:r>
        <w:t>ộ</w:t>
      </w:r>
      <w:r>
        <w:t>ng t</w:t>
      </w:r>
      <w:r>
        <w:t>ừ</w:t>
      </w:r>
      <w:r>
        <w:t xml:space="preserve"> ngà</w:t>
      </w:r>
      <w:r>
        <w:t>y … đ</w:t>
      </w:r>
      <w:r>
        <w:t>ế</w:t>
      </w:r>
      <w:r>
        <w:t>n nay, t</w:t>
      </w:r>
      <w:r>
        <w:t>ứ</w:t>
      </w:r>
      <w:r>
        <w:t>c là hơn 12 tháng liên t</w:t>
      </w:r>
      <w:r>
        <w:t>ụ</w:t>
      </w:r>
      <w:r>
        <w:t>c, tuy nhiên chưa có kh</w:t>
      </w:r>
      <w:r>
        <w:t>ả</w:t>
      </w:r>
      <w:r>
        <w:t xml:space="preserve"> năng làm vi</w:t>
      </w:r>
      <w:r>
        <w:t>ệ</w:t>
      </w:r>
      <w:r>
        <w:t>c tr</w:t>
      </w:r>
      <w:r>
        <w:t>ở</w:t>
      </w:r>
      <w:r>
        <w:t xml:space="preserve"> l</w:t>
      </w:r>
      <w:r>
        <w:t>ạ</w:t>
      </w:r>
      <w:r>
        <w:t>i, theo h</w:t>
      </w:r>
      <w:r>
        <w:t>ồ</w:t>
      </w:r>
      <w:r>
        <w:t xml:space="preserve"> sơ và xác nh</w:t>
      </w:r>
      <w:r>
        <w:t>ậ</w:t>
      </w:r>
      <w:r>
        <w:t>n y t</w:t>
      </w:r>
      <w:r>
        <w:t>ế</w:t>
      </w:r>
      <w:r>
        <w:t xml:space="preserve"> ngày … c</w:t>
      </w:r>
      <w:r>
        <w:t>ủ</w:t>
      </w:r>
      <w:r>
        <w:t>a … (tên cơ s</w:t>
      </w:r>
      <w:r>
        <w:t>ở</w:t>
      </w:r>
      <w:r>
        <w:t xml:space="preserve"> y t</w:t>
      </w:r>
      <w:r>
        <w:t>ế</w:t>
      </w:r>
      <w:r>
        <w:t>).</w:t>
      </w:r>
    </w:p>
    <w:p w:rsidR="004842E0" w:rsidRDefault="0055259A">
      <w:r>
        <w:t>Căn c</w:t>
      </w:r>
      <w:r>
        <w:t>ứ</w:t>
      </w:r>
      <w:r>
        <w:t xml:space="preserve"> theo đi</w:t>
      </w:r>
      <w:r>
        <w:t>ể</w:t>
      </w:r>
      <w:r>
        <w:t>m b kho</w:t>
      </w:r>
      <w:r>
        <w:t>ả</w:t>
      </w:r>
      <w:r>
        <w:t>n 1 Đi</w:t>
      </w:r>
      <w:r>
        <w:t>ề</w:t>
      </w:r>
      <w:r>
        <w:t>u 36 B</w:t>
      </w:r>
      <w:r>
        <w:t>ộ</w:t>
      </w:r>
      <w:r>
        <w:t xml:space="preserve"> lu</w:t>
      </w:r>
      <w:r>
        <w:t>ậ</w:t>
      </w:r>
      <w:r>
        <w:t>t Lao đ</w:t>
      </w:r>
      <w:r>
        <w:t>ộ</w:t>
      </w:r>
      <w:r>
        <w:t>ng năm 2019, Công ty quy</w:t>
      </w:r>
      <w:r>
        <w:t>ế</w:t>
      </w:r>
      <w:r>
        <w:t>t đ</w:t>
      </w:r>
      <w:r>
        <w:t>ị</w:t>
      </w:r>
      <w:r>
        <w:t>nh ch</w:t>
      </w:r>
      <w:r>
        <w:t>ấ</w:t>
      </w:r>
      <w:r>
        <w:t>m d</w:t>
      </w:r>
      <w:r>
        <w:t>ứ</w:t>
      </w:r>
      <w:r>
        <w:t>t H</w:t>
      </w:r>
      <w:r>
        <w:t>ợ</w:t>
      </w:r>
      <w:r>
        <w:t>p đ</w:t>
      </w:r>
      <w:r>
        <w:t>ồ</w:t>
      </w:r>
      <w:r>
        <w:t>ng lao đ</w:t>
      </w:r>
      <w:r>
        <w:t>ộ</w:t>
      </w:r>
      <w:r>
        <w:t>ng s</w:t>
      </w:r>
      <w:r>
        <w:t>ố</w:t>
      </w:r>
      <w:r>
        <w:t xml:space="preserve"> … v</w:t>
      </w:r>
      <w:r>
        <w:t>ớ</w:t>
      </w:r>
      <w:r>
        <w:t>i Ông/Bà k</w:t>
      </w:r>
      <w:r>
        <w:t>ể</w:t>
      </w:r>
      <w:r>
        <w:t xml:space="preserve"> t</w:t>
      </w:r>
      <w:r>
        <w:t>ừ</w:t>
      </w:r>
      <w:r>
        <w:t xml:space="preserve"> ngày … tháng … năm ….</w:t>
      </w:r>
    </w:p>
    <w:p w:rsidR="004842E0" w:rsidRDefault="0055259A">
      <w:r>
        <w:br/>
        <w:t>Quy</w:t>
      </w:r>
      <w:r>
        <w:t>ề</w:t>
      </w:r>
      <w:r>
        <w:t>n l</w:t>
      </w:r>
      <w:r>
        <w:t>ợ</w:t>
      </w:r>
      <w:r>
        <w:t>i ngư</w:t>
      </w:r>
      <w:r>
        <w:t>ờ</w:t>
      </w:r>
      <w:r>
        <w:t>i lao đ</w:t>
      </w:r>
      <w:r>
        <w:t>ộ</w:t>
      </w:r>
      <w:r>
        <w:t>ng đư</w:t>
      </w:r>
      <w:r>
        <w:t>ợ</w:t>
      </w:r>
      <w:r>
        <w:t>c gi</w:t>
      </w:r>
      <w:r>
        <w:t>ả</w:t>
      </w:r>
      <w:r>
        <w:t>i quy</w:t>
      </w:r>
      <w:r>
        <w:t>ế</w:t>
      </w:r>
      <w:r>
        <w:t>t:</w:t>
      </w:r>
    </w:p>
    <w:p w:rsidR="004842E0" w:rsidRDefault="0055259A">
      <w:r>
        <w:t>1. Ti</w:t>
      </w:r>
      <w:r>
        <w:t>ề</w:t>
      </w:r>
      <w:r>
        <w:t>n lương, tr</w:t>
      </w:r>
      <w:r>
        <w:t>ợ</w:t>
      </w:r>
      <w:r>
        <w:t xml:space="preserve"> c</w:t>
      </w:r>
      <w:r>
        <w:t>ấ</w:t>
      </w:r>
      <w:r>
        <w:t>p thôi vi</w:t>
      </w:r>
      <w:r>
        <w:t>ệ</w:t>
      </w:r>
      <w:r>
        <w:t>c (n</w:t>
      </w:r>
      <w:r>
        <w:t>ế</w:t>
      </w:r>
      <w:r>
        <w:t>u đ</w:t>
      </w:r>
      <w:r>
        <w:t>ủ</w:t>
      </w:r>
      <w:r>
        <w:t xml:space="preserve"> đi</w:t>
      </w:r>
      <w:r>
        <w:t>ề</w:t>
      </w:r>
      <w:r>
        <w:t>u ki</w:t>
      </w:r>
      <w:r>
        <w:t>ệ</w:t>
      </w:r>
      <w:r>
        <w:t>n);</w:t>
      </w:r>
    </w:p>
    <w:p w:rsidR="004842E0" w:rsidRDefault="0055259A">
      <w:r>
        <w:t>2. Thanh toán các kho</w:t>
      </w:r>
      <w:r>
        <w:t>ả</w:t>
      </w:r>
      <w:r>
        <w:t>n khác liên quan đ</w:t>
      </w:r>
      <w:r>
        <w:t>ế</w:t>
      </w:r>
      <w:r>
        <w:t>n th</w:t>
      </w:r>
      <w:r>
        <w:t>ờ</w:t>
      </w:r>
      <w:r>
        <w:t>i gian làm vi</w:t>
      </w:r>
      <w:r>
        <w:t>ệ</w:t>
      </w:r>
      <w:r>
        <w:t>c;</w:t>
      </w:r>
    </w:p>
    <w:p w:rsidR="004842E0" w:rsidRDefault="0055259A">
      <w:r>
        <w:t>3. Hoàn tr</w:t>
      </w:r>
      <w:r>
        <w:t>ả</w:t>
      </w:r>
      <w:r>
        <w:t xml:space="preserve"> s</w:t>
      </w:r>
      <w:r>
        <w:t>ổ</w:t>
      </w:r>
      <w:r>
        <w:t xml:space="preserve"> b</w:t>
      </w:r>
      <w:r>
        <w:t>ả</w:t>
      </w:r>
      <w:r>
        <w:t>o hi</w:t>
      </w:r>
      <w:r>
        <w:t>ể</w:t>
      </w:r>
      <w:r>
        <w:t>m xã h</w:t>
      </w:r>
      <w:r>
        <w:t>ộ</w:t>
      </w:r>
      <w:r>
        <w:t>i và các gi</w:t>
      </w:r>
      <w:r>
        <w:t>ấ</w:t>
      </w:r>
      <w:r>
        <w:t>y t</w:t>
      </w:r>
      <w:r>
        <w:t>ờ</w:t>
      </w:r>
      <w:r>
        <w:t xml:space="preserve"> liên qua</w:t>
      </w:r>
      <w:r>
        <w:t>n.</w:t>
      </w:r>
    </w:p>
    <w:p w:rsidR="004842E0" w:rsidRDefault="0055259A">
      <w:r>
        <w:lastRenderedPageBreak/>
        <w:t>Đ</w:t>
      </w:r>
      <w:r>
        <w:t>ề</w:t>
      </w:r>
      <w:r>
        <w:t xml:space="preserve"> ngh</w:t>
      </w:r>
      <w:r>
        <w:t>ị</w:t>
      </w:r>
      <w:r>
        <w:t xml:space="preserve"> Ông/Bà có m</w:t>
      </w:r>
      <w:r>
        <w:t>ặ</w:t>
      </w:r>
      <w:r>
        <w:t>t t</w:t>
      </w:r>
      <w:r>
        <w:t>ạ</w:t>
      </w:r>
      <w:r>
        <w:t>i Phòng Hành chính – Nhân s</w:t>
      </w:r>
      <w:r>
        <w:t>ự</w:t>
      </w:r>
      <w:r>
        <w:t xml:space="preserve"> vào ngày … đ</w:t>
      </w:r>
      <w:r>
        <w:t>ể</w:t>
      </w:r>
      <w:r>
        <w:t xml:space="preserve"> hoàn t</w:t>
      </w:r>
      <w:r>
        <w:t>ấ</w:t>
      </w:r>
      <w:r>
        <w:t>t th</w:t>
      </w:r>
      <w:r>
        <w:t>ủ</w:t>
      </w:r>
      <w:r>
        <w:t xml:space="preserve"> t</w:t>
      </w:r>
      <w:r>
        <w:t>ụ</w:t>
      </w:r>
      <w:r>
        <w:t>c thanh lý h</w:t>
      </w:r>
      <w:r>
        <w:t>ợ</w:t>
      </w:r>
      <w:r>
        <w:t>p đ</w:t>
      </w:r>
      <w:r>
        <w:t>ồ</w:t>
      </w:r>
      <w:r>
        <w:t>ng và nh</w:t>
      </w:r>
      <w:r>
        <w:t>ậ</w:t>
      </w:r>
      <w:r>
        <w:t>n các quy</w:t>
      </w:r>
      <w:r>
        <w:t>ề</w:t>
      </w:r>
      <w:r>
        <w:t>n l</w:t>
      </w:r>
      <w:r>
        <w:t>ợ</w:t>
      </w:r>
      <w:r>
        <w:t>i theo quy đ</w:t>
      </w:r>
      <w:r>
        <w:t>ị</w:t>
      </w:r>
      <w:r>
        <w:t>nh.</w:t>
      </w:r>
    </w:p>
    <w:p w:rsidR="004842E0" w:rsidRDefault="0055259A">
      <w:r>
        <w:br/>
        <w:t>Trân tr</w:t>
      </w:r>
      <w:r>
        <w:t>ọ</w:t>
      </w:r>
      <w:r>
        <w:t>ng,</w:t>
      </w:r>
    </w:p>
    <w:p w:rsidR="004842E0" w:rsidRPr="0055259A" w:rsidRDefault="0055259A" w:rsidP="0055259A">
      <w:pPr>
        <w:jc w:val="right"/>
        <w:rPr>
          <w:b/>
        </w:rPr>
      </w:pPr>
      <w:r>
        <w:br/>
      </w:r>
      <w:r w:rsidRPr="0055259A">
        <w:rPr>
          <w:b/>
        </w:rPr>
        <w:t>Đ</w:t>
      </w:r>
      <w:r w:rsidRPr="0055259A">
        <w:rPr>
          <w:b/>
        </w:rPr>
        <w:t>Ạ</w:t>
      </w:r>
      <w:r w:rsidRPr="0055259A">
        <w:rPr>
          <w:b/>
        </w:rPr>
        <w:t>I DI</w:t>
      </w:r>
      <w:r w:rsidRPr="0055259A">
        <w:rPr>
          <w:b/>
        </w:rPr>
        <w:t>Ệ</w:t>
      </w:r>
      <w:r w:rsidRPr="0055259A">
        <w:rPr>
          <w:b/>
        </w:rPr>
        <w:t>N NGƯ</w:t>
      </w:r>
      <w:r w:rsidRPr="0055259A">
        <w:rPr>
          <w:b/>
        </w:rPr>
        <w:t>Ờ</w:t>
      </w:r>
      <w:r w:rsidRPr="0055259A">
        <w:rPr>
          <w:b/>
        </w:rPr>
        <w:t>I S</w:t>
      </w:r>
      <w:r w:rsidRPr="0055259A">
        <w:rPr>
          <w:b/>
        </w:rPr>
        <w:t>Ử</w:t>
      </w:r>
      <w:r w:rsidRPr="0055259A">
        <w:rPr>
          <w:b/>
        </w:rPr>
        <w:t xml:space="preserve"> D</w:t>
      </w:r>
      <w:r w:rsidRPr="0055259A">
        <w:rPr>
          <w:b/>
        </w:rPr>
        <w:t>Ụ</w:t>
      </w:r>
      <w:r w:rsidRPr="0055259A">
        <w:rPr>
          <w:b/>
        </w:rPr>
        <w:t>NG LAO Đ</w:t>
      </w:r>
      <w:r w:rsidRPr="0055259A">
        <w:rPr>
          <w:b/>
        </w:rPr>
        <w:t>Ộ</w:t>
      </w:r>
      <w:r w:rsidRPr="0055259A">
        <w:rPr>
          <w:b/>
        </w:rPr>
        <w:t>NG</w:t>
      </w:r>
    </w:p>
    <w:p w:rsidR="004842E0" w:rsidRPr="0055259A" w:rsidRDefault="0055259A" w:rsidP="0055259A">
      <w:pPr>
        <w:jc w:val="right"/>
        <w:rPr>
          <w:b/>
        </w:rPr>
      </w:pPr>
      <w:r w:rsidRPr="0055259A">
        <w:rPr>
          <w:b/>
        </w:rPr>
        <w:t>(Ký tên, đóng d</w:t>
      </w:r>
      <w:r w:rsidRPr="0055259A">
        <w:rPr>
          <w:b/>
        </w:rPr>
        <w:t>ấ</w:t>
      </w:r>
      <w:r w:rsidRPr="0055259A">
        <w:rPr>
          <w:b/>
        </w:rPr>
        <w:t>u)</w:t>
      </w:r>
      <w:r w:rsidRPr="0055259A">
        <w:rPr>
          <w:b/>
        </w:rPr>
        <w:br/>
      </w:r>
    </w:p>
    <w:sectPr w:rsidR="004842E0" w:rsidRPr="0055259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42E0"/>
    <w:rsid w:val="0055259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9F6779B-8790-40F4-A7BD-DB87F289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D3F650-C605-4090-A364-8B4C95CB4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2025-06-26T09:17:00Z</dcterms:created>
  <dcterms:modified xsi:type="dcterms:W3CDTF">2025-06-26T09:17:00Z</dcterms:modified>
  <cp:category/>
</cp:coreProperties>
</file>