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3874" w:rsidRPr="00556576" w:rsidRDefault="00556576">
      <w:pPr>
        <w:jc w:val="center"/>
        <w:rPr>
          <w:rFonts w:ascii="Times New Roman" w:hAnsi="Times New Roman" w:cs="Times New Roman"/>
          <w:sz w:val="28"/>
          <w:szCs w:val="28"/>
        </w:rPr>
      </w:pPr>
      <w:r w:rsidRPr="00556576">
        <w:rPr>
          <w:rFonts w:ascii="Times New Roman" w:hAnsi="Times New Roman" w:cs="Times New Roman"/>
          <w:b/>
          <w:sz w:val="28"/>
          <w:szCs w:val="28"/>
        </w:rPr>
        <w:t>C</w:t>
      </w:r>
      <w:r w:rsidRPr="00556576">
        <w:rPr>
          <w:rFonts w:ascii="Times New Roman" w:hAnsi="Times New Roman" w:cs="Times New Roman"/>
          <w:b/>
          <w:sz w:val="28"/>
          <w:szCs w:val="28"/>
        </w:rPr>
        <w:t>Ộ</w:t>
      </w:r>
      <w:r w:rsidRPr="00556576">
        <w:rPr>
          <w:rFonts w:ascii="Times New Roman" w:hAnsi="Times New Roman" w:cs="Times New Roman"/>
          <w:b/>
          <w:sz w:val="28"/>
          <w:szCs w:val="28"/>
        </w:rPr>
        <w:t>NG HÒA XÃ H</w:t>
      </w:r>
      <w:r w:rsidRPr="00556576">
        <w:rPr>
          <w:rFonts w:ascii="Times New Roman" w:hAnsi="Times New Roman" w:cs="Times New Roman"/>
          <w:b/>
          <w:sz w:val="28"/>
          <w:szCs w:val="28"/>
        </w:rPr>
        <w:t>Ộ</w:t>
      </w:r>
      <w:r w:rsidRPr="00556576">
        <w:rPr>
          <w:rFonts w:ascii="Times New Roman" w:hAnsi="Times New Roman" w:cs="Times New Roman"/>
          <w:b/>
          <w:sz w:val="28"/>
          <w:szCs w:val="28"/>
        </w:rPr>
        <w:t>I CH</w:t>
      </w:r>
      <w:r w:rsidRPr="00556576">
        <w:rPr>
          <w:rFonts w:ascii="Times New Roman" w:hAnsi="Times New Roman" w:cs="Times New Roman"/>
          <w:b/>
          <w:sz w:val="28"/>
          <w:szCs w:val="28"/>
        </w:rPr>
        <w:t>Ủ</w:t>
      </w:r>
      <w:r w:rsidRPr="00556576">
        <w:rPr>
          <w:rFonts w:ascii="Times New Roman" w:hAnsi="Times New Roman" w:cs="Times New Roman"/>
          <w:b/>
          <w:sz w:val="28"/>
          <w:szCs w:val="28"/>
        </w:rPr>
        <w:t xml:space="preserve"> NGHĨA VI</w:t>
      </w:r>
      <w:r w:rsidRPr="00556576">
        <w:rPr>
          <w:rFonts w:ascii="Times New Roman" w:hAnsi="Times New Roman" w:cs="Times New Roman"/>
          <w:b/>
          <w:sz w:val="28"/>
          <w:szCs w:val="28"/>
        </w:rPr>
        <w:t>Ệ</w:t>
      </w:r>
      <w:r w:rsidRPr="00556576">
        <w:rPr>
          <w:rFonts w:ascii="Times New Roman" w:hAnsi="Times New Roman" w:cs="Times New Roman"/>
          <w:b/>
          <w:sz w:val="28"/>
          <w:szCs w:val="28"/>
        </w:rPr>
        <w:t>T NAM</w:t>
      </w:r>
    </w:p>
    <w:p w:rsidR="009E3874" w:rsidRPr="00556576" w:rsidRDefault="00556576">
      <w:pPr>
        <w:jc w:val="center"/>
        <w:rPr>
          <w:rFonts w:ascii="Times New Roman" w:hAnsi="Times New Roman" w:cs="Times New Roman"/>
          <w:sz w:val="28"/>
          <w:szCs w:val="28"/>
        </w:rPr>
      </w:pPr>
      <w:r w:rsidRPr="00556576">
        <w:rPr>
          <w:rFonts w:ascii="Times New Roman" w:hAnsi="Times New Roman" w:cs="Times New Roman"/>
          <w:b/>
          <w:sz w:val="28"/>
          <w:szCs w:val="28"/>
        </w:rPr>
        <w:t>Đ</w:t>
      </w:r>
      <w:r w:rsidRPr="00556576">
        <w:rPr>
          <w:rFonts w:ascii="Times New Roman" w:hAnsi="Times New Roman" w:cs="Times New Roman"/>
          <w:b/>
          <w:sz w:val="28"/>
          <w:szCs w:val="28"/>
        </w:rPr>
        <w:t>ộ</w:t>
      </w:r>
      <w:r w:rsidRPr="00556576">
        <w:rPr>
          <w:rFonts w:ascii="Times New Roman" w:hAnsi="Times New Roman" w:cs="Times New Roman"/>
          <w:b/>
          <w:sz w:val="28"/>
          <w:szCs w:val="28"/>
        </w:rPr>
        <w:t>c l</w:t>
      </w:r>
      <w:r w:rsidRPr="00556576">
        <w:rPr>
          <w:rFonts w:ascii="Times New Roman" w:hAnsi="Times New Roman" w:cs="Times New Roman"/>
          <w:b/>
          <w:sz w:val="28"/>
          <w:szCs w:val="28"/>
        </w:rPr>
        <w:t>ậ</w:t>
      </w:r>
      <w:r w:rsidRPr="00556576">
        <w:rPr>
          <w:rFonts w:ascii="Times New Roman" w:hAnsi="Times New Roman" w:cs="Times New Roman"/>
          <w:b/>
          <w:sz w:val="28"/>
          <w:szCs w:val="28"/>
        </w:rPr>
        <w:t>p – T</w:t>
      </w:r>
      <w:r w:rsidRPr="00556576">
        <w:rPr>
          <w:rFonts w:ascii="Times New Roman" w:hAnsi="Times New Roman" w:cs="Times New Roman"/>
          <w:b/>
          <w:sz w:val="28"/>
          <w:szCs w:val="28"/>
        </w:rPr>
        <w:t>ự</w:t>
      </w:r>
      <w:r w:rsidRPr="00556576">
        <w:rPr>
          <w:rFonts w:ascii="Times New Roman" w:hAnsi="Times New Roman" w:cs="Times New Roman"/>
          <w:b/>
          <w:sz w:val="28"/>
          <w:szCs w:val="28"/>
        </w:rPr>
        <w:t xml:space="preserve"> do – H</w:t>
      </w:r>
      <w:r w:rsidRPr="00556576">
        <w:rPr>
          <w:rFonts w:ascii="Times New Roman" w:hAnsi="Times New Roman" w:cs="Times New Roman"/>
          <w:b/>
          <w:sz w:val="28"/>
          <w:szCs w:val="28"/>
        </w:rPr>
        <w:t>ạ</w:t>
      </w:r>
      <w:r w:rsidRPr="00556576">
        <w:rPr>
          <w:rFonts w:ascii="Times New Roman" w:hAnsi="Times New Roman" w:cs="Times New Roman"/>
          <w:b/>
          <w:sz w:val="28"/>
          <w:szCs w:val="28"/>
        </w:rPr>
        <w:t>nh phúc</w:t>
      </w:r>
    </w:p>
    <w:p w:rsidR="009E3874" w:rsidRPr="00556576" w:rsidRDefault="00556576">
      <w:pPr>
        <w:jc w:val="center"/>
        <w:rPr>
          <w:rFonts w:ascii="Times New Roman" w:hAnsi="Times New Roman" w:cs="Times New Roman"/>
          <w:sz w:val="28"/>
          <w:szCs w:val="28"/>
        </w:rPr>
      </w:pPr>
      <w:r w:rsidRPr="00556576">
        <w:rPr>
          <w:rFonts w:ascii="Times New Roman" w:hAnsi="Times New Roman" w:cs="Times New Roman"/>
          <w:b/>
          <w:sz w:val="28"/>
          <w:szCs w:val="28"/>
        </w:rPr>
        <w:t>ĐƠN T</w:t>
      </w:r>
      <w:r w:rsidRPr="00556576">
        <w:rPr>
          <w:rFonts w:ascii="Times New Roman" w:hAnsi="Times New Roman" w:cs="Times New Roman"/>
          <w:b/>
          <w:sz w:val="28"/>
          <w:szCs w:val="28"/>
        </w:rPr>
        <w:t>Ố</w:t>
      </w:r>
      <w:r w:rsidRPr="00556576">
        <w:rPr>
          <w:rFonts w:ascii="Times New Roman" w:hAnsi="Times New Roman" w:cs="Times New Roman"/>
          <w:b/>
          <w:sz w:val="28"/>
          <w:szCs w:val="28"/>
        </w:rPr>
        <w:t xml:space="preserve"> CÁO T</w:t>
      </w:r>
      <w:r w:rsidRPr="00556576">
        <w:rPr>
          <w:rFonts w:ascii="Times New Roman" w:hAnsi="Times New Roman" w:cs="Times New Roman"/>
          <w:b/>
          <w:sz w:val="28"/>
          <w:szCs w:val="28"/>
        </w:rPr>
        <w:t>Ộ</w:t>
      </w:r>
      <w:r w:rsidRPr="00556576">
        <w:rPr>
          <w:rFonts w:ascii="Times New Roman" w:hAnsi="Times New Roman" w:cs="Times New Roman"/>
          <w:b/>
          <w:sz w:val="28"/>
          <w:szCs w:val="28"/>
        </w:rPr>
        <w:t>I PH</w:t>
      </w:r>
      <w:r w:rsidRPr="00556576">
        <w:rPr>
          <w:rFonts w:ascii="Times New Roman" w:hAnsi="Times New Roman" w:cs="Times New Roman"/>
          <w:b/>
          <w:sz w:val="28"/>
          <w:szCs w:val="28"/>
        </w:rPr>
        <w:t>Ạ</w:t>
      </w:r>
      <w:r w:rsidRPr="00556576">
        <w:rPr>
          <w:rFonts w:ascii="Times New Roman" w:hAnsi="Times New Roman" w:cs="Times New Roman"/>
          <w:b/>
          <w:sz w:val="28"/>
          <w:szCs w:val="28"/>
        </w:rPr>
        <w:t>M</w:t>
      </w:r>
    </w:p>
    <w:p w:rsidR="009E3874" w:rsidRPr="00556576" w:rsidRDefault="00556576">
      <w:pPr>
        <w:jc w:val="center"/>
        <w:rPr>
          <w:rFonts w:ascii="Times New Roman" w:hAnsi="Times New Roman" w:cs="Times New Roman"/>
          <w:sz w:val="28"/>
          <w:szCs w:val="28"/>
        </w:rPr>
      </w:pPr>
      <w:r w:rsidRPr="00556576">
        <w:rPr>
          <w:rFonts w:ascii="Times New Roman" w:hAnsi="Times New Roman" w:cs="Times New Roman"/>
          <w:sz w:val="28"/>
          <w:szCs w:val="28"/>
        </w:rPr>
        <w:t>(V/v: Hành vi xâm nh</w:t>
      </w:r>
      <w:r w:rsidRPr="00556576">
        <w:rPr>
          <w:rFonts w:ascii="Times New Roman" w:hAnsi="Times New Roman" w:cs="Times New Roman"/>
          <w:sz w:val="28"/>
          <w:szCs w:val="28"/>
        </w:rPr>
        <w:t>ậ</w:t>
      </w:r>
      <w:r w:rsidRPr="00556576">
        <w:rPr>
          <w:rFonts w:ascii="Times New Roman" w:hAnsi="Times New Roman" w:cs="Times New Roman"/>
          <w:sz w:val="28"/>
          <w:szCs w:val="28"/>
        </w:rPr>
        <w:t>p gia cư b</w:t>
      </w:r>
      <w:r w:rsidRPr="00556576">
        <w:rPr>
          <w:rFonts w:ascii="Times New Roman" w:hAnsi="Times New Roman" w:cs="Times New Roman"/>
          <w:sz w:val="28"/>
          <w:szCs w:val="28"/>
        </w:rPr>
        <w:t>ấ</w:t>
      </w:r>
      <w:r w:rsidRPr="00556576">
        <w:rPr>
          <w:rFonts w:ascii="Times New Roman" w:hAnsi="Times New Roman" w:cs="Times New Roman"/>
          <w:sz w:val="28"/>
          <w:szCs w:val="28"/>
        </w:rPr>
        <w:t>t h</w:t>
      </w:r>
      <w:r w:rsidRPr="00556576">
        <w:rPr>
          <w:rFonts w:ascii="Times New Roman" w:hAnsi="Times New Roman" w:cs="Times New Roman"/>
          <w:sz w:val="28"/>
          <w:szCs w:val="28"/>
        </w:rPr>
        <w:t>ợ</w:t>
      </w:r>
      <w:r w:rsidRPr="00556576">
        <w:rPr>
          <w:rFonts w:ascii="Times New Roman" w:hAnsi="Times New Roman" w:cs="Times New Roman"/>
          <w:sz w:val="28"/>
          <w:szCs w:val="28"/>
        </w:rPr>
        <w:t>p pháp)</w:t>
      </w:r>
    </w:p>
    <w:p w:rsidR="009E3874" w:rsidRPr="00556576" w:rsidRDefault="00556576">
      <w:pPr>
        <w:rPr>
          <w:rFonts w:ascii="Times New Roman" w:hAnsi="Times New Roman" w:cs="Times New Roman"/>
          <w:sz w:val="28"/>
          <w:szCs w:val="28"/>
        </w:rPr>
      </w:pPr>
      <w:r w:rsidRPr="00556576">
        <w:rPr>
          <w:rFonts w:ascii="Times New Roman" w:hAnsi="Times New Roman" w:cs="Times New Roman"/>
          <w:sz w:val="28"/>
          <w:szCs w:val="28"/>
        </w:rPr>
        <w:br/>
        <w:t>Kính g</w:t>
      </w:r>
      <w:r w:rsidRPr="00556576">
        <w:rPr>
          <w:rFonts w:ascii="Times New Roman" w:hAnsi="Times New Roman" w:cs="Times New Roman"/>
          <w:sz w:val="28"/>
          <w:szCs w:val="28"/>
        </w:rPr>
        <w:t>ử</w:t>
      </w:r>
      <w:r w:rsidRPr="00556576">
        <w:rPr>
          <w:rFonts w:ascii="Times New Roman" w:hAnsi="Times New Roman" w:cs="Times New Roman"/>
          <w:sz w:val="28"/>
          <w:szCs w:val="28"/>
        </w:rPr>
        <w:t>i: Cơ quan C</w:t>
      </w:r>
      <w:r w:rsidRPr="00556576">
        <w:rPr>
          <w:rFonts w:ascii="Times New Roman" w:hAnsi="Times New Roman" w:cs="Times New Roman"/>
          <w:sz w:val="28"/>
          <w:szCs w:val="28"/>
        </w:rPr>
        <w:t>ả</w:t>
      </w:r>
      <w:r w:rsidRPr="00556576">
        <w:rPr>
          <w:rFonts w:ascii="Times New Roman" w:hAnsi="Times New Roman" w:cs="Times New Roman"/>
          <w:sz w:val="28"/>
          <w:szCs w:val="28"/>
        </w:rPr>
        <w:t>nh sát đi</w:t>
      </w:r>
      <w:r w:rsidRPr="00556576">
        <w:rPr>
          <w:rFonts w:ascii="Times New Roman" w:hAnsi="Times New Roman" w:cs="Times New Roman"/>
          <w:sz w:val="28"/>
          <w:szCs w:val="28"/>
        </w:rPr>
        <w:t>ề</w:t>
      </w:r>
      <w:r w:rsidRPr="00556576">
        <w:rPr>
          <w:rFonts w:ascii="Times New Roman" w:hAnsi="Times New Roman" w:cs="Times New Roman"/>
          <w:sz w:val="28"/>
          <w:szCs w:val="28"/>
        </w:rPr>
        <w:t>u tra – Công an …[Qu</w:t>
      </w:r>
      <w:r w:rsidRPr="00556576">
        <w:rPr>
          <w:rFonts w:ascii="Times New Roman" w:hAnsi="Times New Roman" w:cs="Times New Roman"/>
          <w:sz w:val="28"/>
          <w:szCs w:val="28"/>
        </w:rPr>
        <w:t>ậ</w:t>
      </w:r>
      <w:r w:rsidRPr="00556576">
        <w:rPr>
          <w:rFonts w:ascii="Times New Roman" w:hAnsi="Times New Roman" w:cs="Times New Roman"/>
          <w:sz w:val="28"/>
          <w:szCs w:val="28"/>
        </w:rPr>
        <w:t>n/Huy</w:t>
      </w:r>
      <w:r w:rsidRPr="00556576">
        <w:rPr>
          <w:rFonts w:ascii="Times New Roman" w:hAnsi="Times New Roman" w:cs="Times New Roman"/>
          <w:sz w:val="28"/>
          <w:szCs w:val="28"/>
        </w:rPr>
        <w:t>ệ</w:t>
      </w:r>
      <w:r w:rsidRPr="00556576">
        <w:rPr>
          <w:rFonts w:ascii="Times New Roman" w:hAnsi="Times New Roman" w:cs="Times New Roman"/>
          <w:sz w:val="28"/>
          <w:szCs w:val="28"/>
        </w:rPr>
        <w:t>n…], t</w:t>
      </w:r>
      <w:r w:rsidRPr="00556576">
        <w:rPr>
          <w:rFonts w:ascii="Times New Roman" w:hAnsi="Times New Roman" w:cs="Times New Roman"/>
          <w:sz w:val="28"/>
          <w:szCs w:val="28"/>
        </w:rPr>
        <w:t>ỉ</w:t>
      </w:r>
      <w:r w:rsidRPr="00556576">
        <w:rPr>
          <w:rFonts w:ascii="Times New Roman" w:hAnsi="Times New Roman" w:cs="Times New Roman"/>
          <w:sz w:val="28"/>
          <w:szCs w:val="28"/>
        </w:rPr>
        <w:t>nh/thành …</w:t>
      </w:r>
      <w:r w:rsidRPr="00556576">
        <w:rPr>
          <w:rFonts w:ascii="Times New Roman" w:hAnsi="Times New Roman" w:cs="Times New Roman"/>
          <w:sz w:val="28"/>
          <w:szCs w:val="28"/>
        </w:rPr>
        <w:br/>
      </w:r>
    </w:p>
    <w:p w:rsidR="009E3874" w:rsidRPr="00556576" w:rsidRDefault="00556576">
      <w:pPr>
        <w:rPr>
          <w:rFonts w:ascii="Times New Roman" w:hAnsi="Times New Roman" w:cs="Times New Roman"/>
          <w:sz w:val="28"/>
          <w:szCs w:val="28"/>
        </w:rPr>
      </w:pPr>
      <w:r w:rsidRPr="00556576">
        <w:rPr>
          <w:rFonts w:ascii="Times New Roman" w:hAnsi="Times New Roman" w:cs="Times New Roman"/>
          <w:sz w:val="28"/>
          <w:szCs w:val="28"/>
        </w:rPr>
        <w:t>1. Thông tin ngư</w:t>
      </w:r>
      <w:r w:rsidRPr="00556576">
        <w:rPr>
          <w:rFonts w:ascii="Times New Roman" w:hAnsi="Times New Roman" w:cs="Times New Roman"/>
          <w:sz w:val="28"/>
          <w:szCs w:val="28"/>
        </w:rPr>
        <w:t>ờ</w:t>
      </w:r>
      <w:r w:rsidRPr="00556576">
        <w:rPr>
          <w:rFonts w:ascii="Times New Roman" w:hAnsi="Times New Roman" w:cs="Times New Roman"/>
          <w:sz w:val="28"/>
          <w:szCs w:val="28"/>
        </w:rPr>
        <w:t>i t</w:t>
      </w:r>
      <w:r w:rsidRPr="00556576">
        <w:rPr>
          <w:rFonts w:ascii="Times New Roman" w:hAnsi="Times New Roman" w:cs="Times New Roman"/>
          <w:sz w:val="28"/>
          <w:szCs w:val="28"/>
        </w:rPr>
        <w:t>ố</w:t>
      </w:r>
      <w:r w:rsidRPr="00556576">
        <w:rPr>
          <w:rFonts w:ascii="Times New Roman" w:hAnsi="Times New Roman" w:cs="Times New Roman"/>
          <w:sz w:val="28"/>
          <w:szCs w:val="28"/>
        </w:rPr>
        <w:t xml:space="preserve"> cáo</w:t>
      </w:r>
    </w:p>
    <w:p w:rsidR="009E3874" w:rsidRPr="00556576" w:rsidRDefault="00556576">
      <w:pPr>
        <w:rPr>
          <w:rFonts w:ascii="Times New Roman" w:hAnsi="Times New Roman" w:cs="Times New Roman"/>
          <w:sz w:val="28"/>
          <w:szCs w:val="28"/>
        </w:rPr>
      </w:pPr>
      <w:r w:rsidRPr="00556576">
        <w:rPr>
          <w:rFonts w:ascii="Times New Roman" w:hAnsi="Times New Roman" w:cs="Times New Roman"/>
          <w:sz w:val="28"/>
          <w:szCs w:val="28"/>
        </w:rPr>
        <w:t>- H</w:t>
      </w:r>
      <w:r w:rsidRPr="00556576">
        <w:rPr>
          <w:rFonts w:ascii="Times New Roman" w:hAnsi="Times New Roman" w:cs="Times New Roman"/>
          <w:sz w:val="28"/>
          <w:szCs w:val="28"/>
        </w:rPr>
        <w:t>ọ</w:t>
      </w:r>
      <w:r w:rsidRPr="00556576">
        <w:rPr>
          <w:rFonts w:ascii="Times New Roman" w:hAnsi="Times New Roman" w:cs="Times New Roman"/>
          <w:sz w:val="28"/>
          <w:szCs w:val="28"/>
        </w:rPr>
        <w:t xml:space="preserve"> và tên: </w:t>
      </w:r>
      <w:r w:rsidRPr="00556576">
        <w:rPr>
          <w:rFonts w:ascii="Times New Roman" w:hAnsi="Times New Roman" w:cs="Times New Roman"/>
          <w:sz w:val="28"/>
          <w:szCs w:val="28"/>
        </w:rPr>
        <w:t>…………………………</w:t>
      </w:r>
    </w:p>
    <w:p w:rsidR="009E3874" w:rsidRPr="00556576" w:rsidRDefault="00556576">
      <w:pPr>
        <w:rPr>
          <w:rFonts w:ascii="Times New Roman" w:hAnsi="Times New Roman" w:cs="Times New Roman"/>
          <w:sz w:val="28"/>
          <w:szCs w:val="28"/>
        </w:rPr>
      </w:pPr>
      <w:r w:rsidRPr="00556576">
        <w:rPr>
          <w:rFonts w:ascii="Times New Roman" w:hAnsi="Times New Roman" w:cs="Times New Roman"/>
          <w:sz w:val="28"/>
          <w:szCs w:val="28"/>
        </w:rPr>
        <w:t>- Sinh ngày: …………………………</w:t>
      </w:r>
    </w:p>
    <w:p w:rsidR="009E3874" w:rsidRPr="00556576" w:rsidRDefault="00556576">
      <w:pPr>
        <w:rPr>
          <w:rFonts w:ascii="Times New Roman" w:hAnsi="Times New Roman" w:cs="Times New Roman"/>
          <w:sz w:val="28"/>
          <w:szCs w:val="28"/>
        </w:rPr>
      </w:pPr>
      <w:r w:rsidRPr="00556576">
        <w:rPr>
          <w:rFonts w:ascii="Times New Roman" w:hAnsi="Times New Roman" w:cs="Times New Roman"/>
          <w:sz w:val="28"/>
          <w:szCs w:val="28"/>
        </w:rPr>
        <w:t>- CMND/CCCD s</w:t>
      </w:r>
      <w:r w:rsidRPr="00556576">
        <w:rPr>
          <w:rFonts w:ascii="Times New Roman" w:hAnsi="Times New Roman" w:cs="Times New Roman"/>
          <w:sz w:val="28"/>
          <w:szCs w:val="28"/>
        </w:rPr>
        <w:t>ố</w:t>
      </w:r>
      <w:r w:rsidRPr="00556576">
        <w:rPr>
          <w:rFonts w:ascii="Times New Roman" w:hAnsi="Times New Roman" w:cs="Times New Roman"/>
          <w:sz w:val="28"/>
          <w:szCs w:val="28"/>
        </w:rPr>
        <w:t>: ……………… c</w:t>
      </w:r>
      <w:r w:rsidRPr="00556576">
        <w:rPr>
          <w:rFonts w:ascii="Times New Roman" w:hAnsi="Times New Roman" w:cs="Times New Roman"/>
          <w:sz w:val="28"/>
          <w:szCs w:val="28"/>
        </w:rPr>
        <w:t>ấ</w:t>
      </w:r>
      <w:r w:rsidRPr="00556576">
        <w:rPr>
          <w:rFonts w:ascii="Times New Roman" w:hAnsi="Times New Roman" w:cs="Times New Roman"/>
          <w:sz w:val="28"/>
          <w:szCs w:val="28"/>
        </w:rPr>
        <w:t>p ngày …/…/… t</w:t>
      </w:r>
      <w:r w:rsidRPr="00556576">
        <w:rPr>
          <w:rFonts w:ascii="Times New Roman" w:hAnsi="Times New Roman" w:cs="Times New Roman"/>
          <w:sz w:val="28"/>
          <w:szCs w:val="28"/>
        </w:rPr>
        <w:t>ạ</w:t>
      </w:r>
      <w:r w:rsidRPr="00556576">
        <w:rPr>
          <w:rFonts w:ascii="Times New Roman" w:hAnsi="Times New Roman" w:cs="Times New Roman"/>
          <w:sz w:val="28"/>
          <w:szCs w:val="28"/>
        </w:rPr>
        <w:t>i ………………</w:t>
      </w:r>
    </w:p>
    <w:p w:rsidR="009E3874" w:rsidRPr="00556576" w:rsidRDefault="00556576">
      <w:pPr>
        <w:rPr>
          <w:rFonts w:ascii="Times New Roman" w:hAnsi="Times New Roman" w:cs="Times New Roman"/>
          <w:sz w:val="28"/>
          <w:szCs w:val="28"/>
        </w:rPr>
      </w:pPr>
      <w:r w:rsidRPr="00556576">
        <w:rPr>
          <w:rFonts w:ascii="Times New Roman" w:hAnsi="Times New Roman" w:cs="Times New Roman"/>
          <w:sz w:val="28"/>
          <w:szCs w:val="28"/>
        </w:rPr>
        <w:t>- Đ</w:t>
      </w:r>
      <w:r w:rsidRPr="00556576">
        <w:rPr>
          <w:rFonts w:ascii="Times New Roman" w:hAnsi="Times New Roman" w:cs="Times New Roman"/>
          <w:sz w:val="28"/>
          <w:szCs w:val="28"/>
        </w:rPr>
        <w:t>ị</w:t>
      </w:r>
      <w:r w:rsidRPr="00556576">
        <w:rPr>
          <w:rFonts w:ascii="Times New Roman" w:hAnsi="Times New Roman" w:cs="Times New Roman"/>
          <w:sz w:val="28"/>
          <w:szCs w:val="28"/>
        </w:rPr>
        <w:t>a ch</w:t>
      </w:r>
      <w:r w:rsidRPr="00556576">
        <w:rPr>
          <w:rFonts w:ascii="Times New Roman" w:hAnsi="Times New Roman" w:cs="Times New Roman"/>
          <w:sz w:val="28"/>
          <w:szCs w:val="28"/>
        </w:rPr>
        <w:t>ỉ</w:t>
      </w:r>
      <w:r w:rsidRPr="00556576">
        <w:rPr>
          <w:rFonts w:ascii="Times New Roman" w:hAnsi="Times New Roman" w:cs="Times New Roman"/>
          <w:sz w:val="28"/>
          <w:szCs w:val="28"/>
        </w:rPr>
        <w:t xml:space="preserve"> thư</w:t>
      </w:r>
      <w:r w:rsidRPr="00556576">
        <w:rPr>
          <w:rFonts w:ascii="Times New Roman" w:hAnsi="Times New Roman" w:cs="Times New Roman"/>
          <w:sz w:val="28"/>
          <w:szCs w:val="28"/>
        </w:rPr>
        <w:t>ờ</w:t>
      </w:r>
      <w:r w:rsidRPr="00556576">
        <w:rPr>
          <w:rFonts w:ascii="Times New Roman" w:hAnsi="Times New Roman" w:cs="Times New Roman"/>
          <w:sz w:val="28"/>
          <w:szCs w:val="28"/>
        </w:rPr>
        <w:t>ng trú: …………………………</w:t>
      </w:r>
    </w:p>
    <w:p w:rsidR="009E3874" w:rsidRPr="00556576" w:rsidRDefault="00556576">
      <w:pPr>
        <w:rPr>
          <w:rFonts w:ascii="Times New Roman" w:hAnsi="Times New Roman" w:cs="Times New Roman"/>
          <w:sz w:val="28"/>
          <w:szCs w:val="28"/>
        </w:rPr>
      </w:pPr>
      <w:r w:rsidRPr="00556576">
        <w:rPr>
          <w:rFonts w:ascii="Times New Roman" w:hAnsi="Times New Roman" w:cs="Times New Roman"/>
          <w:sz w:val="28"/>
          <w:szCs w:val="28"/>
        </w:rPr>
        <w:t>- Đ</w:t>
      </w:r>
      <w:r w:rsidRPr="00556576">
        <w:rPr>
          <w:rFonts w:ascii="Times New Roman" w:hAnsi="Times New Roman" w:cs="Times New Roman"/>
          <w:sz w:val="28"/>
          <w:szCs w:val="28"/>
        </w:rPr>
        <w:t>ị</w:t>
      </w:r>
      <w:r w:rsidRPr="00556576">
        <w:rPr>
          <w:rFonts w:ascii="Times New Roman" w:hAnsi="Times New Roman" w:cs="Times New Roman"/>
          <w:sz w:val="28"/>
          <w:szCs w:val="28"/>
        </w:rPr>
        <w:t>a ch</w:t>
      </w:r>
      <w:r w:rsidRPr="00556576">
        <w:rPr>
          <w:rFonts w:ascii="Times New Roman" w:hAnsi="Times New Roman" w:cs="Times New Roman"/>
          <w:sz w:val="28"/>
          <w:szCs w:val="28"/>
        </w:rPr>
        <w:t>ỉ</w:t>
      </w:r>
      <w:r w:rsidRPr="00556576">
        <w:rPr>
          <w:rFonts w:ascii="Times New Roman" w:hAnsi="Times New Roman" w:cs="Times New Roman"/>
          <w:sz w:val="28"/>
          <w:szCs w:val="28"/>
        </w:rPr>
        <w:t xml:space="preserve"> liên h</w:t>
      </w:r>
      <w:r w:rsidRPr="00556576">
        <w:rPr>
          <w:rFonts w:ascii="Times New Roman" w:hAnsi="Times New Roman" w:cs="Times New Roman"/>
          <w:sz w:val="28"/>
          <w:szCs w:val="28"/>
        </w:rPr>
        <w:t>ệ</w:t>
      </w:r>
      <w:r w:rsidRPr="00556576">
        <w:rPr>
          <w:rFonts w:ascii="Times New Roman" w:hAnsi="Times New Roman" w:cs="Times New Roman"/>
          <w:sz w:val="28"/>
          <w:szCs w:val="28"/>
        </w:rPr>
        <w:t xml:space="preserve"> (n</w:t>
      </w:r>
      <w:r w:rsidRPr="00556576">
        <w:rPr>
          <w:rFonts w:ascii="Times New Roman" w:hAnsi="Times New Roman" w:cs="Times New Roman"/>
          <w:sz w:val="28"/>
          <w:szCs w:val="28"/>
        </w:rPr>
        <w:t>ế</w:t>
      </w:r>
      <w:r w:rsidRPr="00556576">
        <w:rPr>
          <w:rFonts w:ascii="Times New Roman" w:hAnsi="Times New Roman" w:cs="Times New Roman"/>
          <w:sz w:val="28"/>
          <w:szCs w:val="28"/>
        </w:rPr>
        <w:t>u khác): …………………………</w:t>
      </w:r>
    </w:p>
    <w:p w:rsidR="009E3874" w:rsidRPr="00556576" w:rsidRDefault="00556576">
      <w:pPr>
        <w:rPr>
          <w:rFonts w:ascii="Times New Roman" w:hAnsi="Times New Roman" w:cs="Times New Roman"/>
          <w:sz w:val="28"/>
          <w:szCs w:val="28"/>
        </w:rPr>
      </w:pPr>
      <w:r w:rsidRPr="00556576">
        <w:rPr>
          <w:rFonts w:ascii="Times New Roman" w:hAnsi="Times New Roman" w:cs="Times New Roman"/>
          <w:sz w:val="28"/>
          <w:szCs w:val="28"/>
        </w:rPr>
        <w:t>- S</w:t>
      </w:r>
      <w:r w:rsidRPr="00556576">
        <w:rPr>
          <w:rFonts w:ascii="Times New Roman" w:hAnsi="Times New Roman" w:cs="Times New Roman"/>
          <w:sz w:val="28"/>
          <w:szCs w:val="28"/>
        </w:rPr>
        <w:t>ố</w:t>
      </w:r>
      <w:r w:rsidRPr="00556576">
        <w:rPr>
          <w:rFonts w:ascii="Times New Roman" w:hAnsi="Times New Roman" w:cs="Times New Roman"/>
          <w:sz w:val="28"/>
          <w:szCs w:val="28"/>
        </w:rPr>
        <w:t xml:space="preserve"> đi</w:t>
      </w:r>
      <w:r w:rsidRPr="00556576">
        <w:rPr>
          <w:rFonts w:ascii="Times New Roman" w:hAnsi="Times New Roman" w:cs="Times New Roman"/>
          <w:sz w:val="28"/>
          <w:szCs w:val="28"/>
        </w:rPr>
        <w:t>ệ</w:t>
      </w:r>
      <w:r w:rsidRPr="00556576">
        <w:rPr>
          <w:rFonts w:ascii="Times New Roman" w:hAnsi="Times New Roman" w:cs="Times New Roman"/>
          <w:sz w:val="28"/>
          <w:szCs w:val="28"/>
        </w:rPr>
        <w:t>n tho</w:t>
      </w:r>
      <w:r w:rsidRPr="00556576">
        <w:rPr>
          <w:rFonts w:ascii="Times New Roman" w:hAnsi="Times New Roman" w:cs="Times New Roman"/>
          <w:sz w:val="28"/>
          <w:szCs w:val="28"/>
        </w:rPr>
        <w:t>ạ</w:t>
      </w:r>
      <w:r w:rsidRPr="00556576">
        <w:rPr>
          <w:rFonts w:ascii="Times New Roman" w:hAnsi="Times New Roman" w:cs="Times New Roman"/>
          <w:sz w:val="28"/>
          <w:szCs w:val="28"/>
        </w:rPr>
        <w:t>i: …………………………</w:t>
      </w:r>
    </w:p>
    <w:p w:rsidR="009E3874" w:rsidRPr="00556576" w:rsidRDefault="00556576">
      <w:pPr>
        <w:rPr>
          <w:rFonts w:ascii="Times New Roman" w:hAnsi="Times New Roman" w:cs="Times New Roman"/>
          <w:sz w:val="28"/>
          <w:szCs w:val="28"/>
        </w:rPr>
      </w:pPr>
      <w:r w:rsidRPr="00556576">
        <w:rPr>
          <w:rFonts w:ascii="Times New Roman" w:hAnsi="Times New Roman" w:cs="Times New Roman"/>
          <w:sz w:val="28"/>
          <w:szCs w:val="28"/>
        </w:rPr>
        <w:br/>
        <w:t>2. Thông tin ngư</w:t>
      </w:r>
      <w:r w:rsidRPr="00556576">
        <w:rPr>
          <w:rFonts w:ascii="Times New Roman" w:hAnsi="Times New Roman" w:cs="Times New Roman"/>
          <w:sz w:val="28"/>
          <w:szCs w:val="28"/>
        </w:rPr>
        <w:t>ờ</w:t>
      </w:r>
      <w:r w:rsidRPr="00556576">
        <w:rPr>
          <w:rFonts w:ascii="Times New Roman" w:hAnsi="Times New Roman" w:cs="Times New Roman"/>
          <w:sz w:val="28"/>
          <w:szCs w:val="28"/>
        </w:rPr>
        <w:t>i b</w:t>
      </w:r>
      <w:r w:rsidRPr="00556576">
        <w:rPr>
          <w:rFonts w:ascii="Times New Roman" w:hAnsi="Times New Roman" w:cs="Times New Roman"/>
          <w:sz w:val="28"/>
          <w:szCs w:val="28"/>
        </w:rPr>
        <w:t>ị</w:t>
      </w:r>
      <w:r w:rsidRPr="00556576">
        <w:rPr>
          <w:rFonts w:ascii="Times New Roman" w:hAnsi="Times New Roman" w:cs="Times New Roman"/>
          <w:sz w:val="28"/>
          <w:szCs w:val="28"/>
        </w:rPr>
        <w:t xml:space="preserve"> t</w:t>
      </w:r>
      <w:r w:rsidRPr="00556576">
        <w:rPr>
          <w:rFonts w:ascii="Times New Roman" w:hAnsi="Times New Roman" w:cs="Times New Roman"/>
          <w:sz w:val="28"/>
          <w:szCs w:val="28"/>
        </w:rPr>
        <w:t>ố</w:t>
      </w:r>
      <w:r w:rsidRPr="00556576">
        <w:rPr>
          <w:rFonts w:ascii="Times New Roman" w:hAnsi="Times New Roman" w:cs="Times New Roman"/>
          <w:sz w:val="28"/>
          <w:szCs w:val="28"/>
        </w:rPr>
        <w:t xml:space="preserve"> cáo</w:t>
      </w:r>
    </w:p>
    <w:p w:rsidR="009E3874" w:rsidRPr="00556576" w:rsidRDefault="00556576">
      <w:pPr>
        <w:rPr>
          <w:rFonts w:ascii="Times New Roman" w:hAnsi="Times New Roman" w:cs="Times New Roman"/>
          <w:sz w:val="28"/>
          <w:szCs w:val="28"/>
        </w:rPr>
      </w:pPr>
      <w:r w:rsidRPr="00556576">
        <w:rPr>
          <w:rFonts w:ascii="Times New Roman" w:hAnsi="Times New Roman" w:cs="Times New Roman"/>
          <w:sz w:val="28"/>
          <w:szCs w:val="28"/>
        </w:rPr>
        <w:t>- H</w:t>
      </w:r>
      <w:r w:rsidRPr="00556576">
        <w:rPr>
          <w:rFonts w:ascii="Times New Roman" w:hAnsi="Times New Roman" w:cs="Times New Roman"/>
          <w:sz w:val="28"/>
          <w:szCs w:val="28"/>
        </w:rPr>
        <w:t>ọ</w:t>
      </w:r>
      <w:r w:rsidRPr="00556576">
        <w:rPr>
          <w:rFonts w:ascii="Times New Roman" w:hAnsi="Times New Roman" w:cs="Times New Roman"/>
          <w:sz w:val="28"/>
          <w:szCs w:val="28"/>
        </w:rPr>
        <w:t xml:space="preserve"> và tên: …………………………</w:t>
      </w:r>
    </w:p>
    <w:p w:rsidR="009E3874" w:rsidRPr="00556576" w:rsidRDefault="00556576">
      <w:pPr>
        <w:rPr>
          <w:rFonts w:ascii="Times New Roman" w:hAnsi="Times New Roman" w:cs="Times New Roman"/>
          <w:sz w:val="28"/>
          <w:szCs w:val="28"/>
        </w:rPr>
      </w:pPr>
      <w:r w:rsidRPr="00556576">
        <w:rPr>
          <w:rFonts w:ascii="Times New Roman" w:hAnsi="Times New Roman" w:cs="Times New Roman"/>
          <w:sz w:val="28"/>
          <w:szCs w:val="28"/>
        </w:rPr>
        <w:t>- Sinh ngày: ………</w:t>
      </w:r>
      <w:r w:rsidRPr="00556576">
        <w:rPr>
          <w:rFonts w:ascii="Times New Roman" w:hAnsi="Times New Roman" w:cs="Times New Roman"/>
          <w:sz w:val="28"/>
          <w:szCs w:val="28"/>
        </w:rPr>
        <w:t>…………………</w:t>
      </w:r>
    </w:p>
    <w:p w:rsidR="009E3874" w:rsidRPr="00556576" w:rsidRDefault="00556576">
      <w:pPr>
        <w:rPr>
          <w:rFonts w:ascii="Times New Roman" w:hAnsi="Times New Roman" w:cs="Times New Roman"/>
          <w:sz w:val="28"/>
          <w:szCs w:val="28"/>
        </w:rPr>
      </w:pPr>
      <w:r w:rsidRPr="00556576">
        <w:rPr>
          <w:rFonts w:ascii="Times New Roman" w:hAnsi="Times New Roman" w:cs="Times New Roman"/>
          <w:sz w:val="28"/>
          <w:szCs w:val="28"/>
        </w:rPr>
        <w:t>- CMND/CCCD (n</w:t>
      </w:r>
      <w:r w:rsidRPr="00556576">
        <w:rPr>
          <w:rFonts w:ascii="Times New Roman" w:hAnsi="Times New Roman" w:cs="Times New Roman"/>
          <w:sz w:val="28"/>
          <w:szCs w:val="28"/>
        </w:rPr>
        <w:t>ế</w:t>
      </w:r>
      <w:r w:rsidRPr="00556576">
        <w:rPr>
          <w:rFonts w:ascii="Times New Roman" w:hAnsi="Times New Roman" w:cs="Times New Roman"/>
          <w:sz w:val="28"/>
          <w:szCs w:val="28"/>
        </w:rPr>
        <w:t>u bi</w:t>
      </w:r>
      <w:r w:rsidRPr="00556576">
        <w:rPr>
          <w:rFonts w:ascii="Times New Roman" w:hAnsi="Times New Roman" w:cs="Times New Roman"/>
          <w:sz w:val="28"/>
          <w:szCs w:val="28"/>
        </w:rPr>
        <w:t>ế</w:t>
      </w:r>
      <w:r w:rsidRPr="00556576">
        <w:rPr>
          <w:rFonts w:ascii="Times New Roman" w:hAnsi="Times New Roman" w:cs="Times New Roman"/>
          <w:sz w:val="28"/>
          <w:szCs w:val="28"/>
        </w:rPr>
        <w:t>t): …………………………</w:t>
      </w:r>
    </w:p>
    <w:p w:rsidR="009E3874" w:rsidRPr="00556576" w:rsidRDefault="00556576">
      <w:pPr>
        <w:rPr>
          <w:rFonts w:ascii="Times New Roman" w:hAnsi="Times New Roman" w:cs="Times New Roman"/>
          <w:sz w:val="28"/>
          <w:szCs w:val="28"/>
        </w:rPr>
      </w:pPr>
      <w:r w:rsidRPr="00556576">
        <w:rPr>
          <w:rFonts w:ascii="Times New Roman" w:hAnsi="Times New Roman" w:cs="Times New Roman"/>
          <w:sz w:val="28"/>
          <w:szCs w:val="28"/>
        </w:rPr>
        <w:t>- Đ</w:t>
      </w:r>
      <w:r w:rsidRPr="00556576">
        <w:rPr>
          <w:rFonts w:ascii="Times New Roman" w:hAnsi="Times New Roman" w:cs="Times New Roman"/>
          <w:sz w:val="28"/>
          <w:szCs w:val="28"/>
        </w:rPr>
        <w:t>ị</w:t>
      </w:r>
      <w:r w:rsidRPr="00556576">
        <w:rPr>
          <w:rFonts w:ascii="Times New Roman" w:hAnsi="Times New Roman" w:cs="Times New Roman"/>
          <w:sz w:val="28"/>
          <w:szCs w:val="28"/>
        </w:rPr>
        <w:t>a ch</w:t>
      </w:r>
      <w:r w:rsidRPr="00556576">
        <w:rPr>
          <w:rFonts w:ascii="Times New Roman" w:hAnsi="Times New Roman" w:cs="Times New Roman"/>
          <w:sz w:val="28"/>
          <w:szCs w:val="28"/>
        </w:rPr>
        <w:t>ỉ</w:t>
      </w:r>
      <w:r w:rsidRPr="00556576">
        <w:rPr>
          <w:rFonts w:ascii="Times New Roman" w:hAnsi="Times New Roman" w:cs="Times New Roman"/>
          <w:sz w:val="28"/>
          <w:szCs w:val="28"/>
        </w:rPr>
        <w:t xml:space="preserve"> cư trú: …………………………</w:t>
      </w:r>
    </w:p>
    <w:p w:rsidR="009E3874" w:rsidRPr="00556576" w:rsidRDefault="00556576">
      <w:pPr>
        <w:rPr>
          <w:rFonts w:ascii="Times New Roman" w:hAnsi="Times New Roman" w:cs="Times New Roman"/>
          <w:sz w:val="28"/>
          <w:szCs w:val="28"/>
        </w:rPr>
      </w:pPr>
      <w:r w:rsidRPr="00556576">
        <w:rPr>
          <w:rFonts w:ascii="Times New Roman" w:hAnsi="Times New Roman" w:cs="Times New Roman"/>
          <w:sz w:val="28"/>
          <w:szCs w:val="28"/>
        </w:rPr>
        <w:br/>
        <w:t>3. N</w:t>
      </w:r>
      <w:r w:rsidRPr="00556576">
        <w:rPr>
          <w:rFonts w:ascii="Times New Roman" w:hAnsi="Times New Roman" w:cs="Times New Roman"/>
          <w:sz w:val="28"/>
          <w:szCs w:val="28"/>
        </w:rPr>
        <w:t>ộ</w:t>
      </w:r>
      <w:r w:rsidRPr="00556576">
        <w:rPr>
          <w:rFonts w:ascii="Times New Roman" w:hAnsi="Times New Roman" w:cs="Times New Roman"/>
          <w:sz w:val="28"/>
          <w:szCs w:val="28"/>
        </w:rPr>
        <w:t>i dung t</w:t>
      </w:r>
      <w:r w:rsidRPr="00556576">
        <w:rPr>
          <w:rFonts w:ascii="Times New Roman" w:hAnsi="Times New Roman" w:cs="Times New Roman"/>
          <w:sz w:val="28"/>
          <w:szCs w:val="28"/>
        </w:rPr>
        <w:t>ố</w:t>
      </w:r>
      <w:r w:rsidRPr="00556576">
        <w:rPr>
          <w:rFonts w:ascii="Times New Roman" w:hAnsi="Times New Roman" w:cs="Times New Roman"/>
          <w:sz w:val="28"/>
          <w:szCs w:val="28"/>
        </w:rPr>
        <w:t xml:space="preserve"> cáo</w:t>
      </w:r>
    </w:p>
    <w:p w:rsidR="009E3874" w:rsidRPr="00556576" w:rsidRDefault="00556576">
      <w:pPr>
        <w:rPr>
          <w:rFonts w:ascii="Times New Roman" w:hAnsi="Times New Roman" w:cs="Times New Roman"/>
          <w:sz w:val="28"/>
          <w:szCs w:val="28"/>
        </w:rPr>
      </w:pPr>
      <w:r w:rsidRPr="00556576">
        <w:rPr>
          <w:rFonts w:ascii="Times New Roman" w:hAnsi="Times New Roman" w:cs="Times New Roman"/>
          <w:sz w:val="28"/>
          <w:szCs w:val="28"/>
        </w:rPr>
        <w:t>- Th</w:t>
      </w:r>
      <w:r w:rsidRPr="00556576">
        <w:rPr>
          <w:rFonts w:ascii="Times New Roman" w:hAnsi="Times New Roman" w:cs="Times New Roman"/>
          <w:sz w:val="28"/>
          <w:szCs w:val="28"/>
        </w:rPr>
        <w:t>ờ</w:t>
      </w:r>
      <w:r w:rsidRPr="00556576">
        <w:rPr>
          <w:rFonts w:ascii="Times New Roman" w:hAnsi="Times New Roman" w:cs="Times New Roman"/>
          <w:sz w:val="28"/>
          <w:szCs w:val="28"/>
        </w:rPr>
        <w:t>i gian: … ngày … tháng … năm …</w:t>
      </w:r>
    </w:p>
    <w:p w:rsidR="009E3874" w:rsidRPr="00556576" w:rsidRDefault="00556576">
      <w:pPr>
        <w:rPr>
          <w:rFonts w:ascii="Times New Roman" w:hAnsi="Times New Roman" w:cs="Times New Roman"/>
          <w:sz w:val="28"/>
          <w:szCs w:val="28"/>
        </w:rPr>
      </w:pPr>
      <w:r w:rsidRPr="00556576">
        <w:rPr>
          <w:rFonts w:ascii="Times New Roman" w:hAnsi="Times New Roman" w:cs="Times New Roman"/>
          <w:sz w:val="28"/>
          <w:szCs w:val="28"/>
        </w:rPr>
        <w:lastRenderedPageBreak/>
        <w:t>- Đ</w:t>
      </w:r>
      <w:r w:rsidRPr="00556576">
        <w:rPr>
          <w:rFonts w:ascii="Times New Roman" w:hAnsi="Times New Roman" w:cs="Times New Roman"/>
          <w:sz w:val="28"/>
          <w:szCs w:val="28"/>
        </w:rPr>
        <w:t>ị</w:t>
      </w:r>
      <w:r w:rsidRPr="00556576">
        <w:rPr>
          <w:rFonts w:ascii="Times New Roman" w:hAnsi="Times New Roman" w:cs="Times New Roman"/>
          <w:sz w:val="28"/>
          <w:szCs w:val="28"/>
        </w:rPr>
        <w:t>a đi</w:t>
      </w:r>
      <w:r w:rsidRPr="00556576">
        <w:rPr>
          <w:rFonts w:ascii="Times New Roman" w:hAnsi="Times New Roman" w:cs="Times New Roman"/>
          <w:sz w:val="28"/>
          <w:szCs w:val="28"/>
        </w:rPr>
        <w:t>ể</w:t>
      </w:r>
      <w:r w:rsidRPr="00556576">
        <w:rPr>
          <w:rFonts w:ascii="Times New Roman" w:hAnsi="Times New Roman" w:cs="Times New Roman"/>
          <w:sz w:val="28"/>
          <w:szCs w:val="28"/>
        </w:rPr>
        <w:t>m: Nhà s</w:t>
      </w:r>
      <w:r w:rsidRPr="00556576">
        <w:rPr>
          <w:rFonts w:ascii="Times New Roman" w:hAnsi="Times New Roman" w:cs="Times New Roman"/>
          <w:sz w:val="28"/>
          <w:szCs w:val="28"/>
        </w:rPr>
        <w:t>ố</w:t>
      </w:r>
      <w:r w:rsidRPr="00556576">
        <w:rPr>
          <w:rFonts w:ascii="Times New Roman" w:hAnsi="Times New Roman" w:cs="Times New Roman"/>
          <w:sz w:val="28"/>
          <w:szCs w:val="28"/>
        </w:rPr>
        <w:t xml:space="preserve"> …, đư</w:t>
      </w:r>
      <w:r w:rsidRPr="00556576">
        <w:rPr>
          <w:rFonts w:ascii="Times New Roman" w:hAnsi="Times New Roman" w:cs="Times New Roman"/>
          <w:sz w:val="28"/>
          <w:szCs w:val="28"/>
        </w:rPr>
        <w:t>ờ</w:t>
      </w:r>
      <w:r w:rsidRPr="00556576">
        <w:rPr>
          <w:rFonts w:ascii="Times New Roman" w:hAnsi="Times New Roman" w:cs="Times New Roman"/>
          <w:sz w:val="28"/>
          <w:szCs w:val="28"/>
        </w:rPr>
        <w:t>ng …, phư</w:t>
      </w:r>
      <w:r w:rsidRPr="00556576">
        <w:rPr>
          <w:rFonts w:ascii="Times New Roman" w:hAnsi="Times New Roman" w:cs="Times New Roman"/>
          <w:sz w:val="28"/>
          <w:szCs w:val="28"/>
        </w:rPr>
        <w:t>ờ</w:t>
      </w:r>
      <w:r w:rsidRPr="00556576">
        <w:rPr>
          <w:rFonts w:ascii="Times New Roman" w:hAnsi="Times New Roman" w:cs="Times New Roman"/>
          <w:sz w:val="28"/>
          <w:szCs w:val="28"/>
        </w:rPr>
        <w:t>ng …, qu</w:t>
      </w:r>
      <w:r w:rsidRPr="00556576">
        <w:rPr>
          <w:rFonts w:ascii="Times New Roman" w:hAnsi="Times New Roman" w:cs="Times New Roman"/>
          <w:sz w:val="28"/>
          <w:szCs w:val="28"/>
        </w:rPr>
        <w:t>ậ</w:t>
      </w:r>
      <w:r w:rsidRPr="00556576">
        <w:rPr>
          <w:rFonts w:ascii="Times New Roman" w:hAnsi="Times New Roman" w:cs="Times New Roman"/>
          <w:sz w:val="28"/>
          <w:szCs w:val="28"/>
        </w:rPr>
        <w:t>n/huy</w:t>
      </w:r>
      <w:r w:rsidRPr="00556576">
        <w:rPr>
          <w:rFonts w:ascii="Times New Roman" w:hAnsi="Times New Roman" w:cs="Times New Roman"/>
          <w:sz w:val="28"/>
          <w:szCs w:val="28"/>
        </w:rPr>
        <w:t>ệ</w:t>
      </w:r>
      <w:r w:rsidRPr="00556576">
        <w:rPr>
          <w:rFonts w:ascii="Times New Roman" w:hAnsi="Times New Roman" w:cs="Times New Roman"/>
          <w:sz w:val="28"/>
          <w:szCs w:val="28"/>
        </w:rPr>
        <w:t>n …, t</w:t>
      </w:r>
      <w:r w:rsidRPr="00556576">
        <w:rPr>
          <w:rFonts w:ascii="Times New Roman" w:hAnsi="Times New Roman" w:cs="Times New Roman"/>
          <w:sz w:val="28"/>
          <w:szCs w:val="28"/>
        </w:rPr>
        <w:t>ỉ</w:t>
      </w:r>
      <w:r w:rsidRPr="00556576">
        <w:rPr>
          <w:rFonts w:ascii="Times New Roman" w:hAnsi="Times New Roman" w:cs="Times New Roman"/>
          <w:sz w:val="28"/>
          <w:szCs w:val="28"/>
        </w:rPr>
        <w:t>nh/thành …</w:t>
      </w:r>
    </w:p>
    <w:p w:rsidR="009E3874" w:rsidRPr="00556576" w:rsidRDefault="00556576">
      <w:pPr>
        <w:rPr>
          <w:rFonts w:ascii="Times New Roman" w:hAnsi="Times New Roman" w:cs="Times New Roman"/>
          <w:sz w:val="28"/>
          <w:szCs w:val="28"/>
        </w:rPr>
      </w:pPr>
      <w:r w:rsidRPr="00556576">
        <w:rPr>
          <w:rFonts w:ascii="Times New Roman" w:hAnsi="Times New Roman" w:cs="Times New Roman"/>
          <w:sz w:val="28"/>
          <w:szCs w:val="28"/>
        </w:rPr>
        <w:t>- Di</w:t>
      </w:r>
      <w:r w:rsidRPr="00556576">
        <w:rPr>
          <w:rFonts w:ascii="Times New Roman" w:hAnsi="Times New Roman" w:cs="Times New Roman"/>
          <w:sz w:val="28"/>
          <w:szCs w:val="28"/>
        </w:rPr>
        <w:t>ễ</w:t>
      </w:r>
      <w:r w:rsidRPr="00556576">
        <w:rPr>
          <w:rFonts w:ascii="Times New Roman" w:hAnsi="Times New Roman" w:cs="Times New Roman"/>
          <w:sz w:val="28"/>
          <w:szCs w:val="28"/>
        </w:rPr>
        <w:t>n bi</w:t>
      </w:r>
      <w:r w:rsidRPr="00556576">
        <w:rPr>
          <w:rFonts w:ascii="Times New Roman" w:hAnsi="Times New Roman" w:cs="Times New Roman"/>
          <w:sz w:val="28"/>
          <w:szCs w:val="28"/>
        </w:rPr>
        <w:t>ế</w:t>
      </w:r>
      <w:r w:rsidRPr="00556576">
        <w:rPr>
          <w:rFonts w:ascii="Times New Roman" w:hAnsi="Times New Roman" w:cs="Times New Roman"/>
          <w:sz w:val="28"/>
          <w:szCs w:val="28"/>
        </w:rPr>
        <w:t>n: … (tóm t</w:t>
      </w:r>
      <w:r w:rsidRPr="00556576">
        <w:rPr>
          <w:rFonts w:ascii="Times New Roman" w:hAnsi="Times New Roman" w:cs="Times New Roman"/>
          <w:sz w:val="28"/>
          <w:szCs w:val="28"/>
        </w:rPr>
        <w:t>ắ</w:t>
      </w:r>
      <w:r w:rsidRPr="00556576">
        <w:rPr>
          <w:rFonts w:ascii="Times New Roman" w:hAnsi="Times New Roman" w:cs="Times New Roman"/>
          <w:sz w:val="28"/>
          <w:szCs w:val="28"/>
        </w:rPr>
        <w:t>t hành vi xâm nh</w:t>
      </w:r>
      <w:r w:rsidRPr="00556576">
        <w:rPr>
          <w:rFonts w:ascii="Times New Roman" w:hAnsi="Times New Roman" w:cs="Times New Roman"/>
          <w:sz w:val="28"/>
          <w:szCs w:val="28"/>
        </w:rPr>
        <w:t>ậ</w:t>
      </w:r>
      <w:r w:rsidRPr="00556576">
        <w:rPr>
          <w:rFonts w:ascii="Times New Roman" w:hAnsi="Times New Roman" w:cs="Times New Roman"/>
          <w:sz w:val="28"/>
          <w:szCs w:val="28"/>
        </w:rPr>
        <w:t>p trái phép)</w:t>
      </w:r>
    </w:p>
    <w:p w:rsidR="009E3874" w:rsidRPr="00556576" w:rsidRDefault="00556576">
      <w:pPr>
        <w:rPr>
          <w:rFonts w:ascii="Times New Roman" w:hAnsi="Times New Roman" w:cs="Times New Roman"/>
          <w:sz w:val="28"/>
          <w:szCs w:val="28"/>
        </w:rPr>
      </w:pPr>
      <w:r w:rsidRPr="00556576">
        <w:rPr>
          <w:rFonts w:ascii="Times New Roman" w:hAnsi="Times New Roman" w:cs="Times New Roman"/>
          <w:sz w:val="28"/>
          <w:szCs w:val="28"/>
        </w:rPr>
        <w:t>- Thi</w:t>
      </w:r>
      <w:r w:rsidRPr="00556576">
        <w:rPr>
          <w:rFonts w:ascii="Times New Roman" w:hAnsi="Times New Roman" w:cs="Times New Roman"/>
          <w:sz w:val="28"/>
          <w:szCs w:val="28"/>
        </w:rPr>
        <w:t>ệ</w:t>
      </w:r>
      <w:r w:rsidRPr="00556576">
        <w:rPr>
          <w:rFonts w:ascii="Times New Roman" w:hAnsi="Times New Roman" w:cs="Times New Roman"/>
          <w:sz w:val="28"/>
          <w:szCs w:val="28"/>
        </w:rPr>
        <w:t xml:space="preserve">t </w:t>
      </w:r>
      <w:r w:rsidRPr="00556576">
        <w:rPr>
          <w:rFonts w:ascii="Times New Roman" w:hAnsi="Times New Roman" w:cs="Times New Roman"/>
          <w:sz w:val="28"/>
          <w:szCs w:val="28"/>
        </w:rPr>
        <w:t>h</w:t>
      </w:r>
      <w:r w:rsidRPr="00556576">
        <w:rPr>
          <w:rFonts w:ascii="Times New Roman" w:hAnsi="Times New Roman" w:cs="Times New Roman"/>
          <w:sz w:val="28"/>
          <w:szCs w:val="28"/>
        </w:rPr>
        <w:t>ạ</w:t>
      </w:r>
      <w:r w:rsidRPr="00556576">
        <w:rPr>
          <w:rFonts w:ascii="Times New Roman" w:hAnsi="Times New Roman" w:cs="Times New Roman"/>
          <w:sz w:val="28"/>
          <w:szCs w:val="28"/>
        </w:rPr>
        <w:t>i (n</w:t>
      </w:r>
      <w:r w:rsidRPr="00556576">
        <w:rPr>
          <w:rFonts w:ascii="Times New Roman" w:hAnsi="Times New Roman" w:cs="Times New Roman"/>
          <w:sz w:val="28"/>
          <w:szCs w:val="28"/>
        </w:rPr>
        <w:t>ế</w:t>
      </w:r>
      <w:r w:rsidRPr="00556576">
        <w:rPr>
          <w:rFonts w:ascii="Times New Roman" w:hAnsi="Times New Roman" w:cs="Times New Roman"/>
          <w:sz w:val="28"/>
          <w:szCs w:val="28"/>
        </w:rPr>
        <w:t>u có): …</w:t>
      </w:r>
    </w:p>
    <w:p w:rsidR="009E3874" w:rsidRPr="00556576" w:rsidRDefault="00556576">
      <w:pPr>
        <w:rPr>
          <w:rFonts w:ascii="Times New Roman" w:hAnsi="Times New Roman" w:cs="Times New Roman"/>
          <w:sz w:val="28"/>
          <w:szCs w:val="28"/>
        </w:rPr>
      </w:pPr>
      <w:r w:rsidRPr="00556576">
        <w:rPr>
          <w:rFonts w:ascii="Times New Roman" w:hAnsi="Times New Roman" w:cs="Times New Roman"/>
          <w:sz w:val="28"/>
          <w:szCs w:val="28"/>
        </w:rPr>
        <w:t>- Căn c</w:t>
      </w:r>
      <w:r w:rsidRPr="00556576">
        <w:rPr>
          <w:rFonts w:ascii="Times New Roman" w:hAnsi="Times New Roman" w:cs="Times New Roman"/>
          <w:sz w:val="28"/>
          <w:szCs w:val="28"/>
        </w:rPr>
        <w:t>ứ</w:t>
      </w:r>
      <w:r w:rsidRPr="00556576">
        <w:rPr>
          <w:rFonts w:ascii="Times New Roman" w:hAnsi="Times New Roman" w:cs="Times New Roman"/>
          <w:sz w:val="28"/>
          <w:szCs w:val="28"/>
        </w:rPr>
        <w:t xml:space="preserve"> pháp lý: Vi ph</w:t>
      </w:r>
      <w:r w:rsidRPr="00556576">
        <w:rPr>
          <w:rFonts w:ascii="Times New Roman" w:hAnsi="Times New Roman" w:cs="Times New Roman"/>
          <w:sz w:val="28"/>
          <w:szCs w:val="28"/>
        </w:rPr>
        <w:t>ạ</w:t>
      </w:r>
      <w:r w:rsidRPr="00556576">
        <w:rPr>
          <w:rFonts w:ascii="Times New Roman" w:hAnsi="Times New Roman" w:cs="Times New Roman"/>
          <w:sz w:val="28"/>
          <w:szCs w:val="28"/>
        </w:rPr>
        <w:t>m Đi</w:t>
      </w:r>
      <w:r w:rsidRPr="00556576">
        <w:rPr>
          <w:rFonts w:ascii="Times New Roman" w:hAnsi="Times New Roman" w:cs="Times New Roman"/>
          <w:sz w:val="28"/>
          <w:szCs w:val="28"/>
        </w:rPr>
        <w:t>ề</w:t>
      </w:r>
      <w:r w:rsidRPr="00556576">
        <w:rPr>
          <w:rFonts w:ascii="Times New Roman" w:hAnsi="Times New Roman" w:cs="Times New Roman"/>
          <w:sz w:val="28"/>
          <w:szCs w:val="28"/>
        </w:rPr>
        <w:t>u 158 BLHS (xâm ph</w:t>
      </w:r>
      <w:r w:rsidRPr="00556576">
        <w:rPr>
          <w:rFonts w:ascii="Times New Roman" w:hAnsi="Times New Roman" w:cs="Times New Roman"/>
          <w:sz w:val="28"/>
          <w:szCs w:val="28"/>
        </w:rPr>
        <w:t>ạ</w:t>
      </w:r>
      <w:r w:rsidRPr="00556576">
        <w:rPr>
          <w:rFonts w:ascii="Times New Roman" w:hAnsi="Times New Roman" w:cs="Times New Roman"/>
          <w:sz w:val="28"/>
          <w:szCs w:val="28"/>
        </w:rPr>
        <w:t>m ch</w:t>
      </w:r>
      <w:r w:rsidRPr="00556576">
        <w:rPr>
          <w:rFonts w:ascii="Times New Roman" w:hAnsi="Times New Roman" w:cs="Times New Roman"/>
          <w:sz w:val="28"/>
          <w:szCs w:val="28"/>
        </w:rPr>
        <w:t>ỗ</w:t>
      </w:r>
      <w:r w:rsidRPr="00556576">
        <w:rPr>
          <w:rFonts w:ascii="Times New Roman" w:hAnsi="Times New Roman" w:cs="Times New Roman"/>
          <w:sz w:val="28"/>
          <w:szCs w:val="28"/>
        </w:rPr>
        <w:t xml:space="preserve"> </w:t>
      </w:r>
      <w:r w:rsidRPr="00556576">
        <w:rPr>
          <w:rFonts w:ascii="Times New Roman" w:hAnsi="Times New Roman" w:cs="Times New Roman"/>
          <w:sz w:val="28"/>
          <w:szCs w:val="28"/>
        </w:rPr>
        <w:t>ở</w:t>
      </w:r>
      <w:r w:rsidRPr="00556576">
        <w:rPr>
          <w:rFonts w:ascii="Times New Roman" w:hAnsi="Times New Roman" w:cs="Times New Roman"/>
          <w:sz w:val="28"/>
          <w:szCs w:val="28"/>
        </w:rPr>
        <w:t>) …</w:t>
      </w:r>
    </w:p>
    <w:p w:rsidR="009E3874" w:rsidRPr="00556576" w:rsidRDefault="00556576">
      <w:pPr>
        <w:rPr>
          <w:rFonts w:ascii="Times New Roman" w:hAnsi="Times New Roman" w:cs="Times New Roman"/>
          <w:sz w:val="28"/>
          <w:szCs w:val="28"/>
        </w:rPr>
      </w:pPr>
      <w:r w:rsidRPr="00556576">
        <w:rPr>
          <w:rFonts w:ascii="Times New Roman" w:hAnsi="Times New Roman" w:cs="Times New Roman"/>
          <w:sz w:val="28"/>
          <w:szCs w:val="28"/>
        </w:rPr>
        <w:br/>
        <w:t>4. Yêu c</w:t>
      </w:r>
      <w:r w:rsidRPr="00556576">
        <w:rPr>
          <w:rFonts w:ascii="Times New Roman" w:hAnsi="Times New Roman" w:cs="Times New Roman"/>
          <w:sz w:val="28"/>
          <w:szCs w:val="28"/>
        </w:rPr>
        <w:t>ầ</w:t>
      </w:r>
      <w:r w:rsidRPr="00556576">
        <w:rPr>
          <w:rFonts w:ascii="Times New Roman" w:hAnsi="Times New Roman" w:cs="Times New Roman"/>
          <w:sz w:val="28"/>
          <w:szCs w:val="28"/>
        </w:rPr>
        <w:t>u c</w:t>
      </w:r>
      <w:r w:rsidRPr="00556576">
        <w:rPr>
          <w:rFonts w:ascii="Times New Roman" w:hAnsi="Times New Roman" w:cs="Times New Roman"/>
          <w:sz w:val="28"/>
          <w:szCs w:val="28"/>
        </w:rPr>
        <w:t>ủ</w:t>
      </w:r>
      <w:r w:rsidRPr="00556576">
        <w:rPr>
          <w:rFonts w:ascii="Times New Roman" w:hAnsi="Times New Roman" w:cs="Times New Roman"/>
          <w:sz w:val="28"/>
          <w:szCs w:val="28"/>
        </w:rPr>
        <w:t>a ngư</w:t>
      </w:r>
      <w:r w:rsidRPr="00556576">
        <w:rPr>
          <w:rFonts w:ascii="Times New Roman" w:hAnsi="Times New Roman" w:cs="Times New Roman"/>
          <w:sz w:val="28"/>
          <w:szCs w:val="28"/>
        </w:rPr>
        <w:t>ờ</w:t>
      </w:r>
      <w:r w:rsidRPr="00556576">
        <w:rPr>
          <w:rFonts w:ascii="Times New Roman" w:hAnsi="Times New Roman" w:cs="Times New Roman"/>
          <w:sz w:val="28"/>
          <w:szCs w:val="28"/>
        </w:rPr>
        <w:t>i t</w:t>
      </w:r>
      <w:r w:rsidRPr="00556576">
        <w:rPr>
          <w:rFonts w:ascii="Times New Roman" w:hAnsi="Times New Roman" w:cs="Times New Roman"/>
          <w:sz w:val="28"/>
          <w:szCs w:val="28"/>
        </w:rPr>
        <w:t>ố</w:t>
      </w:r>
      <w:r w:rsidRPr="00556576">
        <w:rPr>
          <w:rFonts w:ascii="Times New Roman" w:hAnsi="Times New Roman" w:cs="Times New Roman"/>
          <w:sz w:val="28"/>
          <w:szCs w:val="28"/>
        </w:rPr>
        <w:t xml:space="preserve"> cáo</w:t>
      </w:r>
    </w:p>
    <w:p w:rsidR="009E3874" w:rsidRPr="00556576" w:rsidRDefault="00556576">
      <w:pPr>
        <w:rPr>
          <w:rFonts w:ascii="Times New Roman" w:hAnsi="Times New Roman" w:cs="Times New Roman"/>
          <w:sz w:val="28"/>
          <w:szCs w:val="28"/>
        </w:rPr>
      </w:pPr>
      <w:r w:rsidRPr="00556576">
        <w:rPr>
          <w:rFonts w:ascii="Times New Roman" w:hAnsi="Times New Roman" w:cs="Times New Roman"/>
          <w:sz w:val="28"/>
          <w:szCs w:val="28"/>
        </w:rPr>
        <w:t>- Xác minh, đi</w:t>
      </w:r>
      <w:r w:rsidRPr="00556576">
        <w:rPr>
          <w:rFonts w:ascii="Times New Roman" w:hAnsi="Times New Roman" w:cs="Times New Roman"/>
          <w:sz w:val="28"/>
          <w:szCs w:val="28"/>
        </w:rPr>
        <w:t>ề</w:t>
      </w:r>
      <w:r w:rsidRPr="00556576">
        <w:rPr>
          <w:rFonts w:ascii="Times New Roman" w:hAnsi="Times New Roman" w:cs="Times New Roman"/>
          <w:sz w:val="28"/>
          <w:szCs w:val="28"/>
        </w:rPr>
        <w:t>u tra và x</w:t>
      </w:r>
      <w:r w:rsidRPr="00556576">
        <w:rPr>
          <w:rFonts w:ascii="Times New Roman" w:hAnsi="Times New Roman" w:cs="Times New Roman"/>
          <w:sz w:val="28"/>
          <w:szCs w:val="28"/>
        </w:rPr>
        <w:t>ử</w:t>
      </w:r>
      <w:r w:rsidRPr="00556576">
        <w:rPr>
          <w:rFonts w:ascii="Times New Roman" w:hAnsi="Times New Roman" w:cs="Times New Roman"/>
          <w:sz w:val="28"/>
          <w:szCs w:val="28"/>
        </w:rPr>
        <w:t xml:space="preserve"> lý theo Đi</w:t>
      </w:r>
      <w:r w:rsidRPr="00556576">
        <w:rPr>
          <w:rFonts w:ascii="Times New Roman" w:hAnsi="Times New Roman" w:cs="Times New Roman"/>
          <w:sz w:val="28"/>
          <w:szCs w:val="28"/>
        </w:rPr>
        <w:t>ề</w:t>
      </w:r>
      <w:r w:rsidRPr="00556576">
        <w:rPr>
          <w:rFonts w:ascii="Times New Roman" w:hAnsi="Times New Roman" w:cs="Times New Roman"/>
          <w:sz w:val="28"/>
          <w:szCs w:val="28"/>
        </w:rPr>
        <w:t>u 158 BLHS; n</w:t>
      </w:r>
      <w:r w:rsidRPr="00556576">
        <w:rPr>
          <w:rFonts w:ascii="Times New Roman" w:hAnsi="Times New Roman" w:cs="Times New Roman"/>
          <w:sz w:val="28"/>
          <w:szCs w:val="28"/>
        </w:rPr>
        <w:t>ế</w:t>
      </w:r>
      <w:r w:rsidRPr="00556576">
        <w:rPr>
          <w:rFonts w:ascii="Times New Roman" w:hAnsi="Times New Roman" w:cs="Times New Roman"/>
          <w:sz w:val="28"/>
          <w:szCs w:val="28"/>
        </w:rPr>
        <w:t>u có chi</w:t>
      </w:r>
      <w:r w:rsidRPr="00556576">
        <w:rPr>
          <w:rFonts w:ascii="Times New Roman" w:hAnsi="Times New Roman" w:cs="Times New Roman"/>
          <w:sz w:val="28"/>
          <w:szCs w:val="28"/>
        </w:rPr>
        <w:t>ế</w:t>
      </w:r>
      <w:r w:rsidRPr="00556576">
        <w:rPr>
          <w:rFonts w:ascii="Times New Roman" w:hAnsi="Times New Roman" w:cs="Times New Roman"/>
          <w:sz w:val="28"/>
          <w:szCs w:val="28"/>
        </w:rPr>
        <w:t>m gi</w:t>
      </w:r>
      <w:r w:rsidRPr="00556576">
        <w:rPr>
          <w:rFonts w:ascii="Times New Roman" w:hAnsi="Times New Roman" w:cs="Times New Roman"/>
          <w:sz w:val="28"/>
          <w:szCs w:val="28"/>
        </w:rPr>
        <w:t>ữ</w:t>
      </w:r>
      <w:r w:rsidRPr="00556576">
        <w:rPr>
          <w:rFonts w:ascii="Times New Roman" w:hAnsi="Times New Roman" w:cs="Times New Roman"/>
          <w:sz w:val="28"/>
          <w:szCs w:val="28"/>
        </w:rPr>
        <w:t xml:space="preserve"> trái phép tài s</w:t>
      </w:r>
      <w:r w:rsidRPr="00556576">
        <w:rPr>
          <w:rFonts w:ascii="Times New Roman" w:hAnsi="Times New Roman" w:cs="Times New Roman"/>
          <w:sz w:val="28"/>
          <w:szCs w:val="28"/>
        </w:rPr>
        <w:t>ả</w:t>
      </w:r>
      <w:r w:rsidRPr="00556576">
        <w:rPr>
          <w:rFonts w:ascii="Times New Roman" w:hAnsi="Times New Roman" w:cs="Times New Roman"/>
          <w:sz w:val="28"/>
          <w:szCs w:val="28"/>
        </w:rPr>
        <w:t>n thì x</w:t>
      </w:r>
      <w:r w:rsidRPr="00556576">
        <w:rPr>
          <w:rFonts w:ascii="Times New Roman" w:hAnsi="Times New Roman" w:cs="Times New Roman"/>
          <w:sz w:val="28"/>
          <w:szCs w:val="28"/>
        </w:rPr>
        <w:t>ử</w:t>
      </w:r>
      <w:r w:rsidRPr="00556576">
        <w:rPr>
          <w:rFonts w:ascii="Times New Roman" w:hAnsi="Times New Roman" w:cs="Times New Roman"/>
          <w:sz w:val="28"/>
          <w:szCs w:val="28"/>
        </w:rPr>
        <w:t xml:space="preserve"> lý theo Đi</w:t>
      </w:r>
      <w:r w:rsidRPr="00556576">
        <w:rPr>
          <w:rFonts w:ascii="Times New Roman" w:hAnsi="Times New Roman" w:cs="Times New Roman"/>
          <w:sz w:val="28"/>
          <w:szCs w:val="28"/>
        </w:rPr>
        <w:t>ề</w:t>
      </w:r>
      <w:r w:rsidRPr="00556576">
        <w:rPr>
          <w:rFonts w:ascii="Times New Roman" w:hAnsi="Times New Roman" w:cs="Times New Roman"/>
          <w:sz w:val="28"/>
          <w:szCs w:val="28"/>
        </w:rPr>
        <w:t>u 176, 177;</w:t>
      </w:r>
    </w:p>
    <w:p w:rsidR="009E3874" w:rsidRPr="00556576" w:rsidRDefault="00556576">
      <w:pPr>
        <w:rPr>
          <w:rFonts w:ascii="Times New Roman" w:hAnsi="Times New Roman" w:cs="Times New Roman"/>
          <w:sz w:val="28"/>
          <w:szCs w:val="28"/>
        </w:rPr>
      </w:pPr>
      <w:r w:rsidRPr="00556576">
        <w:rPr>
          <w:rFonts w:ascii="Times New Roman" w:hAnsi="Times New Roman" w:cs="Times New Roman"/>
          <w:sz w:val="28"/>
          <w:szCs w:val="28"/>
        </w:rPr>
        <w:t>- Yêu c</w:t>
      </w:r>
      <w:r w:rsidRPr="00556576">
        <w:rPr>
          <w:rFonts w:ascii="Times New Roman" w:hAnsi="Times New Roman" w:cs="Times New Roman"/>
          <w:sz w:val="28"/>
          <w:szCs w:val="28"/>
        </w:rPr>
        <w:t>ầ</w:t>
      </w:r>
      <w:r w:rsidRPr="00556576">
        <w:rPr>
          <w:rFonts w:ascii="Times New Roman" w:hAnsi="Times New Roman" w:cs="Times New Roman"/>
          <w:sz w:val="28"/>
          <w:szCs w:val="28"/>
        </w:rPr>
        <w:t>u ngư</w:t>
      </w:r>
      <w:r w:rsidRPr="00556576">
        <w:rPr>
          <w:rFonts w:ascii="Times New Roman" w:hAnsi="Times New Roman" w:cs="Times New Roman"/>
          <w:sz w:val="28"/>
          <w:szCs w:val="28"/>
        </w:rPr>
        <w:t>ờ</w:t>
      </w:r>
      <w:r w:rsidRPr="00556576">
        <w:rPr>
          <w:rFonts w:ascii="Times New Roman" w:hAnsi="Times New Roman" w:cs="Times New Roman"/>
          <w:sz w:val="28"/>
          <w:szCs w:val="28"/>
        </w:rPr>
        <w:t>i b</w:t>
      </w:r>
      <w:r w:rsidRPr="00556576">
        <w:rPr>
          <w:rFonts w:ascii="Times New Roman" w:hAnsi="Times New Roman" w:cs="Times New Roman"/>
          <w:sz w:val="28"/>
          <w:szCs w:val="28"/>
        </w:rPr>
        <w:t>ị</w:t>
      </w:r>
      <w:r w:rsidRPr="00556576">
        <w:rPr>
          <w:rFonts w:ascii="Times New Roman" w:hAnsi="Times New Roman" w:cs="Times New Roman"/>
          <w:sz w:val="28"/>
          <w:szCs w:val="28"/>
        </w:rPr>
        <w:t xml:space="preserve"> t</w:t>
      </w:r>
      <w:r w:rsidRPr="00556576">
        <w:rPr>
          <w:rFonts w:ascii="Times New Roman" w:hAnsi="Times New Roman" w:cs="Times New Roman"/>
          <w:sz w:val="28"/>
          <w:szCs w:val="28"/>
        </w:rPr>
        <w:t>ố</w:t>
      </w:r>
      <w:r w:rsidRPr="00556576">
        <w:rPr>
          <w:rFonts w:ascii="Times New Roman" w:hAnsi="Times New Roman" w:cs="Times New Roman"/>
          <w:sz w:val="28"/>
          <w:szCs w:val="28"/>
        </w:rPr>
        <w:t xml:space="preserve"> cáo r</w:t>
      </w:r>
      <w:r w:rsidRPr="00556576">
        <w:rPr>
          <w:rFonts w:ascii="Times New Roman" w:hAnsi="Times New Roman" w:cs="Times New Roman"/>
          <w:sz w:val="28"/>
          <w:szCs w:val="28"/>
        </w:rPr>
        <w:t>ờ</w:t>
      </w:r>
      <w:r w:rsidRPr="00556576">
        <w:rPr>
          <w:rFonts w:ascii="Times New Roman" w:hAnsi="Times New Roman" w:cs="Times New Roman"/>
          <w:sz w:val="28"/>
          <w:szCs w:val="28"/>
        </w:rPr>
        <w:t>i kh</w:t>
      </w:r>
      <w:r w:rsidRPr="00556576">
        <w:rPr>
          <w:rFonts w:ascii="Times New Roman" w:hAnsi="Times New Roman" w:cs="Times New Roman"/>
          <w:sz w:val="28"/>
          <w:szCs w:val="28"/>
        </w:rPr>
        <w:t>ỏ</w:t>
      </w:r>
      <w:r w:rsidRPr="00556576">
        <w:rPr>
          <w:rFonts w:ascii="Times New Roman" w:hAnsi="Times New Roman" w:cs="Times New Roman"/>
          <w:sz w:val="28"/>
          <w:szCs w:val="28"/>
        </w:rPr>
        <w:t>i nh</w:t>
      </w:r>
      <w:r w:rsidRPr="00556576">
        <w:rPr>
          <w:rFonts w:ascii="Times New Roman" w:hAnsi="Times New Roman" w:cs="Times New Roman"/>
          <w:sz w:val="28"/>
          <w:szCs w:val="28"/>
        </w:rPr>
        <w:t>à, tr</w:t>
      </w:r>
      <w:r w:rsidRPr="00556576">
        <w:rPr>
          <w:rFonts w:ascii="Times New Roman" w:hAnsi="Times New Roman" w:cs="Times New Roman"/>
          <w:sz w:val="28"/>
          <w:szCs w:val="28"/>
        </w:rPr>
        <w:t>ả</w:t>
      </w:r>
      <w:r w:rsidRPr="00556576">
        <w:rPr>
          <w:rFonts w:ascii="Times New Roman" w:hAnsi="Times New Roman" w:cs="Times New Roman"/>
          <w:sz w:val="28"/>
          <w:szCs w:val="28"/>
        </w:rPr>
        <w:t xml:space="preserve"> l</w:t>
      </w:r>
      <w:r w:rsidRPr="00556576">
        <w:rPr>
          <w:rFonts w:ascii="Times New Roman" w:hAnsi="Times New Roman" w:cs="Times New Roman"/>
          <w:sz w:val="28"/>
          <w:szCs w:val="28"/>
        </w:rPr>
        <w:t>ạ</w:t>
      </w:r>
      <w:r w:rsidRPr="00556576">
        <w:rPr>
          <w:rFonts w:ascii="Times New Roman" w:hAnsi="Times New Roman" w:cs="Times New Roman"/>
          <w:sz w:val="28"/>
          <w:szCs w:val="28"/>
        </w:rPr>
        <w:t>i quy</w:t>
      </w:r>
      <w:r w:rsidRPr="00556576">
        <w:rPr>
          <w:rFonts w:ascii="Times New Roman" w:hAnsi="Times New Roman" w:cs="Times New Roman"/>
          <w:sz w:val="28"/>
          <w:szCs w:val="28"/>
        </w:rPr>
        <w:t>ề</w:t>
      </w:r>
      <w:r w:rsidRPr="00556576">
        <w:rPr>
          <w:rFonts w:ascii="Times New Roman" w:hAnsi="Times New Roman" w:cs="Times New Roman"/>
          <w:sz w:val="28"/>
          <w:szCs w:val="28"/>
        </w:rPr>
        <w:t>n s</w:t>
      </w:r>
      <w:r w:rsidRPr="00556576">
        <w:rPr>
          <w:rFonts w:ascii="Times New Roman" w:hAnsi="Times New Roman" w:cs="Times New Roman"/>
          <w:sz w:val="28"/>
          <w:szCs w:val="28"/>
        </w:rPr>
        <w:t>ử</w:t>
      </w:r>
      <w:r w:rsidRPr="00556576">
        <w:rPr>
          <w:rFonts w:ascii="Times New Roman" w:hAnsi="Times New Roman" w:cs="Times New Roman"/>
          <w:sz w:val="28"/>
          <w:szCs w:val="28"/>
        </w:rPr>
        <w:t xml:space="preserve"> d</w:t>
      </w:r>
      <w:r w:rsidRPr="00556576">
        <w:rPr>
          <w:rFonts w:ascii="Times New Roman" w:hAnsi="Times New Roman" w:cs="Times New Roman"/>
          <w:sz w:val="28"/>
          <w:szCs w:val="28"/>
        </w:rPr>
        <w:t>ụ</w:t>
      </w:r>
      <w:r w:rsidRPr="00556576">
        <w:rPr>
          <w:rFonts w:ascii="Times New Roman" w:hAnsi="Times New Roman" w:cs="Times New Roman"/>
          <w:sz w:val="28"/>
          <w:szCs w:val="28"/>
        </w:rPr>
        <w:t>ng h</w:t>
      </w:r>
      <w:r w:rsidRPr="00556576">
        <w:rPr>
          <w:rFonts w:ascii="Times New Roman" w:hAnsi="Times New Roman" w:cs="Times New Roman"/>
          <w:sz w:val="28"/>
          <w:szCs w:val="28"/>
        </w:rPr>
        <w:t>ợ</w:t>
      </w:r>
      <w:r w:rsidRPr="00556576">
        <w:rPr>
          <w:rFonts w:ascii="Times New Roman" w:hAnsi="Times New Roman" w:cs="Times New Roman"/>
          <w:sz w:val="28"/>
          <w:szCs w:val="28"/>
        </w:rPr>
        <w:t>p pháp cho tôi.</w:t>
      </w:r>
    </w:p>
    <w:p w:rsidR="009E3874" w:rsidRPr="00556576" w:rsidRDefault="00556576">
      <w:pPr>
        <w:rPr>
          <w:rFonts w:ascii="Times New Roman" w:hAnsi="Times New Roman" w:cs="Times New Roman"/>
          <w:sz w:val="28"/>
          <w:szCs w:val="28"/>
        </w:rPr>
      </w:pPr>
      <w:r w:rsidRPr="00556576">
        <w:rPr>
          <w:rFonts w:ascii="Times New Roman" w:hAnsi="Times New Roman" w:cs="Times New Roman"/>
          <w:sz w:val="28"/>
          <w:szCs w:val="28"/>
        </w:rPr>
        <w:br/>
        <w:t xml:space="preserve">5. </w:t>
      </w:r>
      <w:bookmarkStart w:id="0" w:name="_GoBack"/>
      <w:bookmarkEnd w:id="0"/>
      <w:r w:rsidRPr="00556576">
        <w:rPr>
          <w:rFonts w:ascii="Times New Roman" w:hAnsi="Times New Roman" w:cs="Times New Roman"/>
          <w:sz w:val="28"/>
          <w:szCs w:val="28"/>
        </w:rPr>
        <w:t>Cam đoan</w:t>
      </w:r>
    </w:p>
    <w:p w:rsidR="009E3874" w:rsidRPr="00556576" w:rsidRDefault="00556576">
      <w:pPr>
        <w:rPr>
          <w:rFonts w:ascii="Times New Roman" w:hAnsi="Times New Roman" w:cs="Times New Roman"/>
          <w:sz w:val="28"/>
          <w:szCs w:val="28"/>
        </w:rPr>
      </w:pPr>
      <w:r w:rsidRPr="00556576">
        <w:rPr>
          <w:rFonts w:ascii="Times New Roman" w:hAnsi="Times New Roman" w:cs="Times New Roman"/>
          <w:sz w:val="28"/>
          <w:szCs w:val="28"/>
        </w:rPr>
        <w:t>Tôi cam đoan nh</w:t>
      </w:r>
      <w:r w:rsidRPr="00556576">
        <w:rPr>
          <w:rFonts w:ascii="Times New Roman" w:hAnsi="Times New Roman" w:cs="Times New Roman"/>
          <w:sz w:val="28"/>
          <w:szCs w:val="28"/>
        </w:rPr>
        <w:t>ữ</w:t>
      </w:r>
      <w:r w:rsidRPr="00556576">
        <w:rPr>
          <w:rFonts w:ascii="Times New Roman" w:hAnsi="Times New Roman" w:cs="Times New Roman"/>
          <w:sz w:val="28"/>
          <w:szCs w:val="28"/>
        </w:rPr>
        <w:t>ng n</w:t>
      </w:r>
      <w:r w:rsidRPr="00556576">
        <w:rPr>
          <w:rFonts w:ascii="Times New Roman" w:hAnsi="Times New Roman" w:cs="Times New Roman"/>
          <w:sz w:val="28"/>
          <w:szCs w:val="28"/>
        </w:rPr>
        <w:t>ộ</w:t>
      </w:r>
      <w:r w:rsidRPr="00556576">
        <w:rPr>
          <w:rFonts w:ascii="Times New Roman" w:hAnsi="Times New Roman" w:cs="Times New Roman"/>
          <w:sz w:val="28"/>
          <w:szCs w:val="28"/>
        </w:rPr>
        <w:t>i dung trên là đúng s</w:t>
      </w:r>
      <w:r w:rsidRPr="00556576">
        <w:rPr>
          <w:rFonts w:ascii="Times New Roman" w:hAnsi="Times New Roman" w:cs="Times New Roman"/>
          <w:sz w:val="28"/>
          <w:szCs w:val="28"/>
        </w:rPr>
        <w:t>ự</w:t>
      </w:r>
      <w:r w:rsidRPr="00556576">
        <w:rPr>
          <w:rFonts w:ascii="Times New Roman" w:hAnsi="Times New Roman" w:cs="Times New Roman"/>
          <w:sz w:val="28"/>
          <w:szCs w:val="28"/>
        </w:rPr>
        <w:t xml:space="preserve"> th</w:t>
      </w:r>
      <w:r w:rsidRPr="00556576">
        <w:rPr>
          <w:rFonts w:ascii="Times New Roman" w:hAnsi="Times New Roman" w:cs="Times New Roman"/>
          <w:sz w:val="28"/>
          <w:szCs w:val="28"/>
        </w:rPr>
        <w:t>ậ</w:t>
      </w:r>
      <w:r w:rsidRPr="00556576">
        <w:rPr>
          <w:rFonts w:ascii="Times New Roman" w:hAnsi="Times New Roman" w:cs="Times New Roman"/>
          <w:sz w:val="28"/>
          <w:szCs w:val="28"/>
        </w:rPr>
        <w:t>t…</w:t>
      </w:r>
    </w:p>
    <w:p w:rsidR="009E3874" w:rsidRPr="00556576" w:rsidRDefault="00556576" w:rsidP="00556576">
      <w:pPr>
        <w:jc w:val="right"/>
        <w:rPr>
          <w:rFonts w:ascii="Times New Roman" w:hAnsi="Times New Roman" w:cs="Times New Roman"/>
          <w:sz w:val="28"/>
          <w:szCs w:val="28"/>
        </w:rPr>
      </w:pPr>
      <w:r w:rsidRPr="00556576">
        <w:rPr>
          <w:rFonts w:ascii="Times New Roman" w:hAnsi="Times New Roman" w:cs="Times New Roman"/>
          <w:sz w:val="28"/>
          <w:szCs w:val="28"/>
        </w:rPr>
        <w:br/>
        <w:t>…., ngày … tháng … năm …</w:t>
      </w:r>
    </w:p>
    <w:p w:rsidR="009E3874" w:rsidRPr="00556576" w:rsidRDefault="00556576" w:rsidP="00556576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556576">
        <w:rPr>
          <w:rFonts w:ascii="Times New Roman" w:hAnsi="Times New Roman" w:cs="Times New Roman"/>
          <w:b/>
          <w:sz w:val="28"/>
          <w:szCs w:val="28"/>
        </w:rPr>
        <w:t>Ngư</w:t>
      </w:r>
      <w:r w:rsidRPr="00556576">
        <w:rPr>
          <w:rFonts w:ascii="Times New Roman" w:hAnsi="Times New Roman" w:cs="Times New Roman"/>
          <w:b/>
          <w:sz w:val="28"/>
          <w:szCs w:val="28"/>
        </w:rPr>
        <w:t>ờ</w:t>
      </w:r>
      <w:r w:rsidRPr="00556576">
        <w:rPr>
          <w:rFonts w:ascii="Times New Roman" w:hAnsi="Times New Roman" w:cs="Times New Roman"/>
          <w:b/>
          <w:sz w:val="28"/>
          <w:szCs w:val="28"/>
        </w:rPr>
        <w:t>i t</w:t>
      </w:r>
      <w:r w:rsidRPr="00556576">
        <w:rPr>
          <w:rFonts w:ascii="Times New Roman" w:hAnsi="Times New Roman" w:cs="Times New Roman"/>
          <w:b/>
          <w:sz w:val="28"/>
          <w:szCs w:val="28"/>
        </w:rPr>
        <w:t>ố</w:t>
      </w:r>
      <w:r w:rsidRPr="00556576">
        <w:rPr>
          <w:rFonts w:ascii="Times New Roman" w:hAnsi="Times New Roman" w:cs="Times New Roman"/>
          <w:b/>
          <w:sz w:val="28"/>
          <w:szCs w:val="28"/>
        </w:rPr>
        <w:t xml:space="preserve"> cáo</w:t>
      </w:r>
    </w:p>
    <w:p w:rsidR="009E3874" w:rsidRPr="00556576" w:rsidRDefault="00556576" w:rsidP="00556576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556576">
        <w:rPr>
          <w:rFonts w:ascii="Times New Roman" w:hAnsi="Times New Roman" w:cs="Times New Roman"/>
          <w:b/>
          <w:sz w:val="28"/>
          <w:szCs w:val="28"/>
        </w:rPr>
        <w:t>(Ký – ghi rõ h</w:t>
      </w:r>
      <w:r w:rsidRPr="00556576">
        <w:rPr>
          <w:rFonts w:ascii="Times New Roman" w:hAnsi="Times New Roman" w:cs="Times New Roman"/>
          <w:b/>
          <w:sz w:val="28"/>
          <w:szCs w:val="28"/>
        </w:rPr>
        <w:t>ọ</w:t>
      </w:r>
      <w:r w:rsidRPr="00556576">
        <w:rPr>
          <w:rFonts w:ascii="Times New Roman" w:hAnsi="Times New Roman" w:cs="Times New Roman"/>
          <w:b/>
          <w:sz w:val="28"/>
          <w:szCs w:val="28"/>
        </w:rPr>
        <w:t xml:space="preserve"> tên)</w:t>
      </w:r>
    </w:p>
    <w:sectPr w:rsidR="009E3874" w:rsidRPr="00556576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56576"/>
    <w:rsid w:val="009E3874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0C313564-25F5-4DCB-8149-18DCE634E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342E920-5241-4B4B-A12D-17527BE349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1175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2025-07-01T07:45:00Z</dcterms:created>
  <dcterms:modified xsi:type="dcterms:W3CDTF">2025-07-01T07:45:00Z</dcterms:modified>
  <cp:category/>
</cp:coreProperties>
</file>